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96B3" w14:textId="7F311F1D" w:rsidR="005D3477" w:rsidRPr="002E14E4" w:rsidRDefault="00000000">
      <w:pPr>
        <w:pStyle w:val="Titolo1"/>
        <w:rPr>
          <w:sz w:val="48"/>
          <w:szCs w:val="48"/>
        </w:rPr>
      </w:pPr>
      <w:proofErr w:type="spellStart"/>
      <w:r w:rsidRPr="002E14E4">
        <w:rPr>
          <w:sz w:val="48"/>
          <w:szCs w:val="48"/>
        </w:rPr>
        <w:t>Modello</w:t>
      </w:r>
      <w:proofErr w:type="spellEnd"/>
      <w:r w:rsidRPr="002E14E4">
        <w:rPr>
          <w:sz w:val="48"/>
          <w:szCs w:val="48"/>
        </w:rPr>
        <w:t xml:space="preserve"> di verbale delle verifiche finali</w:t>
      </w:r>
    </w:p>
    <w:p w14:paraId="72A96D60" w14:textId="77777777" w:rsidR="005D3477" w:rsidRDefault="00000000">
      <w:pPr>
        <w:pStyle w:val="Titolo2"/>
      </w:pPr>
      <w:proofErr w:type="spellStart"/>
      <w:r>
        <w:t>Commissione</w:t>
      </w:r>
      <w:proofErr w:type="spellEnd"/>
      <w:r>
        <w:t xml:space="preserve"> </w:t>
      </w:r>
      <w:proofErr w:type="spellStart"/>
      <w:r>
        <w:t>esaminatrice</w:t>
      </w:r>
      <w:proofErr w:type="spellEnd"/>
    </w:p>
    <w:tbl>
      <w:tblPr>
        <w:tblStyle w:val="Grigliatabella"/>
        <w:tblW w:w="13575" w:type="dxa"/>
        <w:tblLook w:val="04A0" w:firstRow="1" w:lastRow="0" w:firstColumn="1" w:lastColumn="0" w:noHBand="0" w:noVBand="1"/>
      </w:tblPr>
      <w:tblGrid>
        <w:gridCol w:w="5070"/>
        <w:gridCol w:w="4110"/>
        <w:gridCol w:w="4395"/>
      </w:tblGrid>
      <w:tr w:rsidR="005D3477" w14:paraId="0968A32B" w14:textId="77777777" w:rsidTr="002E14E4">
        <w:tc>
          <w:tcPr>
            <w:tcW w:w="5070" w:type="dxa"/>
          </w:tcPr>
          <w:p w14:paraId="68D5ED04" w14:textId="77777777" w:rsidR="005D3477" w:rsidRDefault="00000000">
            <w:r>
              <w:t>COGNOME E NOME (in stampatello)</w:t>
            </w:r>
          </w:p>
        </w:tc>
        <w:tc>
          <w:tcPr>
            <w:tcW w:w="4110" w:type="dxa"/>
          </w:tcPr>
          <w:p w14:paraId="71F29714" w14:textId="77777777" w:rsidR="005D3477" w:rsidRDefault="00000000">
            <w:r>
              <w:t>RUOLO</w:t>
            </w:r>
          </w:p>
        </w:tc>
        <w:tc>
          <w:tcPr>
            <w:tcW w:w="4395" w:type="dxa"/>
          </w:tcPr>
          <w:p w14:paraId="029AD84D" w14:textId="77777777" w:rsidR="005D3477" w:rsidRDefault="00000000">
            <w:r>
              <w:t>FIRMA</w:t>
            </w:r>
          </w:p>
        </w:tc>
      </w:tr>
      <w:tr w:rsidR="005D3477" w14:paraId="7F0CFBBA" w14:textId="77777777" w:rsidTr="002E14E4">
        <w:trPr>
          <w:trHeight w:val="617"/>
        </w:trPr>
        <w:tc>
          <w:tcPr>
            <w:tcW w:w="5070" w:type="dxa"/>
          </w:tcPr>
          <w:p w14:paraId="0E486E03" w14:textId="28168AA0" w:rsidR="005D3477" w:rsidRDefault="005D3477" w:rsidP="002E14E4">
            <w:pPr>
              <w:jc w:val="center"/>
            </w:pPr>
          </w:p>
        </w:tc>
        <w:tc>
          <w:tcPr>
            <w:tcW w:w="4110" w:type="dxa"/>
          </w:tcPr>
          <w:p w14:paraId="0BB114D8" w14:textId="77777777" w:rsidR="005D3477" w:rsidRDefault="00000000" w:rsidP="002E14E4">
            <w:pPr>
              <w:jc w:val="center"/>
            </w:pPr>
            <w:r>
              <w:t>Presidente</w:t>
            </w:r>
          </w:p>
        </w:tc>
        <w:tc>
          <w:tcPr>
            <w:tcW w:w="4395" w:type="dxa"/>
          </w:tcPr>
          <w:p w14:paraId="237949B2" w14:textId="341CD155" w:rsidR="005D3477" w:rsidRDefault="005D3477" w:rsidP="002E14E4">
            <w:pPr>
              <w:jc w:val="center"/>
            </w:pPr>
          </w:p>
        </w:tc>
      </w:tr>
      <w:tr w:rsidR="005D3477" w14:paraId="261DB7CA" w14:textId="77777777" w:rsidTr="002E14E4">
        <w:trPr>
          <w:trHeight w:val="542"/>
        </w:trPr>
        <w:tc>
          <w:tcPr>
            <w:tcW w:w="5070" w:type="dxa"/>
          </w:tcPr>
          <w:p w14:paraId="302210C2" w14:textId="03D0E688" w:rsidR="005D3477" w:rsidRDefault="005D3477" w:rsidP="002E14E4">
            <w:pPr>
              <w:jc w:val="center"/>
            </w:pPr>
          </w:p>
        </w:tc>
        <w:tc>
          <w:tcPr>
            <w:tcW w:w="4110" w:type="dxa"/>
          </w:tcPr>
          <w:p w14:paraId="25E9C037" w14:textId="77777777" w:rsidR="005D3477" w:rsidRDefault="00000000" w:rsidP="002E14E4">
            <w:pPr>
              <w:jc w:val="center"/>
            </w:pPr>
            <w:r>
              <w:t>Componente</w:t>
            </w:r>
          </w:p>
        </w:tc>
        <w:tc>
          <w:tcPr>
            <w:tcW w:w="4395" w:type="dxa"/>
          </w:tcPr>
          <w:p w14:paraId="137FBA60" w14:textId="509777A8" w:rsidR="005D3477" w:rsidRDefault="005D3477" w:rsidP="002E14E4">
            <w:pPr>
              <w:jc w:val="center"/>
            </w:pPr>
          </w:p>
        </w:tc>
      </w:tr>
      <w:tr w:rsidR="005D3477" w14:paraId="2AF44430" w14:textId="77777777" w:rsidTr="002E14E4">
        <w:trPr>
          <w:trHeight w:val="639"/>
        </w:trPr>
        <w:tc>
          <w:tcPr>
            <w:tcW w:w="5070" w:type="dxa"/>
          </w:tcPr>
          <w:p w14:paraId="5D207BB9" w14:textId="0028B10C" w:rsidR="005D3477" w:rsidRDefault="005D3477" w:rsidP="002E14E4">
            <w:pPr>
              <w:jc w:val="center"/>
            </w:pPr>
          </w:p>
        </w:tc>
        <w:tc>
          <w:tcPr>
            <w:tcW w:w="4110" w:type="dxa"/>
          </w:tcPr>
          <w:p w14:paraId="42376304" w14:textId="77777777" w:rsidR="005D3477" w:rsidRDefault="00000000" w:rsidP="002E14E4">
            <w:pPr>
              <w:jc w:val="center"/>
            </w:pPr>
            <w:r>
              <w:t>Componente</w:t>
            </w:r>
          </w:p>
        </w:tc>
        <w:tc>
          <w:tcPr>
            <w:tcW w:w="4395" w:type="dxa"/>
          </w:tcPr>
          <w:p w14:paraId="61DE5F20" w14:textId="5DD63EB9" w:rsidR="005D3477" w:rsidRDefault="005D3477" w:rsidP="002E14E4">
            <w:pPr>
              <w:jc w:val="center"/>
            </w:pPr>
          </w:p>
        </w:tc>
      </w:tr>
      <w:tr w:rsidR="002E14E4" w14:paraId="11900391" w14:textId="77777777" w:rsidTr="002E14E4">
        <w:trPr>
          <w:trHeight w:val="630"/>
        </w:trPr>
        <w:tc>
          <w:tcPr>
            <w:tcW w:w="5070" w:type="dxa"/>
          </w:tcPr>
          <w:p w14:paraId="204E2879" w14:textId="77777777" w:rsidR="002E14E4" w:rsidRDefault="002E14E4" w:rsidP="002E14E4">
            <w:pPr>
              <w:jc w:val="center"/>
            </w:pPr>
          </w:p>
        </w:tc>
        <w:tc>
          <w:tcPr>
            <w:tcW w:w="4110" w:type="dxa"/>
          </w:tcPr>
          <w:p w14:paraId="717365F9" w14:textId="77777777" w:rsidR="002E14E4" w:rsidRDefault="002E14E4" w:rsidP="002E14E4">
            <w:pPr>
              <w:jc w:val="center"/>
            </w:pPr>
          </w:p>
        </w:tc>
        <w:tc>
          <w:tcPr>
            <w:tcW w:w="4395" w:type="dxa"/>
          </w:tcPr>
          <w:p w14:paraId="731BEE40" w14:textId="77777777" w:rsidR="002E14E4" w:rsidRDefault="002E14E4" w:rsidP="002E14E4">
            <w:pPr>
              <w:jc w:val="center"/>
            </w:pPr>
          </w:p>
        </w:tc>
      </w:tr>
      <w:tr w:rsidR="002E14E4" w14:paraId="457A6452" w14:textId="77777777" w:rsidTr="002E14E4">
        <w:trPr>
          <w:trHeight w:val="696"/>
        </w:trPr>
        <w:tc>
          <w:tcPr>
            <w:tcW w:w="5070" w:type="dxa"/>
          </w:tcPr>
          <w:p w14:paraId="4D3639F9" w14:textId="77777777" w:rsidR="002E14E4" w:rsidRDefault="002E14E4" w:rsidP="002E14E4">
            <w:pPr>
              <w:jc w:val="center"/>
            </w:pPr>
          </w:p>
        </w:tc>
        <w:tc>
          <w:tcPr>
            <w:tcW w:w="4110" w:type="dxa"/>
          </w:tcPr>
          <w:p w14:paraId="345AD110" w14:textId="77777777" w:rsidR="002E14E4" w:rsidRDefault="002E14E4" w:rsidP="002E14E4">
            <w:pPr>
              <w:jc w:val="center"/>
            </w:pPr>
          </w:p>
        </w:tc>
        <w:tc>
          <w:tcPr>
            <w:tcW w:w="4395" w:type="dxa"/>
          </w:tcPr>
          <w:p w14:paraId="1B1310DB" w14:textId="77777777" w:rsidR="002E14E4" w:rsidRDefault="002E14E4" w:rsidP="002E14E4">
            <w:pPr>
              <w:jc w:val="center"/>
            </w:pPr>
          </w:p>
        </w:tc>
      </w:tr>
      <w:tr w:rsidR="002E14E4" w14:paraId="1334BA76" w14:textId="77777777" w:rsidTr="002E14E4">
        <w:trPr>
          <w:trHeight w:val="691"/>
        </w:trPr>
        <w:tc>
          <w:tcPr>
            <w:tcW w:w="5070" w:type="dxa"/>
          </w:tcPr>
          <w:p w14:paraId="5735F952" w14:textId="77777777" w:rsidR="002E14E4" w:rsidRDefault="002E14E4" w:rsidP="002E14E4">
            <w:pPr>
              <w:jc w:val="center"/>
            </w:pPr>
          </w:p>
        </w:tc>
        <w:tc>
          <w:tcPr>
            <w:tcW w:w="4110" w:type="dxa"/>
          </w:tcPr>
          <w:p w14:paraId="4CAA9B40" w14:textId="77777777" w:rsidR="002E14E4" w:rsidRDefault="002E14E4" w:rsidP="002E14E4">
            <w:pPr>
              <w:jc w:val="center"/>
            </w:pPr>
          </w:p>
        </w:tc>
        <w:tc>
          <w:tcPr>
            <w:tcW w:w="4395" w:type="dxa"/>
          </w:tcPr>
          <w:p w14:paraId="4812C5A2" w14:textId="77777777" w:rsidR="002E14E4" w:rsidRDefault="002E14E4" w:rsidP="002E14E4">
            <w:pPr>
              <w:jc w:val="center"/>
            </w:pPr>
          </w:p>
        </w:tc>
      </w:tr>
    </w:tbl>
    <w:p w14:paraId="77E8BF0C" w14:textId="77777777" w:rsidR="005D3477" w:rsidRDefault="00000000">
      <w:pPr>
        <w:pStyle w:val="Titolo2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progetto</w:t>
      </w:r>
      <w:proofErr w:type="spellEnd"/>
      <w:r>
        <w:t xml:space="preserve"> formativo</w:t>
      </w:r>
    </w:p>
    <w:p w14:paraId="36F638DB" w14:textId="77777777" w:rsidR="005D3477" w:rsidRDefault="00000000">
      <w:r>
        <w:t>_____________________________  (firma o nome e cognome)</w:t>
      </w:r>
    </w:p>
    <w:p w14:paraId="1EEFE906" w14:textId="77777777" w:rsidR="005D3477" w:rsidRDefault="00000000">
      <w:r>
        <w:t>Data esame: ____________     Sede delle prove di esame: __________________________</w:t>
      </w:r>
    </w:p>
    <w:p w14:paraId="74CB5F3F" w14:textId="77777777" w:rsidR="005D3477" w:rsidRDefault="005D3477"/>
    <w:p w14:paraId="3911EC72" w14:textId="77777777" w:rsidR="005D3477" w:rsidRDefault="00000000">
      <w:r w:rsidRPr="002E14E4">
        <w:rPr>
          <w:b/>
          <w:bCs/>
        </w:rPr>
        <w:t>VERBALE DELLE PROVE DI ACCERTAMENTO FINALE PER IL CONSEGUIMENTO DELL’ATTESTATO DI FREQUENZA E FORMAZIONE AL CORSO</w:t>
      </w:r>
      <w:r>
        <w:t xml:space="preserve"> ____________________________</w:t>
      </w:r>
    </w:p>
    <w:p w14:paraId="7FA8B54A" w14:textId="77777777" w:rsidR="005D3477" w:rsidRDefault="00000000">
      <w:r>
        <w:lastRenderedPageBreak/>
        <w:t>del Progetto di Formazione N. (*) ____________________________</w:t>
      </w:r>
    </w:p>
    <w:p w14:paraId="063FDCF6" w14:textId="77777777" w:rsidR="005D3477" w:rsidRDefault="00000000">
      <w:r>
        <w:t>Denominazione del corso di formazione ____________________________</w:t>
      </w:r>
    </w:p>
    <w:p w14:paraId="5B0C6D42" w14:textId="77777777" w:rsidR="005D3477" w:rsidRDefault="005D3477"/>
    <w:p w14:paraId="06C8570B" w14:textId="77777777" w:rsidR="005D3477" w:rsidRDefault="00000000">
      <w:r>
        <w:t>Erogato da ________________________________________________________________</w:t>
      </w:r>
    </w:p>
    <w:p w14:paraId="36FB41A5" w14:textId="7E5115FF" w:rsidR="002E14E4" w:rsidRDefault="00000000" w:rsidP="002E14E4">
      <w:r>
        <w:t>(</w:t>
      </w:r>
      <w:proofErr w:type="gramStart"/>
      <w:r>
        <w:t>indicare</w:t>
      </w:r>
      <w:proofErr w:type="gramEnd"/>
      <w:r>
        <w:t xml:space="preserve"> la denominazione dell’Azienda, Ente, Centro, Associazione, </w:t>
      </w:r>
      <w:proofErr w:type="spellStart"/>
      <w:proofErr w:type="gramStart"/>
      <w:r>
        <w:t>altro,soggetto</w:t>
      </w:r>
      <w:proofErr w:type="spellEnd"/>
      <w:proofErr w:type="gramEnd"/>
      <w:r>
        <w:t xml:space="preserve"> formatore che eroga il/i Corso/i e, se </w:t>
      </w:r>
      <w:proofErr w:type="spellStart"/>
      <w:r>
        <w:t>soggetto</w:t>
      </w:r>
      <w:proofErr w:type="spellEnd"/>
      <w:r>
        <w:t xml:space="preserve"> </w:t>
      </w:r>
      <w:proofErr w:type="spellStart"/>
      <w:r>
        <w:t>accreditato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Regione</w:t>
      </w:r>
      <w:proofErr w:type="spellEnd"/>
    </w:p>
    <w:p w14:paraId="30D69937" w14:textId="203F20AC" w:rsidR="005D3477" w:rsidRDefault="005D3477"/>
    <w:p w14:paraId="7DD8D251" w14:textId="77777777" w:rsidR="005D3477" w:rsidRDefault="00000000">
      <w:proofErr w:type="gramStart"/>
      <w:r>
        <w:rPr>
          <w:b/>
        </w:rPr>
        <w:t>[ ]</w:t>
      </w:r>
      <w:proofErr w:type="gramEnd"/>
      <w:r>
        <w:rPr>
          <w:b/>
        </w:rPr>
        <w:t xml:space="preserve"> </w:t>
      </w:r>
      <w:proofErr w:type="spellStart"/>
      <w:r>
        <w:t>Erogato</w:t>
      </w:r>
      <w:proofErr w:type="spellEnd"/>
      <w:r>
        <w:t xml:space="preserve"> in presenza fisica</w:t>
      </w:r>
    </w:p>
    <w:p w14:paraId="02096743" w14:textId="77777777" w:rsidR="005D3477" w:rsidRDefault="00000000">
      <w:r>
        <w:t>Sede del corso: ____________________________________________</w:t>
      </w:r>
    </w:p>
    <w:p w14:paraId="3DCB364E" w14:textId="77777777" w:rsidR="005D3477" w:rsidRDefault="00000000">
      <w:r>
        <w:t>Indirizzo: _______________________________________________</w:t>
      </w:r>
    </w:p>
    <w:p w14:paraId="37EF1452" w14:textId="77777777" w:rsidR="005D3477" w:rsidRDefault="00000000">
      <w:r>
        <w:t>Comune: __________________________ Provincia: ____________</w:t>
      </w:r>
    </w:p>
    <w:p w14:paraId="69EB714B" w14:textId="77777777" w:rsidR="005D3477" w:rsidRDefault="00000000">
      <w:r>
        <w:rPr>
          <w:b/>
        </w:rPr>
        <w:t xml:space="preserve">[ ] </w:t>
      </w:r>
      <w:r>
        <w:t>Erogato in e-learning</w:t>
      </w:r>
    </w:p>
    <w:p w14:paraId="08662C7B" w14:textId="77777777" w:rsidR="005D3477" w:rsidRDefault="00000000">
      <w:r>
        <w:rPr>
          <w:b/>
        </w:rPr>
        <w:t xml:space="preserve">[ ] </w:t>
      </w:r>
      <w:r>
        <w:t>Erogato in VCS</w:t>
      </w:r>
    </w:p>
    <w:p w14:paraId="52C5232E" w14:textId="77777777" w:rsidR="005D3477" w:rsidRDefault="00000000">
      <w:r>
        <w:t>(*) Il corso deve poter essere univocamente identificato all’interno di tutte le iniziative realizzate dal soggetto formatore.</w:t>
      </w:r>
    </w:p>
    <w:p w14:paraId="6FE373E6" w14:textId="77777777" w:rsidR="005D3477" w:rsidRDefault="00000000">
      <w:r>
        <w:br w:type="page"/>
      </w:r>
    </w:p>
    <w:p w14:paraId="03E236BE" w14:textId="77777777" w:rsidR="005D3477" w:rsidRDefault="00000000">
      <w:pPr>
        <w:pStyle w:val="Titolo2"/>
      </w:pPr>
      <w:proofErr w:type="spellStart"/>
      <w:r>
        <w:lastRenderedPageBreak/>
        <w:t>Elenco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discenti</w:t>
      </w:r>
      <w:proofErr w:type="spellEnd"/>
      <w:r>
        <w:t xml:space="preserve"> e risultati finali</w:t>
      </w:r>
    </w:p>
    <w:tbl>
      <w:tblPr>
        <w:tblStyle w:val="Grigliatabella"/>
        <w:tblW w:w="13858" w:type="dxa"/>
        <w:tblLook w:val="04A0" w:firstRow="1" w:lastRow="0" w:firstColumn="1" w:lastColumn="0" w:noHBand="0" w:noVBand="1"/>
      </w:tblPr>
      <w:tblGrid>
        <w:gridCol w:w="3219"/>
        <w:gridCol w:w="2843"/>
        <w:gridCol w:w="2551"/>
        <w:gridCol w:w="3544"/>
        <w:gridCol w:w="1701"/>
      </w:tblGrid>
      <w:tr w:rsidR="005D3477" w14:paraId="0F4CE28F" w14:textId="77777777" w:rsidTr="002E14E4">
        <w:tc>
          <w:tcPr>
            <w:tcW w:w="3219" w:type="dxa"/>
          </w:tcPr>
          <w:p w14:paraId="185AD7FD" w14:textId="77777777" w:rsidR="005D3477" w:rsidRDefault="00000000">
            <w:r>
              <w:t>COGNOME E NOME DEL DISCENTE</w:t>
            </w:r>
          </w:p>
        </w:tc>
        <w:tc>
          <w:tcPr>
            <w:tcW w:w="2843" w:type="dxa"/>
          </w:tcPr>
          <w:p w14:paraId="701CCAE4" w14:textId="77777777" w:rsidR="005D3477" w:rsidRDefault="00000000">
            <w:r>
              <w:t>LUOGO E DATA DI NASCITA</w:t>
            </w:r>
          </w:p>
        </w:tc>
        <w:tc>
          <w:tcPr>
            <w:tcW w:w="2551" w:type="dxa"/>
          </w:tcPr>
          <w:p w14:paraId="1BA07FB2" w14:textId="77777777" w:rsidR="005D3477" w:rsidRDefault="00000000">
            <w:r>
              <w:t>CODICE FISCALE</w:t>
            </w:r>
          </w:p>
        </w:tc>
        <w:tc>
          <w:tcPr>
            <w:tcW w:w="3544" w:type="dxa"/>
          </w:tcPr>
          <w:p w14:paraId="774F94AC" w14:textId="77777777" w:rsidR="005D3477" w:rsidRDefault="00000000">
            <w:r>
              <w:t>GIUDIZIO FINALE</w:t>
            </w:r>
          </w:p>
        </w:tc>
        <w:tc>
          <w:tcPr>
            <w:tcW w:w="1701" w:type="dxa"/>
          </w:tcPr>
          <w:p w14:paraId="43076F7D" w14:textId="77777777" w:rsidR="005D3477" w:rsidRDefault="00000000">
            <w:r>
              <w:t>% FREQUENZA</w:t>
            </w:r>
          </w:p>
        </w:tc>
      </w:tr>
      <w:tr w:rsidR="005D3477" w14:paraId="4620AAC2" w14:textId="77777777" w:rsidTr="002E14E4">
        <w:tc>
          <w:tcPr>
            <w:tcW w:w="3219" w:type="dxa"/>
          </w:tcPr>
          <w:p w14:paraId="139C3AC1" w14:textId="03FD39A9" w:rsidR="005D3477" w:rsidRDefault="005D3477"/>
        </w:tc>
        <w:tc>
          <w:tcPr>
            <w:tcW w:w="2843" w:type="dxa"/>
          </w:tcPr>
          <w:p w14:paraId="6B86B76E" w14:textId="7F9B4D9B" w:rsidR="005D3477" w:rsidRDefault="005D3477"/>
        </w:tc>
        <w:tc>
          <w:tcPr>
            <w:tcW w:w="2551" w:type="dxa"/>
          </w:tcPr>
          <w:p w14:paraId="2A37F571" w14:textId="11B59ED7" w:rsidR="005D3477" w:rsidRDefault="005D3477"/>
        </w:tc>
        <w:tc>
          <w:tcPr>
            <w:tcW w:w="3544" w:type="dxa"/>
          </w:tcPr>
          <w:p w14:paraId="3FCFBAE8" w14:textId="43E05F52" w:rsidR="005D3477" w:rsidRDefault="005D3477"/>
        </w:tc>
        <w:tc>
          <w:tcPr>
            <w:tcW w:w="1701" w:type="dxa"/>
          </w:tcPr>
          <w:p w14:paraId="1F421B5E" w14:textId="0E96A263" w:rsidR="005D3477" w:rsidRDefault="005D3477"/>
        </w:tc>
      </w:tr>
      <w:tr w:rsidR="005D3477" w14:paraId="290DE574" w14:textId="77777777" w:rsidTr="002E14E4">
        <w:tc>
          <w:tcPr>
            <w:tcW w:w="3219" w:type="dxa"/>
          </w:tcPr>
          <w:p w14:paraId="6E43A47F" w14:textId="7E051EFA" w:rsidR="005D3477" w:rsidRDefault="005D3477"/>
        </w:tc>
        <w:tc>
          <w:tcPr>
            <w:tcW w:w="2843" w:type="dxa"/>
          </w:tcPr>
          <w:p w14:paraId="340A9C0A" w14:textId="5E765E1B" w:rsidR="005D3477" w:rsidRDefault="005D3477"/>
        </w:tc>
        <w:tc>
          <w:tcPr>
            <w:tcW w:w="2551" w:type="dxa"/>
          </w:tcPr>
          <w:p w14:paraId="161107DF" w14:textId="500EAFAD" w:rsidR="005D3477" w:rsidRDefault="005D3477"/>
        </w:tc>
        <w:tc>
          <w:tcPr>
            <w:tcW w:w="3544" w:type="dxa"/>
          </w:tcPr>
          <w:p w14:paraId="2667C07E" w14:textId="36F780A3" w:rsidR="005D3477" w:rsidRDefault="005D3477"/>
        </w:tc>
        <w:tc>
          <w:tcPr>
            <w:tcW w:w="1701" w:type="dxa"/>
          </w:tcPr>
          <w:p w14:paraId="75506A60" w14:textId="2499AFBC" w:rsidR="005D3477" w:rsidRDefault="005D3477"/>
        </w:tc>
      </w:tr>
      <w:tr w:rsidR="005D3477" w14:paraId="531A67F8" w14:textId="77777777" w:rsidTr="002E14E4">
        <w:tc>
          <w:tcPr>
            <w:tcW w:w="3219" w:type="dxa"/>
          </w:tcPr>
          <w:p w14:paraId="1528614B" w14:textId="4479139F" w:rsidR="005D3477" w:rsidRDefault="005D3477"/>
        </w:tc>
        <w:tc>
          <w:tcPr>
            <w:tcW w:w="2843" w:type="dxa"/>
          </w:tcPr>
          <w:p w14:paraId="49293F08" w14:textId="0FFBA86D" w:rsidR="005D3477" w:rsidRDefault="005D3477"/>
        </w:tc>
        <w:tc>
          <w:tcPr>
            <w:tcW w:w="2551" w:type="dxa"/>
          </w:tcPr>
          <w:p w14:paraId="4E63E601" w14:textId="721AFA27" w:rsidR="005D3477" w:rsidRDefault="005D3477"/>
        </w:tc>
        <w:tc>
          <w:tcPr>
            <w:tcW w:w="3544" w:type="dxa"/>
          </w:tcPr>
          <w:p w14:paraId="697B94DE" w14:textId="1334F801" w:rsidR="005D3477" w:rsidRDefault="005D3477"/>
        </w:tc>
        <w:tc>
          <w:tcPr>
            <w:tcW w:w="1701" w:type="dxa"/>
          </w:tcPr>
          <w:p w14:paraId="450B070D" w14:textId="25824F9D" w:rsidR="005D3477" w:rsidRDefault="005D3477"/>
        </w:tc>
      </w:tr>
      <w:tr w:rsidR="005D3477" w14:paraId="3C8D6F6F" w14:textId="77777777" w:rsidTr="002E14E4">
        <w:tc>
          <w:tcPr>
            <w:tcW w:w="3219" w:type="dxa"/>
          </w:tcPr>
          <w:p w14:paraId="371384AA" w14:textId="23C0044E" w:rsidR="005D3477" w:rsidRDefault="005D3477"/>
        </w:tc>
        <w:tc>
          <w:tcPr>
            <w:tcW w:w="2843" w:type="dxa"/>
          </w:tcPr>
          <w:p w14:paraId="02D532FF" w14:textId="12495EA1" w:rsidR="005D3477" w:rsidRDefault="005D3477"/>
        </w:tc>
        <w:tc>
          <w:tcPr>
            <w:tcW w:w="2551" w:type="dxa"/>
          </w:tcPr>
          <w:p w14:paraId="48120DD1" w14:textId="28AD0FF1" w:rsidR="005D3477" w:rsidRDefault="005D3477"/>
        </w:tc>
        <w:tc>
          <w:tcPr>
            <w:tcW w:w="3544" w:type="dxa"/>
          </w:tcPr>
          <w:p w14:paraId="77A8F912" w14:textId="3C050C13" w:rsidR="005D3477" w:rsidRDefault="005D3477"/>
        </w:tc>
        <w:tc>
          <w:tcPr>
            <w:tcW w:w="1701" w:type="dxa"/>
          </w:tcPr>
          <w:p w14:paraId="286818D5" w14:textId="73F2932D" w:rsidR="005D3477" w:rsidRDefault="005D3477"/>
        </w:tc>
      </w:tr>
      <w:tr w:rsidR="005D3477" w14:paraId="428FA64B" w14:textId="77777777" w:rsidTr="002E14E4">
        <w:tc>
          <w:tcPr>
            <w:tcW w:w="3219" w:type="dxa"/>
          </w:tcPr>
          <w:p w14:paraId="18F8B6D0" w14:textId="15A9D3C4" w:rsidR="005D3477" w:rsidRDefault="005D3477"/>
        </w:tc>
        <w:tc>
          <w:tcPr>
            <w:tcW w:w="2843" w:type="dxa"/>
          </w:tcPr>
          <w:p w14:paraId="188A19F7" w14:textId="02B5DB47" w:rsidR="005D3477" w:rsidRDefault="005D3477"/>
        </w:tc>
        <w:tc>
          <w:tcPr>
            <w:tcW w:w="2551" w:type="dxa"/>
          </w:tcPr>
          <w:p w14:paraId="0512C864" w14:textId="65EE5167" w:rsidR="005D3477" w:rsidRDefault="005D3477"/>
        </w:tc>
        <w:tc>
          <w:tcPr>
            <w:tcW w:w="3544" w:type="dxa"/>
          </w:tcPr>
          <w:p w14:paraId="3C9E4586" w14:textId="67593FB8" w:rsidR="005D3477" w:rsidRDefault="005D3477"/>
        </w:tc>
        <w:tc>
          <w:tcPr>
            <w:tcW w:w="1701" w:type="dxa"/>
          </w:tcPr>
          <w:p w14:paraId="1EDDEB11" w14:textId="1871F88F" w:rsidR="005D3477" w:rsidRDefault="005D3477"/>
        </w:tc>
      </w:tr>
      <w:tr w:rsidR="005D3477" w14:paraId="67C8C64F" w14:textId="77777777" w:rsidTr="002E14E4">
        <w:tc>
          <w:tcPr>
            <w:tcW w:w="3219" w:type="dxa"/>
          </w:tcPr>
          <w:p w14:paraId="1BEB7127" w14:textId="52806F3E" w:rsidR="005D3477" w:rsidRDefault="005D3477"/>
        </w:tc>
        <w:tc>
          <w:tcPr>
            <w:tcW w:w="2843" w:type="dxa"/>
          </w:tcPr>
          <w:p w14:paraId="326099D8" w14:textId="68104052" w:rsidR="005D3477" w:rsidRDefault="005D3477"/>
        </w:tc>
        <w:tc>
          <w:tcPr>
            <w:tcW w:w="2551" w:type="dxa"/>
          </w:tcPr>
          <w:p w14:paraId="3EFAC18B" w14:textId="5A14B929" w:rsidR="005D3477" w:rsidRDefault="005D3477"/>
        </w:tc>
        <w:tc>
          <w:tcPr>
            <w:tcW w:w="3544" w:type="dxa"/>
          </w:tcPr>
          <w:p w14:paraId="34DFD5AD" w14:textId="07C63610" w:rsidR="005D3477" w:rsidRDefault="005D3477"/>
        </w:tc>
        <w:tc>
          <w:tcPr>
            <w:tcW w:w="1701" w:type="dxa"/>
          </w:tcPr>
          <w:p w14:paraId="0A152212" w14:textId="2F2DB6AF" w:rsidR="005D3477" w:rsidRDefault="005D3477"/>
        </w:tc>
      </w:tr>
      <w:tr w:rsidR="005D3477" w14:paraId="3F54159C" w14:textId="77777777" w:rsidTr="002E14E4">
        <w:tc>
          <w:tcPr>
            <w:tcW w:w="3219" w:type="dxa"/>
          </w:tcPr>
          <w:p w14:paraId="1C6CA044" w14:textId="75BAEF8D" w:rsidR="005D3477" w:rsidRDefault="005D3477"/>
        </w:tc>
        <w:tc>
          <w:tcPr>
            <w:tcW w:w="2843" w:type="dxa"/>
          </w:tcPr>
          <w:p w14:paraId="0E4D02D5" w14:textId="033DD256" w:rsidR="005D3477" w:rsidRDefault="005D3477"/>
        </w:tc>
        <w:tc>
          <w:tcPr>
            <w:tcW w:w="2551" w:type="dxa"/>
          </w:tcPr>
          <w:p w14:paraId="3B726CB6" w14:textId="696C852C" w:rsidR="005D3477" w:rsidRDefault="005D3477"/>
        </w:tc>
        <w:tc>
          <w:tcPr>
            <w:tcW w:w="3544" w:type="dxa"/>
          </w:tcPr>
          <w:p w14:paraId="2FC158F6" w14:textId="24F1C057" w:rsidR="005D3477" w:rsidRDefault="005D3477"/>
        </w:tc>
        <w:tc>
          <w:tcPr>
            <w:tcW w:w="1701" w:type="dxa"/>
          </w:tcPr>
          <w:p w14:paraId="277E9CDA" w14:textId="2438751E" w:rsidR="005D3477" w:rsidRDefault="005D3477"/>
        </w:tc>
      </w:tr>
      <w:tr w:rsidR="005D3477" w14:paraId="70E84976" w14:textId="77777777" w:rsidTr="002E14E4">
        <w:tc>
          <w:tcPr>
            <w:tcW w:w="3219" w:type="dxa"/>
          </w:tcPr>
          <w:p w14:paraId="17CDE747" w14:textId="045D5D48" w:rsidR="005D3477" w:rsidRDefault="005D3477"/>
        </w:tc>
        <w:tc>
          <w:tcPr>
            <w:tcW w:w="2843" w:type="dxa"/>
          </w:tcPr>
          <w:p w14:paraId="512E4DF5" w14:textId="6E6DC64D" w:rsidR="005D3477" w:rsidRDefault="005D3477"/>
        </w:tc>
        <w:tc>
          <w:tcPr>
            <w:tcW w:w="2551" w:type="dxa"/>
          </w:tcPr>
          <w:p w14:paraId="78718E8F" w14:textId="0A86BF83" w:rsidR="005D3477" w:rsidRDefault="005D3477"/>
        </w:tc>
        <w:tc>
          <w:tcPr>
            <w:tcW w:w="3544" w:type="dxa"/>
          </w:tcPr>
          <w:p w14:paraId="37770CFE" w14:textId="4934D2C6" w:rsidR="005D3477" w:rsidRDefault="005D3477"/>
        </w:tc>
        <w:tc>
          <w:tcPr>
            <w:tcW w:w="1701" w:type="dxa"/>
          </w:tcPr>
          <w:p w14:paraId="6D3A4EA7" w14:textId="1F84EAEA" w:rsidR="005D3477" w:rsidRDefault="005D3477"/>
        </w:tc>
      </w:tr>
      <w:tr w:rsidR="005D3477" w14:paraId="7276B962" w14:textId="77777777" w:rsidTr="002E14E4">
        <w:tc>
          <w:tcPr>
            <w:tcW w:w="3219" w:type="dxa"/>
          </w:tcPr>
          <w:p w14:paraId="1A572A2E" w14:textId="20536F41" w:rsidR="005D3477" w:rsidRDefault="005D3477"/>
        </w:tc>
        <w:tc>
          <w:tcPr>
            <w:tcW w:w="2843" w:type="dxa"/>
          </w:tcPr>
          <w:p w14:paraId="1CF9F95C" w14:textId="548F80F7" w:rsidR="005D3477" w:rsidRDefault="005D3477"/>
        </w:tc>
        <w:tc>
          <w:tcPr>
            <w:tcW w:w="2551" w:type="dxa"/>
          </w:tcPr>
          <w:p w14:paraId="3CDFFF4F" w14:textId="7AF643AF" w:rsidR="005D3477" w:rsidRDefault="005D3477"/>
        </w:tc>
        <w:tc>
          <w:tcPr>
            <w:tcW w:w="3544" w:type="dxa"/>
          </w:tcPr>
          <w:p w14:paraId="78525F13" w14:textId="2AC5A276" w:rsidR="005D3477" w:rsidRDefault="005D3477"/>
        </w:tc>
        <w:tc>
          <w:tcPr>
            <w:tcW w:w="1701" w:type="dxa"/>
          </w:tcPr>
          <w:p w14:paraId="0B1652E4" w14:textId="0CD03673" w:rsidR="005D3477" w:rsidRDefault="005D3477"/>
        </w:tc>
      </w:tr>
      <w:tr w:rsidR="005D3477" w14:paraId="066BA9D2" w14:textId="77777777" w:rsidTr="002E14E4">
        <w:tc>
          <w:tcPr>
            <w:tcW w:w="3219" w:type="dxa"/>
          </w:tcPr>
          <w:p w14:paraId="4FB2EC85" w14:textId="6CC27B16" w:rsidR="005D3477" w:rsidRDefault="005D3477"/>
        </w:tc>
        <w:tc>
          <w:tcPr>
            <w:tcW w:w="2843" w:type="dxa"/>
          </w:tcPr>
          <w:p w14:paraId="1E289757" w14:textId="568FFBFA" w:rsidR="005D3477" w:rsidRDefault="005D3477"/>
        </w:tc>
        <w:tc>
          <w:tcPr>
            <w:tcW w:w="2551" w:type="dxa"/>
          </w:tcPr>
          <w:p w14:paraId="1642A319" w14:textId="1A980F4F" w:rsidR="005D3477" w:rsidRDefault="005D3477"/>
        </w:tc>
        <w:tc>
          <w:tcPr>
            <w:tcW w:w="3544" w:type="dxa"/>
          </w:tcPr>
          <w:p w14:paraId="1577BC4B" w14:textId="16356CB5" w:rsidR="005D3477" w:rsidRDefault="005D3477"/>
        </w:tc>
        <w:tc>
          <w:tcPr>
            <w:tcW w:w="1701" w:type="dxa"/>
          </w:tcPr>
          <w:p w14:paraId="2D7F444B" w14:textId="3BDFDD31" w:rsidR="005D3477" w:rsidRDefault="005D3477"/>
        </w:tc>
      </w:tr>
      <w:tr w:rsidR="005D3477" w14:paraId="7718C904" w14:textId="77777777" w:rsidTr="002E14E4">
        <w:tc>
          <w:tcPr>
            <w:tcW w:w="3219" w:type="dxa"/>
          </w:tcPr>
          <w:p w14:paraId="6B5E9615" w14:textId="423F0943" w:rsidR="005D3477" w:rsidRDefault="005D3477"/>
        </w:tc>
        <w:tc>
          <w:tcPr>
            <w:tcW w:w="2843" w:type="dxa"/>
          </w:tcPr>
          <w:p w14:paraId="26B097B2" w14:textId="28117EED" w:rsidR="005D3477" w:rsidRDefault="005D3477"/>
        </w:tc>
        <w:tc>
          <w:tcPr>
            <w:tcW w:w="2551" w:type="dxa"/>
          </w:tcPr>
          <w:p w14:paraId="5FB84913" w14:textId="44D4857A" w:rsidR="005D3477" w:rsidRDefault="005D3477"/>
        </w:tc>
        <w:tc>
          <w:tcPr>
            <w:tcW w:w="3544" w:type="dxa"/>
          </w:tcPr>
          <w:p w14:paraId="3BD84DB2" w14:textId="181A5250" w:rsidR="005D3477" w:rsidRDefault="005D3477"/>
        </w:tc>
        <w:tc>
          <w:tcPr>
            <w:tcW w:w="1701" w:type="dxa"/>
          </w:tcPr>
          <w:p w14:paraId="74297FCD" w14:textId="7BF8EFF4" w:rsidR="005D3477" w:rsidRDefault="005D3477"/>
        </w:tc>
      </w:tr>
      <w:tr w:rsidR="005D3477" w14:paraId="5CDC82DC" w14:textId="77777777" w:rsidTr="002E14E4">
        <w:tc>
          <w:tcPr>
            <w:tcW w:w="3219" w:type="dxa"/>
          </w:tcPr>
          <w:p w14:paraId="0CE48DE0" w14:textId="3F1F6F80" w:rsidR="005D3477" w:rsidRDefault="005D3477"/>
        </w:tc>
        <w:tc>
          <w:tcPr>
            <w:tcW w:w="2843" w:type="dxa"/>
          </w:tcPr>
          <w:p w14:paraId="372381BF" w14:textId="5BAAB646" w:rsidR="005D3477" w:rsidRDefault="005D3477"/>
        </w:tc>
        <w:tc>
          <w:tcPr>
            <w:tcW w:w="2551" w:type="dxa"/>
          </w:tcPr>
          <w:p w14:paraId="68355F24" w14:textId="3E2CE71A" w:rsidR="005D3477" w:rsidRDefault="005D3477"/>
        </w:tc>
        <w:tc>
          <w:tcPr>
            <w:tcW w:w="3544" w:type="dxa"/>
          </w:tcPr>
          <w:p w14:paraId="628FD15A" w14:textId="1D14B33D" w:rsidR="005D3477" w:rsidRDefault="005D3477"/>
        </w:tc>
        <w:tc>
          <w:tcPr>
            <w:tcW w:w="1701" w:type="dxa"/>
          </w:tcPr>
          <w:p w14:paraId="425F4B67" w14:textId="07532DE7" w:rsidR="005D3477" w:rsidRDefault="005D3477"/>
        </w:tc>
      </w:tr>
      <w:tr w:rsidR="005D3477" w14:paraId="3085EB92" w14:textId="77777777" w:rsidTr="002E14E4">
        <w:tc>
          <w:tcPr>
            <w:tcW w:w="3219" w:type="dxa"/>
          </w:tcPr>
          <w:p w14:paraId="129526F7" w14:textId="5ABE1216" w:rsidR="005D3477" w:rsidRDefault="005D3477"/>
        </w:tc>
        <w:tc>
          <w:tcPr>
            <w:tcW w:w="2843" w:type="dxa"/>
          </w:tcPr>
          <w:p w14:paraId="7F047A90" w14:textId="15F1079F" w:rsidR="005D3477" w:rsidRDefault="005D3477"/>
        </w:tc>
        <w:tc>
          <w:tcPr>
            <w:tcW w:w="2551" w:type="dxa"/>
          </w:tcPr>
          <w:p w14:paraId="69DEE64A" w14:textId="0B534E57" w:rsidR="005D3477" w:rsidRDefault="005D3477"/>
        </w:tc>
        <w:tc>
          <w:tcPr>
            <w:tcW w:w="3544" w:type="dxa"/>
          </w:tcPr>
          <w:p w14:paraId="27358804" w14:textId="4B68B778" w:rsidR="005D3477" w:rsidRDefault="005D3477"/>
        </w:tc>
        <w:tc>
          <w:tcPr>
            <w:tcW w:w="1701" w:type="dxa"/>
          </w:tcPr>
          <w:p w14:paraId="4BAFC0D8" w14:textId="340553B3" w:rsidR="005D3477" w:rsidRDefault="005D3477"/>
        </w:tc>
      </w:tr>
      <w:tr w:rsidR="005D3477" w14:paraId="7BEBDDB3" w14:textId="77777777" w:rsidTr="002E14E4">
        <w:tc>
          <w:tcPr>
            <w:tcW w:w="3219" w:type="dxa"/>
          </w:tcPr>
          <w:p w14:paraId="1CAB165C" w14:textId="46611DBD" w:rsidR="005D3477" w:rsidRDefault="005D3477"/>
        </w:tc>
        <w:tc>
          <w:tcPr>
            <w:tcW w:w="2843" w:type="dxa"/>
          </w:tcPr>
          <w:p w14:paraId="6A85847C" w14:textId="3FB60EC3" w:rsidR="005D3477" w:rsidRDefault="005D3477"/>
        </w:tc>
        <w:tc>
          <w:tcPr>
            <w:tcW w:w="2551" w:type="dxa"/>
          </w:tcPr>
          <w:p w14:paraId="1F388AAD" w14:textId="77D19E62" w:rsidR="005D3477" w:rsidRDefault="005D3477"/>
        </w:tc>
        <w:tc>
          <w:tcPr>
            <w:tcW w:w="3544" w:type="dxa"/>
          </w:tcPr>
          <w:p w14:paraId="572CCB77" w14:textId="587E13FC" w:rsidR="005D3477" w:rsidRDefault="005D3477"/>
        </w:tc>
        <w:tc>
          <w:tcPr>
            <w:tcW w:w="1701" w:type="dxa"/>
          </w:tcPr>
          <w:p w14:paraId="6C866C0B" w14:textId="48C8C017" w:rsidR="005D3477" w:rsidRDefault="005D3477"/>
        </w:tc>
      </w:tr>
      <w:tr w:rsidR="005D3477" w14:paraId="0C4EA03D" w14:textId="77777777" w:rsidTr="002E14E4">
        <w:tc>
          <w:tcPr>
            <w:tcW w:w="3219" w:type="dxa"/>
          </w:tcPr>
          <w:p w14:paraId="22A51809" w14:textId="69203DD3" w:rsidR="005D3477" w:rsidRDefault="005D3477"/>
        </w:tc>
        <w:tc>
          <w:tcPr>
            <w:tcW w:w="2843" w:type="dxa"/>
          </w:tcPr>
          <w:p w14:paraId="3297DC6C" w14:textId="2209B2E2" w:rsidR="005D3477" w:rsidRDefault="005D3477"/>
        </w:tc>
        <w:tc>
          <w:tcPr>
            <w:tcW w:w="2551" w:type="dxa"/>
          </w:tcPr>
          <w:p w14:paraId="06EFFC32" w14:textId="6BBF3964" w:rsidR="005D3477" w:rsidRDefault="005D3477"/>
        </w:tc>
        <w:tc>
          <w:tcPr>
            <w:tcW w:w="3544" w:type="dxa"/>
          </w:tcPr>
          <w:p w14:paraId="3FAABF4A" w14:textId="2ECF8F75" w:rsidR="005D3477" w:rsidRDefault="005D3477"/>
        </w:tc>
        <w:tc>
          <w:tcPr>
            <w:tcW w:w="1701" w:type="dxa"/>
          </w:tcPr>
          <w:p w14:paraId="14794B68" w14:textId="16BEBFC4" w:rsidR="005D3477" w:rsidRDefault="005D3477"/>
        </w:tc>
      </w:tr>
      <w:tr w:rsidR="002E14E4" w14:paraId="3B8C7AE2" w14:textId="77777777" w:rsidTr="002E14E4">
        <w:tc>
          <w:tcPr>
            <w:tcW w:w="3219" w:type="dxa"/>
          </w:tcPr>
          <w:p w14:paraId="4D408080" w14:textId="77777777" w:rsidR="002E14E4" w:rsidRDefault="002E14E4"/>
        </w:tc>
        <w:tc>
          <w:tcPr>
            <w:tcW w:w="2843" w:type="dxa"/>
          </w:tcPr>
          <w:p w14:paraId="3E8E87D1" w14:textId="77777777" w:rsidR="002E14E4" w:rsidRDefault="002E14E4"/>
        </w:tc>
        <w:tc>
          <w:tcPr>
            <w:tcW w:w="2551" w:type="dxa"/>
          </w:tcPr>
          <w:p w14:paraId="7CFD242E" w14:textId="77777777" w:rsidR="002E14E4" w:rsidRDefault="002E14E4"/>
        </w:tc>
        <w:tc>
          <w:tcPr>
            <w:tcW w:w="3544" w:type="dxa"/>
          </w:tcPr>
          <w:p w14:paraId="1661EEF3" w14:textId="77777777" w:rsidR="002E14E4" w:rsidRDefault="002E14E4"/>
        </w:tc>
        <w:tc>
          <w:tcPr>
            <w:tcW w:w="1701" w:type="dxa"/>
          </w:tcPr>
          <w:p w14:paraId="4618AC08" w14:textId="77777777" w:rsidR="002E14E4" w:rsidRDefault="002E14E4"/>
        </w:tc>
      </w:tr>
      <w:tr w:rsidR="002E14E4" w14:paraId="56612077" w14:textId="77777777" w:rsidTr="002E14E4">
        <w:tc>
          <w:tcPr>
            <w:tcW w:w="3219" w:type="dxa"/>
          </w:tcPr>
          <w:p w14:paraId="78E3B652" w14:textId="77777777" w:rsidR="002E14E4" w:rsidRDefault="002E14E4"/>
        </w:tc>
        <w:tc>
          <w:tcPr>
            <w:tcW w:w="2843" w:type="dxa"/>
          </w:tcPr>
          <w:p w14:paraId="52D65F4D" w14:textId="77777777" w:rsidR="002E14E4" w:rsidRDefault="002E14E4"/>
        </w:tc>
        <w:tc>
          <w:tcPr>
            <w:tcW w:w="2551" w:type="dxa"/>
          </w:tcPr>
          <w:p w14:paraId="0512DC07" w14:textId="77777777" w:rsidR="002E14E4" w:rsidRDefault="002E14E4"/>
        </w:tc>
        <w:tc>
          <w:tcPr>
            <w:tcW w:w="3544" w:type="dxa"/>
          </w:tcPr>
          <w:p w14:paraId="3F8F9DDC" w14:textId="77777777" w:rsidR="002E14E4" w:rsidRDefault="002E14E4"/>
        </w:tc>
        <w:tc>
          <w:tcPr>
            <w:tcW w:w="1701" w:type="dxa"/>
          </w:tcPr>
          <w:p w14:paraId="03A7C5EF" w14:textId="77777777" w:rsidR="002E14E4" w:rsidRDefault="002E14E4"/>
        </w:tc>
      </w:tr>
      <w:tr w:rsidR="002E14E4" w14:paraId="294262C1" w14:textId="77777777" w:rsidTr="002E14E4">
        <w:tc>
          <w:tcPr>
            <w:tcW w:w="3219" w:type="dxa"/>
          </w:tcPr>
          <w:p w14:paraId="0CB183C8" w14:textId="77777777" w:rsidR="002E14E4" w:rsidRDefault="002E14E4"/>
        </w:tc>
        <w:tc>
          <w:tcPr>
            <w:tcW w:w="2843" w:type="dxa"/>
          </w:tcPr>
          <w:p w14:paraId="11195545" w14:textId="77777777" w:rsidR="002E14E4" w:rsidRDefault="002E14E4"/>
        </w:tc>
        <w:tc>
          <w:tcPr>
            <w:tcW w:w="2551" w:type="dxa"/>
          </w:tcPr>
          <w:p w14:paraId="13E8E1BB" w14:textId="77777777" w:rsidR="002E14E4" w:rsidRDefault="002E14E4"/>
        </w:tc>
        <w:tc>
          <w:tcPr>
            <w:tcW w:w="3544" w:type="dxa"/>
          </w:tcPr>
          <w:p w14:paraId="6828761C" w14:textId="77777777" w:rsidR="002E14E4" w:rsidRDefault="002E14E4"/>
        </w:tc>
        <w:tc>
          <w:tcPr>
            <w:tcW w:w="1701" w:type="dxa"/>
          </w:tcPr>
          <w:p w14:paraId="7347EC55" w14:textId="77777777" w:rsidR="002E14E4" w:rsidRDefault="002E14E4"/>
        </w:tc>
      </w:tr>
      <w:tr w:rsidR="002E14E4" w14:paraId="17F38610" w14:textId="77777777" w:rsidTr="002E14E4">
        <w:tc>
          <w:tcPr>
            <w:tcW w:w="3219" w:type="dxa"/>
          </w:tcPr>
          <w:p w14:paraId="5BDF3FFD" w14:textId="77777777" w:rsidR="002E14E4" w:rsidRDefault="002E14E4"/>
        </w:tc>
        <w:tc>
          <w:tcPr>
            <w:tcW w:w="2843" w:type="dxa"/>
          </w:tcPr>
          <w:p w14:paraId="1EA6BFDA" w14:textId="77777777" w:rsidR="002E14E4" w:rsidRDefault="002E14E4"/>
        </w:tc>
        <w:tc>
          <w:tcPr>
            <w:tcW w:w="2551" w:type="dxa"/>
          </w:tcPr>
          <w:p w14:paraId="7E1ADA18" w14:textId="77777777" w:rsidR="002E14E4" w:rsidRDefault="002E14E4"/>
        </w:tc>
        <w:tc>
          <w:tcPr>
            <w:tcW w:w="3544" w:type="dxa"/>
          </w:tcPr>
          <w:p w14:paraId="672DCAFE" w14:textId="77777777" w:rsidR="002E14E4" w:rsidRDefault="002E14E4"/>
        </w:tc>
        <w:tc>
          <w:tcPr>
            <w:tcW w:w="1701" w:type="dxa"/>
          </w:tcPr>
          <w:p w14:paraId="62D17146" w14:textId="77777777" w:rsidR="002E14E4" w:rsidRDefault="002E14E4"/>
        </w:tc>
      </w:tr>
      <w:tr w:rsidR="002E14E4" w14:paraId="6F301C8E" w14:textId="77777777" w:rsidTr="002E14E4">
        <w:tc>
          <w:tcPr>
            <w:tcW w:w="3219" w:type="dxa"/>
          </w:tcPr>
          <w:p w14:paraId="2D7768B8" w14:textId="77777777" w:rsidR="002E14E4" w:rsidRDefault="002E14E4"/>
        </w:tc>
        <w:tc>
          <w:tcPr>
            <w:tcW w:w="2843" w:type="dxa"/>
          </w:tcPr>
          <w:p w14:paraId="58F93654" w14:textId="77777777" w:rsidR="002E14E4" w:rsidRDefault="002E14E4"/>
        </w:tc>
        <w:tc>
          <w:tcPr>
            <w:tcW w:w="2551" w:type="dxa"/>
          </w:tcPr>
          <w:p w14:paraId="6BA62C66" w14:textId="77777777" w:rsidR="002E14E4" w:rsidRDefault="002E14E4"/>
        </w:tc>
        <w:tc>
          <w:tcPr>
            <w:tcW w:w="3544" w:type="dxa"/>
          </w:tcPr>
          <w:p w14:paraId="610236DE" w14:textId="77777777" w:rsidR="002E14E4" w:rsidRDefault="002E14E4"/>
        </w:tc>
        <w:tc>
          <w:tcPr>
            <w:tcW w:w="1701" w:type="dxa"/>
          </w:tcPr>
          <w:p w14:paraId="2CFFDF8E" w14:textId="77777777" w:rsidR="002E14E4" w:rsidRDefault="002E14E4"/>
        </w:tc>
      </w:tr>
      <w:tr w:rsidR="002E14E4" w14:paraId="764E205F" w14:textId="77777777" w:rsidTr="002E14E4">
        <w:tc>
          <w:tcPr>
            <w:tcW w:w="3219" w:type="dxa"/>
          </w:tcPr>
          <w:p w14:paraId="78DE2E30" w14:textId="77777777" w:rsidR="002E14E4" w:rsidRDefault="002E14E4"/>
        </w:tc>
        <w:tc>
          <w:tcPr>
            <w:tcW w:w="2843" w:type="dxa"/>
          </w:tcPr>
          <w:p w14:paraId="7E9EE311" w14:textId="77777777" w:rsidR="002E14E4" w:rsidRDefault="002E14E4"/>
        </w:tc>
        <w:tc>
          <w:tcPr>
            <w:tcW w:w="2551" w:type="dxa"/>
          </w:tcPr>
          <w:p w14:paraId="3079F84A" w14:textId="77777777" w:rsidR="002E14E4" w:rsidRDefault="002E14E4"/>
        </w:tc>
        <w:tc>
          <w:tcPr>
            <w:tcW w:w="3544" w:type="dxa"/>
          </w:tcPr>
          <w:p w14:paraId="52370520" w14:textId="77777777" w:rsidR="002E14E4" w:rsidRDefault="002E14E4"/>
        </w:tc>
        <w:tc>
          <w:tcPr>
            <w:tcW w:w="1701" w:type="dxa"/>
          </w:tcPr>
          <w:p w14:paraId="23CC7917" w14:textId="77777777" w:rsidR="002E14E4" w:rsidRDefault="002E14E4"/>
        </w:tc>
      </w:tr>
      <w:tr w:rsidR="002E14E4" w14:paraId="7DFE45B2" w14:textId="77777777" w:rsidTr="002E14E4">
        <w:tc>
          <w:tcPr>
            <w:tcW w:w="3219" w:type="dxa"/>
          </w:tcPr>
          <w:p w14:paraId="4C761642" w14:textId="77777777" w:rsidR="002E14E4" w:rsidRDefault="002E14E4"/>
        </w:tc>
        <w:tc>
          <w:tcPr>
            <w:tcW w:w="2843" w:type="dxa"/>
          </w:tcPr>
          <w:p w14:paraId="6940B8AB" w14:textId="77777777" w:rsidR="002E14E4" w:rsidRDefault="002E14E4"/>
        </w:tc>
        <w:tc>
          <w:tcPr>
            <w:tcW w:w="2551" w:type="dxa"/>
          </w:tcPr>
          <w:p w14:paraId="72F95807" w14:textId="77777777" w:rsidR="002E14E4" w:rsidRDefault="002E14E4"/>
        </w:tc>
        <w:tc>
          <w:tcPr>
            <w:tcW w:w="3544" w:type="dxa"/>
          </w:tcPr>
          <w:p w14:paraId="62B2F190" w14:textId="77777777" w:rsidR="002E14E4" w:rsidRDefault="002E14E4"/>
        </w:tc>
        <w:tc>
          <w:tcPr>
            <w:tcW w:w="1701" w:type="dxa"/>
          </w:tcPr>
          <w:p w14:paraId="05EA063F" w14:textId="77777777" w:rsidR="002E14E4" w:rsidRDefault="002E14E4"/>
        </w:tc>
      </w:tr>
      <w:tr w:rsidR="002E14E4" w14:paraId="46BB198A" w14:textId="77777777" w:rsidTr="002E14E4">
        <w:tc>
          <w:tcPr>
            <w:tcW w:w="3219" w:type="dxa"/>
          </w:tcPr>
          <w:p w14:paraId="48D3A098" w14:textId="77777777" w:rsidR="002E14E4" w:rsidRDefault="002E14E4"/>
        </w:tc>
        <w:tc>
          <w:tcPr>
            <w:tcW w:w="2843" w:type="dxa"/>
          </w:tcPr>
          <w:p w14:paraId="79C4BCEF" w14:textId="77777777" w:rsidR="002E14E4" w:rsidRDefault="002E14E4"/>
        </w:tc>
        <w:tc>
          <w:tcPr>
            <w:tcW w:w="2551" w:type="dxa"/>
          </w:tcPr>
          <w:p w14:paraId="0B91153D" w14:textId="77777777" w:rsidR="002E14E4" w:rsidRDefault="002E14E4"/>
        </w:tc>
        <w:tc>
          <w:tcPr>
            <w:tcW w:w="3544" w:type="dxa"/>
          </w:tcPr>
          <w:p w14:paraId="57E874BD" w14:textId="77777777" w:rsidR="002E14E4" w:rsidRDefault="002E14E4"/>
        </w:tc>
        <w:tc>
          <w:tcPr>
            <w:tcW w:w="1701" w:type="dxa"/>
          </w:tcPr>
          <w:p w14:paraId="0BD35D9D" w14:textId="77777777" w:rsidR="002E14E4" w:rsidRDefault="002E14E4"/>
        </w:tc>
      </w:tr>
      <w:tr w:rsidR="002E14E4" w14:paraId="39B898EE" w14:textId="77777777" w:rsidTr="002E14E4">
        <w:tc>
          <w:tcPr>
            <w:tcW w:w="3219" w:type="dxa"/>
          </w:tcPr>
          <w:p w14:paraId="17D47D74" w14:textId="77777777" w:rsidR="002E14E4" w:rsidRDefault="002E14E4"/>
        </w:tc>
        <w:tc>
          <w:tcPr>
            <w:tcW w:w="2843" w:type="dxa"/>
          </w:tcPr>
          <w:p w14:paraId="4DDD7B9E" w14:textId="77777777" w:rsidR="002E14E4" w:rsidRDefault="002E14E4"/>
        </w:tc>
        <w:tc>
          <w:tcPr>
            <w:tcW w:w="2551" w:type="dxa"/>
          </w:tcPr>
          <w:p w14:paraId="44DC4A3E" w14:textId="77777777" w:rsidR="002E14E4" w:rsidRDefault="002E14E4"/>
        </w:tc>
        <w:tc>
          <w:tcPr>
            <w:tcW w:w="3544" w:type="dxa"/>
          </w:tcPr>
          <w:p w14:paraId="5219114D" w14:textId="77777777" w:rsidR="002E14E4" w:rsidRDefault="002E14E4"/>
        </w:tc>
        <w:tc>
          <w:tcPr>
            <w:tcW w:w="1701" w:type="dxa"/>
          </w:tcPr>
          <w:p w14:paraId="26B99C94" w14:textId="77777777" w:rsidR="002E14E4" w:rsidRDefault="002E14E4"/>
        </w:tc>
      </w:tr>
      <w:tr w:rsidR="002E14E4" w14:paraId="194C6A9B" w14:textId="77777777" w:rsidTr="002E14E4">
        <w:tc>
          <w:tcPr>
            <w:tcW w:w="3219" w:type="dxa"/>
          </w:tcPr>
          <w:p w14:paraId="0EC29B9A" w14:textId="77777777" w:rsidR="002E14E4" w:rsidRDefault="002E14E4"/>
        </w:tc>
        <w:tc>
          <w:tcPr>
            <w:tcW w:w="2843" w:type="dxa"/>
          </w:tcPr>
          <w:p w14:paraId="5AD81CDD" w14:textId="77777777" w:rsidR="002E14E4" w:rsidRDefault="002E14E4"/>
        </w:tc>
        <w:tc>
          <w:tcPr>
            <w:tcW w:w="2551" w:type="dxa"/>
          </w:tcPr>
          <w:p w14:paraId="2FD833C9" w14:textId="77777777" w:rsidR="002E14E4" w:rsidRDefault="002E14E4"/>
        </w:tc>
        <w:tc>
          <w:tcPr>
            <w:tcW w:w="3544" w:type="dxa"/>
          </w:tcPr>
          <w:p w14:paraId="14477645" w14:textId="77777777" w:rsidR="002E14E4" w:rsidRDefault="002E14E4"/>
        </w:tc>
        <w:tc>
          <w:tcPr>
            <w:tcW w:w="1701" w:type="dxa"/>
          </w:tcPr>
          <w:p w14:paraId="1490FD27" w14:textId="77777777" w:rsidR="002E14E4" w:rsidRDefault="002E14E4"/>
        </w:tc>
      </w:tr>
      <w:tr w:rsidR="002E14E4" w14:paraId="3E8497FB" w14:textId="77777777" w:rsidTr="002E14E4">
        <w:tc>
          <w:tcPr>
            <w:tcW w:w="3219" w:type="dxa"/>
          </w:tcPr>
          <w:p w14:paraId="6BECE7A9" w14:textId="77777777" w:rsidR="002E14E4" w:rsidRDefault="002E14E4"/>
        </w:tc>
        <w:tc>
          <w:tcPr>
            <w:tcW w:w="2843" w:type="dxa"/>
          </w:tcPr>
          <w:p w14:paraId="7A80263E" w14:textId="77777777" w:rsidR="002E14E4" w:rsidRDefault="002E14E4"/>
        </w:tc>
        <w:tc>
          <w:tcPr>
            <w:tcW w:w="2551" w:type="dxa"/>
          </w:tcPr>
          <w:p w14:paraId="21480F70" w14:textId="77777777" w:rsidR="002E14E4" w:rsidRDefault="002E14E4"/>
        </w:tc>
        <w:tc>
          <w:tcPr>
            <w:tcW w:w="3544" w:type="dxa"/>
          </w:tcPr>
          <w:p w14:paraId="6484F95A" w14:textId="77777777" w:rsidR="002E14E4" w:rsidRDefault="002E14E4"/>
        </w:tc>
        <w:tc>
          <w:tcPr>
            <w:tcW w:w="1701" w:type="dxa"/>
          </w:tcPr>
          <w:p w14:paraId="5C5EDE57" w14:textId="77777777" w:rsidR="002E14E4" w:rsidRDefault="002E14E4"/>
        </w:tc>
      </w:tr>
      <w:tr w:rsidR="002E14E4" w14:paraId="0F145C75" w14:textId="77777777" w:rsidTr="002E14E4">
        <w:tc>
          <w:tcPr>
            <w:tcW w:w="3219" w:type="dxa"/>
          </w:tcPr>
          <w:p w14:paraId="7FB1028B" w14:textId="77777777" w:rsidR="002E14E4" w:rsidRDefault="002E14E4"/>
        </w:tc>
        <w:tc>
          <w:tcPr>
            <w:tcW w:w="2843" w:type="dxa"/>
          </w:tcPr>
          <w:p w14:paraId="44BB8435" w14:textId="77777777" w:rsidR="002E14E4" w:rsidRDefault="002E14E4"/>
        </w:tc>
        <w:tc>
          <w:tcPr>
            <w:tcW w:w="2551" w:type="dxa"/>
          </w:tcPr>
          <w:p w14:paraId="68CBCCE1" w14:textId="77777777" w:rsidR="002E14E4" w:rsidRDefault="002E14E4"/>
        </w:tc>
        <w:tc>
          <w:tcPr>
            <w:tcW w:w="3544" w:type="dxa"/>
          </w:tcPr>
          <w:p w14:paraId="6D7FB598" w14:textId="77777777" w:rsidR="002E14E4" w:rsidRDefault="002E14E4"/>
        </w:tc>
        <w:tc>
          <w:tcPr>
            <w:tcW w:w="1701" w:type="dxa"/>
          </w:tcPr>
          <w:p w14:paraId="57666A99" w14:textId="77777777" w:rsidR="002E14E4" w:rsidRDefault="002E14E4"/>
        </w:tc>
      </w:tr>
      <w:tr w:rsidR="002E14E4" w14:paraId="39533C65" w14:textId="77777777" w:rsidTr="002E14E4">
        <w:tc>
          <w:tcPr>
            <w:tcW w:w="3219" w:type="dxa"/>
          </w:tcPr>
          <w:p w14:paraId="50B56ECE" w14:textId="77777777" w:rsidR="002E14E4" w:rsidRDefault="002E14E4"/>
        </w:tc>
        <w:tc>
          <w:tcPr>
            <w:tcW w:w="2843" w:type="dxa"/>
          </w:tcPr>
          <w:p w14:paraId="5B68BA23" w14:textId="77777777" w:rsidR="002E14E4" w:rsidRDefault="002E14E4"/>
        </w:tc>
        <w:tc>
          <w:tcPr>
            <w:tcW w:w="2551" w:type="dxa"/>
          </w:tcPr>
          <w:p w14:paraId="5BB9C0BB" w14:textId="77777777" w:rsidR="002E14E4" w:rsidRDefault="002E14E4"/>
        </w:tc>
        <w:tc>
          <w:tcPr>
            <w:tcW w:w="3544" w:type="dxa"/>
          </w:tcPr>
          <w:p w14:paraId="0023B4FB" w14:textId="77777777" w:rsidR="002E14E4" w:rsidRDefault="002E14E4"/>
        </w:tc>
        <w:tc>
          <w:tcPr>
            <w:tcW w:w="1701" w:type="dxa"/>
          </w:tcPr>
          <w:p w14:paraId="74E2BC00" w14:textId="77777777" w:rsidR="002E14E4" w:rsidRDefault="002E14E4"/>
        </w:tc>
      </w:tr>
      <w:tr w:rsidR="002E14E4" w14:paraId="1ADBB103" w14:textId="77777777" w:rsidTr="002E14E4">
        <w:tc>
          <w:tcPr>
            <w:tcW w:w="3219" w:type="dxa"/>
          </w:tcPr>
          <w:p w14:paraId="547B86D8" w14:textId="77777777" w:rsidR="002E14E4" w:rsidRDefault="002E14E4"/>
        </w:tc>
        <w:tc>
          <w:tcPr>
            <w:tcW w:w="2843" w:type="dxa"/>
          </w:tcPr>
          <w:p w14:paraId="21F0F06D" w14:textId="77777777" w:rsidR="002E14E4" w:rsidRDefault="002E14E4"/>
        </w:tc>
        <w:tc>
          <w:tcPr>
            <w:tcW w:w="2551" w:type="dxa"/>
          </w:tcPr>
          <w:p w14:paraId="334444EA" w14:textId="77777777" w:rsidR="002E14E4" w:rsidRDefault="002E14E4"/>
        </w:tc>
        <w:tc>
          <w:tcPr>
            <w:tcW w:w="3544" w:type="dxa"/>
          </w:tcPr>
          <w:p w14:paraId="5D148B24" w14:textId="77777777" w:rsidR="002E14E4" w:rsidRDefault="002E14E4"/>
        </w:tc>
        <w:tc>
          <w:tcPr>
            <w:tcW w:w="1701" w:type="dxa"/>
          </w:tcPr>
          <w:p w14:paraId="782ABE83" w14:textId="77777777" w:rsidR="002E14E4" w:rsidRDefault="002E14E4"/>
        </w:tc>
      </w:tr>
      <w:tr w:rsidR="002E14E4" w14:paraId="223ED445" w14:textId="77777777" w:rsidTr="002E14E4">
        <w:tc>
          <w:tcPr>
            <w:tcW w:w="3219" w:type="dxa"/>
          </w:tcPr>
          <w:p w14:paraId="6E6FD449" w14:textId="77777777" w:rsidR="002E14E4" w:rsidRDefault="002E14E4"/>
        </w:tc>
        <w:tc>
          <w:tcPr>
            <w:tcW w:w="2843" w:type="dxa"/>
          </w:tcPr>
          <w:p w14:paraId="532FDAA5" w14:textId="77777777" w:rsidR="002E14E4" w:rsidRDefault="002E14E4"/>
        </w:tc>
        <w:tc>
          <w:tcPr>
            <w:tcW w:w="2551" w:type="dxa"/>
          </w:tcPr>
          <w:p w14:paraId="6DE3DBF5" w14:textId="77777777" w:rsidR="002E14E4" w:rsidRDefault="002E14E4"/>
        </w:tc>
        <w:tc>
          <w:tcPr>
            <w:tcW w:w="3544" w:type="dxa"/>
          </w:tcPr>
          <w:p w14:paraId="597A350C" w14:textId="77777777" w:rsidR="002E14E4" w:rsidRDefault="002E14E4"/>
        </w:tc>
        <w:tc>
          <w:tcPr>
            <w:tcW w:w="1701" w:type="dxa"/>
          </w:tcPr>
          <w:p w14:paraId="4051EEB1" w14:textId="77777777" w:rsidR="002E14E4" w:rsidRDefault="002E14E4"/>
        </w:tc>
      </w:tr>
      <w:tr w:rsidR="002E14E4" w14:paraId="0DE5CF23" w14:textId="77777777" w:rsidTr="002E14E4">
        <w:tc>
          <w:tcPr>
            <w:tcW w:w="3219" w:type="dxa"/>
          </w:tcPr>
          <w:p w14:paraId="7DA62DB6" w14:textId="77777777" w:rsidR="002E14E4" w:rsidRDefault="002E14E4"/>
        </w:tc>
        <w:tc>
          <w:tcPr>
            <w:tcW w:w="2843" w:type="dxa"/>
          </w:tcPr>
          <w:p w14:paraId="6B34AAEE" w14:textId="77777777" w:rsidR="002E14E4" w:rsidRDefault="002E14E4"/>
        </w:tc>
        <w:tc>
          <w:tcPr>
            <w:tcW w:w="2551" w:type="dxa"/>
          </w:tcPr>
          <w:p w14:paraId="5E8E6A90" w14:textId="77777777" w:rsidR="002E14E4" w:rsidRDefault="002E14E4"/>
        </w:tc>
        <w:tc>
          <w:tcPr>
            <w:tcW w:w="3544" w:type="dxa"/>
          </w:tcPr>
          <w:p w14:paraId="189B0B21" w14:textId="77777777" w:rsidR="002E14E4" w:rsidRDefault="002E14E4"/>
        </w:tc>
        <w:tc>
          <w:tcPr>
            <w:tcW w:w="1701" w:type="dxa"/>
          </w:tcPr>
          <w:p w14:paraId="0F06AB49" w14:textId="77777777" w:rsidR="002E14E4" w:rsidRDefault="002E14E4"/>
        </w:tc>
      </w:tr>
      <w:tr w:rsidR="002E14E4" w14:paraId="267CF4AE" w14:textId="77777777" w:rsidTr="002E14E4">
        <w:tc>
          <w:tcPr>
            <w:tcW w:w="3219" w:type="dxa"/>
          </w:tcPr>
          <w:p w14:paraId="1B4EDC2C" w14:textId="77777777" w:rsidR="002E14E4" w:rsidRDefault="002E14E4"/>
        </w:tc>
        <w:tc>
          <w:tcPr>
            <w:tcW w:w="2843" w:type="dxa"/>
          </w:tcPr>
          <w:p w14:paraId="3B614ADE" w14:textId="77777777" w:rsidR="002E14E4" w:rsidRDefault="002E14E4"/>
        </w:tc>
        <w:tc>
          <w:tcPr>
            <w:tcW w:w="2551" w:type="dxa"/>
          </w:tcPr>
          <w:p w14:paraId="1E81FA0C" w14:textId="77777777" w:rsidR="002E14E4" w:rsidRDefault="002E14E4"/>
        </w:tc>
        <w:tc>
          <w:tcPr>
            <w:tcW w:w="3544" w:type="dxa"/>
          </w:tcPr>
          <w:p w14:paraId="7B625833" w14:textId="77777777" w:rsidR="002E14E4" w:rsidRDefault="002E14E4"/>
        </w:tc>
        <w:tc>
          <w:tcPr>
            <w:tcW w:w="1701" w:type="dxa"/>
          </w:tcPr>
          <w:p w14:paraId="06DEA56D" w14:textId="77777777" w:rsidR="002E14E4" w:rsidRDefault="002E14E4"/>
        </w:tc>
      </w:tr>
      <w:tr w:rsidR="002E14E4" w14:paraId="5B6411FE" w14:textId="77777777" w:rsidTr="002E14E4">
        <w:tc>
          <w:tcPr>
            <w:tcW w:w="3219" w:type="dxa"/>
          </w:tcPr>
          <w:p w14:paraId="6B3FD8FA" w14:textId="77777777" w:rsidR="002E14E4" w:rsidRDefault="002E14E4"/>
        </w:tc>
        <w:tc>
          <w:tcPr>
            <w:tcW w:w="2843" w:type="dxa"/>
          </w:tcPr>
          <w:p w14:paraId="0B73EB81" w14:textId="77777777" w:rsidR="002E14E4" w:rsidRDefault="002E14E4"/>
        </w:tc>
        <w:tc>
          <w:tcPr>
            <w:tcW w:w="2551" w:type="dxa"/>
          </w:tcPr>
          <w:p w14:paraId="791E70ED" w14:textId="77777777" w:rsidR="002E14E4" w:rsidRDefault="002E14E4"/>
        </w:tc>
        <w:tc>
          <w:tcPr>
            <w:tcW w:w="3544" w:type="dxa"/>
          </w:tcPr>
          <w:p w14:paraId="1FDF35BA" w14:textId="77777777" w:rsidR="002E14E4" w:rsidRDefault="002E14E4"/>
        </w:tc>
        <w:tc>
          <w:tcPr>
            <w:tcW w:w="1701" w:type="dxa"/>
          </w:tcPr>
          <w:p w14:paraId="511CDD56" w14:textId="77777777" w:rsidR="002E14E4" w:rsidRDefault="002E14E4"/>
        </w:tc>
      </w:tr>
      <w:tr w:rsidR="002E14E4" w14:paraId="273934D5" w14:textId="77777777" w:rsidTr="002E14E4">
        <w:tc>
          <w:tcPr>
            <w:tcW w:w="3219" w:type="dxa"/>
          </w:tcPr>
          <w:p w14:paraId="345508DB" w14:textId="77777777" w:rsidR="002E14E4" w:rsidRDefault="002E14E4"/>
        </w:tc>
        <w:tc>
          <w:tcPr>
            <w:tcW w:w="2843" w:type="dxa"/>
          </w:tcPr>
          <w:p w14:paraId="3D418EE7" w14:textId="77777777" w:rsidR="002E14E4" w:rsidRDefault="002E14E4"/>
        </w:tc>
        <w:tc>
          <w:tcPr>
            <w:tcW w:w="2551" w:type="dxa"/>
          </w:tcPr>
          <w:p w14:paraId="1714097D" w14:textId="77777777" w:rsidR="002E14E4" w:rsidRDefault="002E14E4"/>
        </w:tc>
        <w:tc>
          <w:tcPr>
            <w:tcW w:w="3544" w:type="dxa"/>
          </w:tcPr>
          <w:p w14:paraId="76BCC484" w14:textId="77777777" w:rsidR="002E14E4" w:rsidRDefault="002E14E4"/>
        </w:tc>
        <w:tc>
          <w:tcPr>
            <w:tcW w:w="1701" w:type="dxa"/>
          </w:tcPr>
          <w:p w14:paraId="42CC006D" w14:textId="77777777" w:rsidR="002E14E4" w:rsidRDefault="002E14E4"/>
        </w:tc>
      </w:tr>
      <w:tr w:rsidR="002E14E4" w14:paraId="7EC4476B" w14:textId="77777777" w:rsidTr="002E14E4">
        <w:tc>
          <w:tcPr>
            <w:tcW w:w="3219" w:type="dxa"/>
          </w:tcPr>
          <w:p w14:paraId="79F9B54D" w14:textId="77777777" w:rsidR="002E14E4" w:rsidRDefault="002E14E4"/>
        </w:tc>
        <w:tc>
          <w:tcPr>
            <w:tcW w:w="2843" w:type="dxa"/>
          </w:tcPr>
          <w:p w14:paraId="7BAD440E" w14:textId="77777777" w:rsidR="002E14E4" w:rsidRDefault="002E14E4"/>
        </w:tc>
        <w:tc>
          <w:tcPr>
            <w:tcW w:w="2551" w:type="dxa"/>
          </w:tcPr>
          <w:p w14:paraId="4118BB4E" w14:textId="77777777" w:rsidR="002E14E4" w:rsidRDefault="002E14E4"/>
        </w:tc>
        <w:tc>
          <w:tcPr>
            <w:tcW w:w="3544" w:type="dxa"/>
          </w:tcPr>
          <w:p w14:paraId="6CD680AA" w14:textId="77777777" w:rsidR="002E14E4" w:rsidRDefault="002E14E4"/>
        </w:tc>
        <w:tc>
          <w:tcPr>
            <w:tcW w:w="1701" w:type="dxa"/>
          </w:tcPr>
          <w:p w14:paraId="7C12F815" w14:textId="77777777" w:rsidR="002E14E4" w:rsidRDefault="002E14E4"/>
        </w:tc>
      </w:tr>
      <w:tr w:rsidR="002E14E4" w14:paraId="3483103B" w14:textId="77777777" w:rsidTr="002E14E4">
        <w:tc>
          <w:tcPr>
            <w:tcW w:w="3219" w:type="dxa"/>
          </w:tcPr>
          <w:p w14:paraId="344A5018" w14:textId="77777777" w:rsidR="002E14E4" w:rsidRDefault="002E14E4"/>
        </w:tc>
        <w:tc>
          <w:tcPr>
            <w:tcW w:w="2843" w:type="dxa"/>
          </w:tcPr>
          <w:p w14:paraId="21EF7419" w14:textId="77777777" w:rsidR="002E14E4" w:rsidRDefault="002E14E4"/>
        </w:tc>
        <w:tc>
          <w:tcPr>
            <w:tcW w:w="2551" w:type="dxa"/>
          </w:tcPr>
          <w:p w14:paraId="7A45B294" w14:textId="77777777" w:rsidR="002E14E4" w:rsidRDefault="002E14E4"/>
        </w:tc>
        <w:tc>
          <w:tcPr>
            <w:tcW w:w="3544" w:type="dxa"/>
          </w:tcPr>
          <w:p w14:paraId="5EE0CD40" w14:textId="77777777" w:rsidR="002E14E4" w:rsidRDefault="002E14E4"/>
        </w:tc>
        <w:tc>
          <w:tcPr>
            <w:tcW w:w="1701" w:type="dxa"/>
          </w:tcPr>
          <w:p w14:paraId="712F0942" w14:textId="77777777" w:rsidR="002E14E4" w:rsidRDefault="002E14E4"/>
        </w:tc>
      </w:tr>
      <w:tr w:rsidR="002E14E4" w14:paraId="64CA2A65" w14:textId="77777777" w:rsidTr="002E14E4">
        <w:tc>
          <w:tcPr>
            <w:tcW w:w="3219" w:type="dxa"/>
          </w:tcPr>
          <w:p w14:paraId="61CC0E80" w14:textId="77777777" w:rsidR="002E14E4" w:rsidRDefault="002E14E4"/>
        </w:tc>
        <w:tc>
          <w:tcPr>
            <w:tcW w:w="2843" w:type="dxa"/>
          </w:tcPr>
          <w:p w14:paraId="6C553843" w14:textId="77777777" w:rsidR="002E14E4" w:rsidRDefault="002E14E4"/>
        </w:tc>
        <w:tc>
          <w:tcPr>
            <w:tcW w:w="2551" w:type="dxa"/>
          </w:tcPr>
          <w:p w14:paraId="1C5C5488" w14:textId="77777777" w:rsidR="002E14E4" w:rsidRDefault="002E14E4"/>
        </w:tc>
        <w:tc>
          <w:tcPr>
            <w:tcW w:w="3544" w:type="dxa"/>
          </w:tcPr>
          <w:p w14:paraId="1D23B85B" w14:textId="77777777" w:rsidR="002E14E4" w:rsidRDefault="002E14E4"/>
        </w:tc>
        <w:tc>
          <w:tcPr>
            <w:tcW w:w="1701" w:type="dxa"/>
          </w:tcPr>
          <w:p w14:paraId="7E643174" w14:textId="77777777" w:rsidR="002E14E4" w:rsidRDefault="002E14E4"/>
        </w:tc>
      </w:tr>
      <w:tr w:rsidR="002E14E4" w14:paraId="16AF1599" w14:textId="77777777" w:rsidTr="002E14E4">
        <w:tc>
          <w:tcPr>
            <w:tcW w:w="3219" w:type="dxa"/>
          </w:tcPr>
          <w:p w14:paraId="0FD3A04C" w14:textId="77777777" w:rsidR="002E14E4" w:rsidRDefault="002E14E4"/>
        </w:tc>
        <w:tc>
          <w:tcPr>
            <w:tcW w:w="2843" w:type="dxa"/>
          </w:tcPr>
          <w:p w14:paraId="44B936A3" w14:textId="77777777" w:rsidR="002E14E4" w:rsidRDefault="002E14E4"/>
        </w:tc>
        <w:tc>
          <w:tcPr>
            <w:tcW w:w="2551" w:type="dxa"/>
          </w:tcPr>
          <w:p w14:paraId="1071D971" w14:textId="77777777" w:rsidR="002E14E4" w:rsidRDefault="002E14E4"/>
        </w:tc>
        <w:tc>
          <w:tcPr>
            <w:tcW w:w="3544" w:type="dxa"/>
          </w:tcPr>
          <w:p w14:paraId="7AAF8FCD" w14:textId="77777777" w:rsidR="002E14E4" w:rsidRDefault="002E14E4"/>
        </w:tc>
        <w:tc>
          <w:tcPr>
            <w:tcW w:w="1701" w:type="dxa"/>
          </w:tcPr>
          <w:p w14:paraId="3C2C9DD0" w14:textId="77777777" w:rsidR="002E14E4" w:rsidRDefault="002E14E4"/>
        </w:tc>
      </w:tr>
      <w:tr w:rsidR="002E14E4" w14:paraId="332E782A" w14:textId="77777777" w:rsidTr="002E14E4">
        <w:tc>
          <w:tcPr>
            <w:tcW w:w="3219" w:type="dxa"/>
          </w:tcPr>
          <w:p w14:paraId="55ED0F00" w14:textId="77777777" w:rsidR="002E14E4" w:rsidRDefault="002E14E4"/>
        </w:tc>
        <w:tc>
          <w:tcPr>
            <w:tcW w:w="2843" w:type="dxa"/>
          </w:tcPr>
          <w:p w14:paraId="0265675E" w14:textId="77777777" w:rsidR="002E14E4" w:rsidRDefault="002E14E4"/>
        </w:tc>
        <w:tc>
          <w:tcPr>
            <w:tcW w:w="2551" w:type="dxa"/>
          </w:tcPr>
          <w:p w14:paraId="073B3800" w14:textId="77777777" w:rsidR="002E14E4" w:rsidRDefault="002E14E4"/>
        </w:tc>
        <w:tc>
          <w:tcPr>
            <w:tcW w:w="3544" w:type="dxa"/>
          </w:tcPr>
          <w:p w14:paraId="05E009FC" w14:textId="77777777" w:rsidR="002E14E4" w:rsidRDefault="002E14E4"/>
        </w:tc>
        <w:tc>
          <w:tcPr>
            <w:tcW w:w="1701" w:type="dxa"/>
          </w:tcPr>
          <w:p w14:paraId="7EEBB292" w14:textId="77777777" w:rsidR="002E14E4" w:rsidRDefault="002E14E4"/>
        </w:tc>
      </w:tr>
      <w:tr w:rsidR="002E14E4" w14:paraId="2B73013D" w14:textId="77777777" w:rsidTr="002E14E4">
        <w:tc>
          <w:tcPr>
            <w:tcW w:w="3219" w:type="dxa"/>
          </w:tcPr>
          <w:p w14:paraId="01A68440" w14:textId="77777777" w:rsidR="002E14E4" w:rsidRDefault="002E14E4"/>
        </w:tc>
        <w:tc>
          <w:tcPr>
            <w:tcW w:w="2843" w:type="dxa"/>
          </w:tcPr>
          <w:p w14:paraId="6C2C2D6A" w14:textId="77777777" w:rsidR="002E14E4" w:rsidRDefault="002E14E4"/>
        </w:tc>
        <w:tc>
          <w:tcPr>
            <w:tcW w:w="2551" w:type="dxa"/>
          </w:tcPr>
          <w:p w14:paraId="75D7351D" w14:textId="77777777" w:rsidR="002E14E4" w:rsidRDefault="002E14E4"/>
        </w:tc>
        <w:tc>
          <w:tcPr>
            <w:tcW w:w="3544" w:type="dxa"/>
          </w:tcPr>
          <w:p w14:paraId="5C1D9DC8" w14:textId="77777777" w:rsidR="002E14E4" w:rsidRDefault="002E14E4"/>
        </w:tc>
        <w:tc>
          <w:tcPr>
            <w:tcW w:w="1701" w:type="dxa"/>
          </w:tcPr>
          <w:p w14:paraId="773AF26C" w14:textId="77777777" w:rsidR="002E14E4" w:rsidRDefault="002E14E4"/>
        </w:tc>
      </w:tr>
      <w:tr w:rsidR="002E14E4" w14:paraId="3F9ABF27" w14:textId="77777777" w:rsidTr="002E14E4">
        <w:tc>
          <w:tcPr>
            <w:tcW w:w="3219" w:type="dxa"/>
          </w:tcPr>
          <w:p w14:paraId="0F9C1CBE" w14:textId="77777777" w:rsidR="002E14E4" w:rsidRDefault="002E14E4"/>
        </w:tc>
        <w:tc>
          <w:tcPr>
            <w:tcW w:w="2843" w:type="dxa"/>
          </w:tcPr>
          <w:p w14:paraId="7307641C" w14:textId="77777777" w:rsidR="002E14E4" w:rsidRDefault="002E14E4"/>
        </w:tc>
        <w:tc>
          <w:tcPr>
            <w:tcW w:w="2551" w:type="dxa"/>
          </w:tcPr>
          <w:p w14:paraId="7D98841F" w14:textId="77777777" w:rsidR="002E14E4" w:rsidRDefault="002E14E4"/>
        </w:tc>
        <w:tc>
          <w:tcPr>
            <w:tcW w:w="3544" w:type="dxa"/>
          </w:tcPr>
          <w:p w14:paraId="5F11A680" w14:textId="77777777" w:rsidR="002E14E4" w:rsidRDefault="002E14E4"/>
        </w:tc>
        <w:tc>
          <w:tcPr>
            <w:tcW w:w="1701" w:type="dxa"/>
          </w:tcPr>
          <w:p w14:paraId="432D657A" w14:textId="77777777" w:rsidR="002E14E4" w:rsidRDefault="002E14E4"/>
        </w:tc>
      </w:tr>
      <w:tr w:rsidR="002E14E4" w14:paraId="4EC04391" w14:textId="77777777" w:rsidTr="002E14E4">
        <w:tc>
          <w:tcPr>
            <w:tcW w:w="3219" w:type="dxa"/>
          </w:tcPr>
          <w:p w14:paraId="2F2B8E03" w14:textId="77777777" w:rsidR="002E14E4" w:rsidRDefault="002E14E4"/>
        </w:tc>
        <w:tc>
          <w:tcPr>
            <w:tcW w:w="2843" w:type="dxa"/>
          </w:tcPr>
          <w:p w14:paraId="34F3CC4D" w14:textId="77777777" w:rsidR="002E14E4" w:rsidRDefault="002E14E4"/>
        </w:tc>
        <w:tc>
          <w:tcPr>
            <w:tcW w:w="2551" w:type="dxa"/>
          </w:tcPr>
          <w:p w14:paraId="07F17D31" w14:textId="77777777" w:rsidR="002E14E4" w:rsidRDefault="002E14E4"/>
        </w:tc>
        <w:tc>
          <w:tcPr>
            <w:tcW w:w="3544" w:type="dxa"/>
          </w:tcPr>
          <w:p w14:paraId="565C84C2" w14:textId="77777777" w:rsidR="002E14E4" w:rsidRDefault="002E14E4"/>
        </w:tc>
        <w:tc>
          <w:tcPr>
            <w:tcW w:w="1701" w:type="dxa"/>
          </w:tcPr>
          <w:p w14:paraId="365DFD04" w14:textId="77777777" w:rsidR="002E14E4" w:rsidRDefault="002E14E4"/>
        </w:tc>
      </w:tr>
      <w:tr w:rsidR="002E14E4" w14:paraId="46BF1EF4" w14:textId="77777777" w:rsidTr="002E14E4">
        <w:tc>
          <w:tcPr>
            <w:tcW w:w="3219" w:type="dxa"/>
          </w:tcPr>
          <w:p w14:paraId="35D3288C" w14:textId="77777777" w:rsidR="002E14E4" w:rsidRDefault="002E14E4"/>
        </w:tc>
        <w:tc>
          <w:tcPr>
            <w:tcW w:w="2843" w:type="dxa"/>
          </w:tcPr>
          <w:p w14:paraId="00C745C6" w14:textId="77777777" w:rsidR="002E14E4" w:rsidRDefault="002E14E4"/>
        </w:tc>
        <w:tc>
          <w:tcPr>
            <w:tcW w:w="2551" w:type="dxa"/>
          </w:tcPr>
          <w:p w14:paraId="77CC7845" w14:textId="77777777" w:rsidR="002E14E4" w:rsidRDefault="002E14E4"/>
        </w:tc>
        <w:tc>
          <w:tcPr>
            <w:tcW w:w="3544" w:type="dxa"/>
          </w:tcPr>
          <w:p w14:paraId="7A2EE9DF" w14:textId="77777777" w:rsidR="002E14E4" w:rsidRDefault="002E14E4"/>
        </w:tc>
        <w:tc>
          <w:tcPr>
            <w:tcW w:w="1701" w:type="dxa"/>
          </w:tcPr>
          <w:p w14:paraId="74CF10A9" w14:textId="77777777" w:rsidR="002E14E4" w:rsidRDefault="002E14E4"/>
        </w:tc>
      </w:tr>
      <w:tr w:rsidR="002E14E4" w14:paraId="5674CABE" w14:textId="77777777" w:rsidTr="002E14E4">
        <w:tc>
          <w:tcPr>
            <w:tcW w:w="3219" w:type="dxa"/>
          </w:tcPr>
          <w:p w14:paraId="45468B84" w14:textId="77777777" w:rsidR="002E14E4" w:rsidRDefault="002E14E4"/>
        </w:tc>
        <w:tc>
          <w:tcPr>
            <w:tcW w:w="2843" w:type="dxa"/>
          </w:tcPr>
          <w:p w14:paraId="3E632EE1" w14:textId="77777777" w:rsidR="002E14E4" w:rsidRDefault="002E14E4"/>
        </w:tc>
        <w:tc>
          <w:tcPr>
            <w:tcW w:w="2551" w:type="dxa"/>
          </w:tcPr>
          <w:p w14:paraId="7E0A451A" w14:textId="77777777" w:rsidR="002E14E4" w:rsidRDefault="002E14E4"/>
        </w:tc>
        <w:tc>
          <w:tcPr>
            <w:tcW w:w="3544" w:type="dxa"/>
          </w:tcPr>
          <w:p w14:paraId="6B09EEB4" w14:textId="77777777" w:rsidR="002E14E4" w:rsidRDefault="002E14E4"/>
        </w:tc>
        <w:tc>
          <w:tcPr>
            <w:tcW w:w="1701" w:type="dxa"/>
          </w:tcPr>
          <w:p w14:paraId="77175DC2" w14:textId="77777777" w:rsidR="002E14E4" w:rsidRDefault="002E14E4"/>
        </w:tc>
      </w:tr>
      <w:tr w:rsidR="002E14E4" w14:paraId="4D7E4A77" w14:textId="77777777" w:rsidTr="002E14E4">
        <w:tc>
          <w:tcPr>
            <w:tcW w:w="3219" w:type="dxa"/>
          </w:tcPr>
          <w:p w14:paraId="677AE620" w14:textId="77777777" w:rsidR="002E14E4" w:rsidRDefault="002E14E4"/>
        </w:tc>
        <w:tc>
          <w:tcPr>
            <w:tcW w:w="2843" w:type="dxa"/>
          </w:tcPr>
          <w:p w14:paraId="70DB5ACC" w14:textId="77777777" w:rsidR="002E14E4" w:rsidRDefault="002E14E4"/>
        </w:tc>
        <w:tc>
          <w:tcPr>
            <w:tcW w:w="2551" w:type="dxa"/>
          </w:tcPr>
          <w:p w14:paraId="2A374A02" w14:textId="77777777" w:rsidR="002E14E4" w:rsidRDefault="002E14E4"/>
        </w:tc>
        <w:tc>
          <w:tcPr>
            <w:tcW w:w="3544" w:type="dxa"/>
          </w:tcPr>
          <w:p w14:paraId="261EF8FB" w14:textId="77777777" w:rsidR="002E14E4" w:rsidRDefault="002E14E4"/>
        </w:tc>
        <w:tc>
          <w:tcPr>
            <w:tcW w:w="1701" w:type="dxa"/>
          </w:tcPr>
          <w:p w14:paraId="0D428F40" w14:textId="77777777" w:rsidR="002E14E4" w:rsidRDefault="002E14E4"/>
        </w:tc>
      </w:tr>
      <w:tr w:rsidR="002E14E4" w14:paraId="3C47C668" w14:textId="77777777" w:rsidTr="002E14E4">
        <w:tc>
          <w:tcPr>
            <w:tcW w:w="3219" w:type="dxa"/>
          </w:tcPr>
          <w:p w14:paraId="3CCD12F0" w14:textId="77777777" w:rsidR="002E14E4" w:rsidRDefault="002E14E4"/>
        </w:tc>
        <w:tc>
          <w:tcPr>
            <w:tcW w:w="2843" w:type="dxa"/>
          </w:tcPr>
          <w:p w14:paraId="225C679E" w14:textId="77777777" w:rsidR="002E14E4" w:rsidRDefault="002E14E4"/>
        </w:tc>
        <w:tc>
          <w:tcPr>
            <w:tcW w:w="2551" w:type="dxa"/>
          </w:tcPr>
          <w:p w14:paraId="4DFFD77D" w14:textId="77777777" w:rsidR="002E14E4" w:rsidRDefault="002E14E4"/>
        </w:tc>
        <w:tc>
          <w:tcPr>
            <w:tcW w:w="3544" w:type="dxa"/>
          </w:tcPr>
          <w:p w14:paraId="6AFAAE00" w14:textId="77777777" w:rsidR="002E14E4" w:rsidRDefault="002E14E4"/>
        </w:tc>
        <w:tc>
          <w:tcPr>
            <w:tcW w:w="1701" w:type="dxa"/>
          </w:tcPr>
          <w:p w14:paraId="2DF21CCE" w14:textId="77777777" w:rsidR="002E14E4" w:rsidRDefault="002E14E4"/>
        </w:tc>
      </w:tr>
      <w:tr w:rsidR="002E14E4" w14:paraId="7EFA18FD" w14:textId="77777777" w:rsidTr="002E14E4">
        <w:tc>
          <w:tcPr>
            <w:tcW w:w="3219" w:type="dxa"/>
          </w:tcPr>
          <w:p w14:paraId="65C6AEE3" w14:textId="77777777" w:rsidR="002E14E4" w:rsidRDefault="002E14E4"/>
        </w:tc>
        <w:tc>
          <w:tcPr>
            <w:tcW w:w="2843" w:type="dxa"/>
          </w:tcPr>
          <w:p w14:paraId="12302D68" w14:textId="77777777" w:rsidR="002E14E4" w:rsidRDefault="002E14E4"/>
        </w:tc>
        <w:tc>
          <w:tcPr>
            <w:tcW w:w="2551" w:type="dxa"/>
          </w:tcPr>
          <w:p w14:paraId="5D4ABAAF" w14:textId="77777777" w:rsidR="002E14E4" w:rsidRDefault="002E14E4"/>
        </w:tc>
        <w:tc>
          <w:tcPr>
            <w:tcW w:w="3544" w:type="dxa"/>
          </w:tcPr>
          <w:p w14:paraId="16E8A57E" w14:textId="77777777" w:rsidR="002E14E4" w:rsidRDefault="002E14E4"/>
        </w:tc>
        <w:tc>
          <w:tcPr>
            <w:tcW w:w="1701" w:type="dxa"/>
          </w:tcPr>
          <w:p w14:paraId="7621850C" w14:textId="77777777" w:rsidR="002E14E4" w:rsidRDefault="002E14E4"/>
        </w:tc>
      </w:tr>
      <w:tr w:rsidR="002E14E4" w14:paraId="0790A74D" w14:textId="77777777" w:rsidTr="002E14E4">
        <w:tc>
          <w:tcPr>
            <w:tcW w:w="3219" w:type="dxa"/>
          </w:tcPr>
          <w:p w14:paraId="29907F12" w14:textId="77777777" w:rsidR="002E14E4" w:rsidRDefault="002E14E4"/>
        </w:tc>
        <w:tc>
          <w:tcPr>
            <w:tcW w:w="2843" w:type="dxa"/>
          </w:tcPr>
          <w:p w14:paraId="27679920" w14:textId="77777777" w:rsidR="002E14E4" w:rsidRDefault="002E14E4"/>
        </w:tc>
        <w:tc>
          <w:tcPr>
            <w:tcW w:w="2551" w:type="dxa"/>
          </w:tcPr>
          <w:p w14:paraId="4C6A3452" w14:textId="77777777" w:rsidR="002E14E4" w:rsidRDefault="002E14E4"/>
        </w:tc>
        <w:tc>
          <w:tcPr>
            <w:tcW w:w="3544" w:type="dxa"/>
          </w:tcPr>
          <w:p w14:paraId="21660382" w14:textId="77777777" w:rsidR="002E14E4" w:rsidRDefault="002E14E4"/>
        </w:tc>
        <w:tc>
          <w:tcPr>
            <w:tcW w:w="1701" w:type="dxa"/>
          </w:tcPr>
          <w:p w14:paraId="61A16445" w14:textId="77777777" w:rsidR="002E14E4" w:rsidRDefault="002E14E4"/>
        </w:tc>
      </w:tr>
      <w:tr w:rsidR="002E14E4" w14:paraId="26CC9DB6" w14:textId="77777777" w:rsidTr="002E14E4">
        <w:tc>
          <w:tcPr>
            <w:tcW w:w="3219" w:type="dxa"/>
          </w:tcPr>
          <w:p w14:paraId="6FA909CC" w14:textId="77777777" w:rsidR="002E14E4" w:rsidRDefault="002E14E4"/>
        </w:tc>
        <w:tc>
          <w:tcPr>
            <w:tcW w:w="2843" w:type="dxa"/>
          </w:tcPr>
          <w:p w14:paraId="42E9B824" w14:textId="77777777" w:rsidR="002E14E4" w:rsidRDefault="002E14E4"/>
        </w:tc>
        <w:tc>
          <w:tcPr>
            <w:tcW w:w="2551" w:type="dxa"/>
          </w:tcPr>
          <w:p w14:paraId="1B4A1F9D" w14:textId="77777777" w:rsidR="002E14E4" w:rsidRDefault="002E14E4"/>
        </w:tc>
        <w:tc>
          <w:tcPr>
            <w:tcW w:w="3544" w:type="dxa"/>
          </w:tcPr>
          <w:p w14:paraId="05AB780C" w14:textId="77777777" w:rsidR="002E14E4" w:rsidRDefault="002E14E4"/>
        </w:tc>
        <w:tc>
          <w:tcPr>
            <w:tcW w:w="1701" w:type="dxa"/>
          </w:tcPr>
          <w:p w14:paraId="1E2905B4" w14:textId="77777777" w:rsidR="002E14E4" w:rsidRDefault="002E14E4"/>
        </w:tc>
      </w:tr>
      <w:tr w:rsidR="002E14E4" w14:paraId="24B7BE26" w14:textId="77777777" w:rsidTr="002E14E4">
        <w:tc>
          <w:tcPr>
            <w:tcW w:w="3219" w:type="dxa"/>
          </w:tcPr>
          <w:p w14:paraId="3DD8B492" w14:textId="77777777" w:rsidR="002E14E4" w:rsidRDefault="002E14E4"/>
        </w:tc>
        <w:tc>
          <w:tcPr>
            <w:tcW w:w="2843" w:type="dxa"/>
          </w:tcPr>
          <w:p w14:paraId="3D9416F0" w14:textId="77777777" w:rsidR="002E14E4" w:rsidRDefault="002E14E4"/>
        </w:tc>
        <w:tc>
          <w:tcPr>
            <w:tcW w:w="2551" w:type="dxa"/>
          </w:tcPr>
          <w:p w14:paraId="7540BD1E" w14:textId="77777777" w:rsidR="002E14E4" w:rsidRDefault="002E14E4"/>
        </w:tc>
        <w:tc>
          <w:tcPr>
            <w:tcW w:w="3544" w:type="dxa"/>
          </w:tcPr>
          <w:p w14:paraId="4FA41020" w14:textId="77777777" w:rsidR="002E14E4" w:rsidRDefault="002E14E4"/>
        </w:tc>
        <w:tc>
          <w:tcPr>
            <w:tcW w:w="1701" w:type="dxa"/>
          </w:tcPr>
          <w:p w14:paraId="640B6893" w14:textId="77777777" w:rsidR="002E14E4" w:rsidRDefault="002E14E4"/>
        </w:tc>
      </w:tr>
      <w:tr w:rsidR="002E14E4" w14:paraId="56A70FC0" w14:textId="77777777" w:rsidTr="002E14E4">
        <w:tc>
          <w:tcPr>
            <w:tcW w:w="3219" w:type="dxa"/>
          </w:tcPr>
          <w:p w14:paraId="625EC448" w14:textId="77777777" w:rsidR="002E14E4" w:rsidRDefault="002E14E4"/>
        </w:tc>
        <w:tc>
          <w:tcPr>
            <w:tcW w:w="2843" w:type="dxa"/>
          </w:tcPr>
          <w:p w14:paraId="689CF73D" w14:textId="77777777" w:rsidR="002E14E4" w:rsidRDefault="002E14E4"/>
        </w:tc>
        <w:tc>
          <w:tcPr>
            <w:tcW w:w="2551" w:type="dxa"/>
          </w:tcPr>
          <w:p w14:paraId="68C5CD61" w14:textId="77777777" w:rsidR="002E14E4" w:rsidRDefault="002E14E4"/>
        </w:tc>
        <w:tc>
          <w:tcPr>
            <w:tcW w:w="3544" w:type="dxa"/>
          </w:tcPr>
          <w:p w14:paraId="0764E380" w14:textId="77777777" w:rsidR="002E14E4" w:rsidRDefault="002E14E4"/>
        </w:tc>
        <w:tc>
          <w:tcPr>
            <w:tcW w:w="1701" w:type="dxa"/>
          </w:tcPr>
          <w:p w14:paraId="44785022" w14:textId="77777777" w:rsidR="002E14E4" w:rsidRDefault="002E14E4"/>
        </w:tc>
      </w:tr>
      <w:tr w:rsidR="002E14E4" w14:paraId="32D0EE28" w14:textId="77777777" w:rsidTr="002E14E4">
        <w:tc>
          <w:tcPr>
            <w:tcW w:w="3219" w:type="dxa"/>
          </w:tcPr>
          <w:p w14:paraId="090AEAFE" w14:textId="77777777" w:rsidR="002E14E4" w:rsidRDefault="002E14E4"/>
        </w:tc>
        <w:tc>
          <w:tcPr>
            <w:tcW w:w="2843" w:type="dxa"/>
          </w:tcPr>
          <w:p w14:paraId="02E5BD83" w14:textId="77777777" w:rsidR="002E14E4" w:rsidRDefault="002E14E4"/>
        </w:tc>
        <w:tc>
          <w:tcPr>
            <w:tcW w:w="2551" w:type="dxa"/>
          </w:tcPr>
          <w:p w14:paraId="42A3F6A6" w14:textId="77777777" w:rsidR="002E14E4" w:rsidRDefault="002E14E4"/>
        </w:tc>
        <w:tc>
          <w:tcPr>
            <w:tcW w:w="3544" w:type="dxa"/>
          </w:tcPr>
          <w:p w14:paraId="273A10A8" w14:textId="77777777" w:rsidR="002E14E4" w:rsidRDefault="002E14E4"/>
        </w:tc>
        <w:tc>
          <w:tcPr>
            <w:tcW w:w="1701" w:type="dxa"/>
          </w:tcPr>
          <w:p w14:paraId="799DB90C" w14:textId="77777777" w:rsidR="002E14E4" w:rsidRDefault="002E14E4"/>
        </w:tc>
      </w:tr>
      <w:tr w:rsidR="002E14E4" w14:paraId="0C996F37" w14:textId="77777777" w:rsidTr="002E14E4">
        <w:tc>
          <w:tcPr>
            <w:tcW w:w="3219" w:type="dxa"/>
          </w:tcPr>
          <w:p w14:paraId="6B993131" w14:textId="77777777" w:rsidR="002E14E4" w:rsidRDefault="002E14E4"/>
        </w:tc>
        <w:tc>
          <w:tcPr>
            <w:tcW w:w="2843" w:type="dxa"/>
          </w:tcPr>
          <w:p w14:paraId="6F011B56" w14:textId="77777777" w:rsidR="002E14E4" w:rsidRDefault="002E14E4"/>
        </w:tc>
        <w:tc>
          <w:tcPr>
            <w:tcW w:w="2551" w:type="dxa"/>
          </w:tcPr>
          <w:p w14:paraId="188299DF" w14:textId="77777777" w:rsidR="002E14E4" w:rsidRDefault="002E14E4"/>
        </w:tc>
        <w:tc>
          <w:tcPr>
            <w:tcW w:w="3544" w:type="dxa"/>
          </w:tcPr>
          <w:p w14:paraId="6555BB94" w14:textId="77777777" w:rsidR="002E14E4" w:rsidRDefault="002E14E4"/>
        </w:tc>
        <w:tc>
          <w:tcPr>
            <w:tcW w:w="1701" w:type="dxa"/>
          </w:tcPr>
          <w:p w14:paraId="250A061E" w14:textId="77777777" w:rsidR="002E14E4" w:rsidRDefault="002E14E4"/>
        </w:tc>
      </w:tr>
      <w:tr w:rsidR="002E14E4" w14:paraId="1B4C25FE" w14:textId="77777777" w:rsidTr="002E14E4">
        <w:tc>
          <w:tcPr>
            <w:tcW w:w="3219" w:type="dxa"/>
          </w:tcPr>
          <w:p w14:paraId="4C54607B" w14:textId="77777777" w:rsidR="002E14E4" w:rsidRDefault="002E14E4"/>
        </w:tc>
        <w:tc>
          <w:tcPr>
            <w:tcW w:w="2843" w:type="dxa"/>
          </w:tcPr>
          <w:p w14:paraId="5C062B5E" w14:textId="77777777" w:rsidR="002E14E4" w:rsidRDefault="002E14E4"/>
        </w:tc>
        <w:tc>
          <w:tcPr>
            <w:tcW w:w="2551" w:type="dxa"/>
          </w:tcPr>
          <w:p w14:paraId="73BAA96F" w14:textId="77777777" w:rsidR="002E14E4" w:rsidRDefault="002E14E4"/>
        </w:tc>
        <w:tc>
          <w:tcPr>
            <w:tcW w:w="3544" w:type="dxa"/>
          </w:tcPr>
          <w:p w14:paraId="5B0303EE" w14:textId="77777777" w:rsidR="002E14E4" w:rsidRDefault="002E14E4"/>
        </w:tc>
        <w:tc>
          <w:tcPr>
            <w:tcW w:w="1701" w:type="dxa"/>
          </w:tcPr>
          <w:p w14:paraId="1DBA9E00" w14:textId="77777777" w:rsidR="002E14E4" w:rsidRDefault="002E14E4"/>
        </w:tc>
      </w:tr>
      <w:tr w:rsidR="002E14E4" w14:paraId="3D24BBF8" w14:textId="77777777" w:rsidTr="002E14E4">
        <w:tc>
          <w:tcPr>
            <w:tcW w:w="3219" w:type="dxa"/>
          </w:tcPr>
          <w:p w14:paraId="69DFFEF4" w14:textId="77777777" w:rsidR="002E14E4" w:rsidRDefault="002E14E4"/>
        </w:tc>
        <w:tc>
          <w:tcPr>
            <w:tcW w:w="2843" w:type="dxa"/>
          </w:tcPr>
          <w:p w14:paraId="5144B892" w14:textId="77777777" w:rsidR="002E14E4" w:rsidRDefault="002E14E4"/>
        </w:tc>
        <w:tc>
          <w:tcPr>
            <w:tcW w:w="2551" w:type="dxa"/>
          </w:tcPr>
          <w:p w14:paraId="5469A263" w14:textId="77777777" w:rsidR="002E14E4" w:rsidRDefault="002E14E4"/>
        </w:tc>
        <w:tc>
          <w:tcPr>
            <w:tcW w:w="3544" w:type="dxa"/>
          </w:tcPr>
          <w:p w14:paraId="738798A3" w14:textId="77777777" w:rsidR="002E14E4" w:rsidRDefault="002E14E4"/>
        </w:tc>
        <w:tc>
          <w:tcPr>
            <w:tcW w:w="1701" w:type="dxa"/>
          </w:tcPr>
          <w:p w14:paraId="33F79BE7" w14:textId="77777777" w:rsidR="002E14E4" w:rsidRDefault="002E14E4"/>
        </w:tc>
      </w:tr>
      <w:tr w:rsidR="002E14E4" w14:paraId="74A87F98" w14:textId="77777777" w:rsidTr="002E14E4">
        <w:tc>
          <w:tcPr>
            <w:tcW w:w="3219" w:type="dxa"/>
          </w:tcPr>
          <w:p w14:paraId="2505FAF3" w14:textId="77777777" w:rsidR="002E14E4" w:rsidRDefault="002E14E4"/>
        </w:tc>
        <w:tc>
          <w:tcPr>
            <w:tcW w:w="2843" w:type="dxa"/>
          </w:tcPr>
          <w:p w14:paraId="71791464" w14:textId="77777777" w:rsidR="002E14E4" w:rsidRDefault="002E14E4"/>
        </w:tc>
        <w:tc>
          <w:tcPr>
            <w:tcW w:w="2551" w:type="dxa"/>
          </w:tcPr>
          <w:p w14:paraId="4D10318B" w14:textId="77777777" w:rsidR="002E14E4" w:rsidRDefault="002E14E4"/>
        </w:tc>
        <w:tc>
          <w:tcPr>
            <w:tcW w:w="3544" w:type="dxa"/>
          </w:tcPr>
          <w:p w14:paraId="01498D06" w14:textId="77777777" w:rsidR="002E14E4" w:rsidRDefault="002E14E4"/>
        </w:tc>
        <w:tc>
          <w:tcPr>
            <w:tcW w:w="1701" w:type="dxa"/>
          </w:tcPr>
          <w:p w14:paraId="7DB3C564" w14:textId="77777777" w:rsidR="002E14E4" w:rsidRDefault="002E14E4"/>
        </w:tc>
      </w:tr>
      <w:tr w:rsidR="002E14E4" w14:paraId="7D670817" w14:textId="77777777" w:rsidTr="002E14E4">
        <w:tc>
          <w:tcPr>
            <w:tcW w:w="3219" w:type="dxa"/>
          </w:tcPr>
          <w:p w14:paraId="6125E02A" w14:textId="77777777" w:rsidR="002E14E4" w:rsidRDefault="002E14E4"/>
        </w:tc>
        <w:tc>
          <w:tcPr>
            <w:tcW w:w="2843" w:type="dxa"/>
          </w:tcPr>
          <w:p w14:paraId="051597FC" w14:textId="77777777" w:rsidR="002E14E4" w:rsidRDefault="002E14E4"/>
        </w:tc>
        <w:tc>
          <w:tcPr>
            <w:tcW w:w="2551" w:type="dxa"/>
          </w:tcPr>
          <w:p w14:paraId="2874412A" w14:textId="77777777" w:rsidR="002E14E4" w:rsidRDefault="002E14E4"/>
        </w:tc>
        <w:tc>
          <w:tcPr>
            <w:tcW w:w="3544" w:type="dxa"/>
          </w:tcPr>
          <w:p w14:paraId="0EF4BEF4" w14:textId="77777777" w:rsidR="002E14E4" w:rsidRDefault="002E14E4"/>
        </w:tc>
        <w:tc>
          <w:tcPr>
            <w:tcW w:w="1701" w:type="dxa"/>
          </w:tcPr>
          <w:p w14:paraId="5E4E502F" w14:textId="77777777" w:rsidR="002E14E4" w:rsidRDefault="002E14E4"/>
        </w:tc>
      </w:tr>
      <w:tr w:rsidR="002E14E4" w14:paraId="4F4173F0" w14:textId="77777777" w:rsidTr="002E14E4">
        <w:tc>
          <w:tcPr>
            <w:tcW w:w="3219" w:type="dxa"/>
          </w:tcPr>
          <w:p w14:paraId="6CBF39A7" w14:textId="77777777" w:rsidR="002E14E4" w:rsidRDefault="002E14E4"/>
        </w:tc>
        <w:tc>
          <w:tcPr>
            <w:tcW w:w="2843" w:type="dxa"/>
          </w:tcPr>
          <w:p w14:paraId="7F13A3F7" w14:textId="77777777" w:rsidR="002E14E4" w:rsidRDefault="002E14E4"/>
        </w:tc>
        <w:tc>
          <w:tcPr>
            <w:tcW w:w="2551" w:type="dxa"/>
          </w:tcPr>
          <w:p w14:paraId="2F8634F1" w14:textId="77777777" w:rsidR="002E14E4" w:rsidRDefault="002E14E4"/>
        </w:tc>
        <w:tc>
          <w:tcPr>
            <w:tcW w:w="3544" w:type="dxa"/>
          </w:tcPr>
          <w:p w14:paraId="4AA9BEEB" w14:textId="77777777" w:rsidR="002E14E4" w:rsidRDefault="002E14E4"/>
        </w:tc>
        <w:tc>
          <w:tcPr>
            <w:tcW w:w="1701" w:type="dxa"/>
          </w:tcPr>
          <w:p w14:paraId="6D0E0E24" w14:textId="77777777" w:rsidR="002E14E4" w:rsidRDefault="002E14E4"/>
        </w:tc>
      </w:tr>
      <w:tr w:rsidR="002E14E4" w14:paraId="7181EF41" w14:textId="77777777" w:rsidTr="002E14E4">
        <w:tc>
          <w:tcPr>
            <w:tcW w:w="3219" w:type="dxa"/>
          </w:tcPr>
          <w:p w14:paraId="343F461F" w14:textId="77777777" w:rsidR="002E14E4" w:rsidRDefault="002E14E4"/>
        </w:tc>
        <w:tc>
          <w:tcPr>
            <w:tcW w:w="2843" w:type="dxa"/>
          </w:tcPr>
          <w:p w14:paraId="7A71EFDF" w14:textId="77777777" w:rsidR="002E14E4" w:rsidRDefault="002E14E4"/>
        </w:tc>
        <w:tc>
          <w:tcPr>
            <w:tcW w:w="2551" w:type="dxa"/>
          </w:tcPr>
          <w:p w14:paraId="000C2B56" w14:textId="77777777" w:rsidR="002E14E4" w:rsidRDefault="002E14E4"/>
        </w:tc>
        <w:tc>
          <w:tcPr>
            <w:tcW w:w="3544" w:type="dxa"/>
          </w:tcPr>
          <w:p w14:paraId="6DE73651" w14:textId="77777777" w:rsidR="002E14E4" w:rsidRDefault="002E14E4"/>
        </w:tc>
        <w:tc>
          <w:tcPr>
            <w:tcW w:w="1701" w:type="dxa"/>
          </w:tcPr>
          <w:p w14:paraId="5A1BA47B" w14:textId="77777777" w:rsidR="002E14E4" w:rsidRDefault="002E14E4"/>
        </w:tc>
      </w:tr>
    </w:tbl>
    <w:p w14:paraId="3F65F444" w14:textId="77777777" w:rsidR="00000000" w:rsidRDefault="00000000"/>
    <w:p w14:paraId="53EEB1C8" w14:textId="77777777" w:rsidR="002E14E4" w:rsidRPr="002E14E4" w:rsidRDefault="002E14E4" w:rsidP="002E14E4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proofErr w:type="spellStart"/>
      <w:r w:rsidRPr="002E14E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lastRenderedPageBreak/>
        <w:t>Eventuali</w:t>
      </w:r>
      <w:proofErr w:type="spellEnd"/>
      <w:r w:rsidRPr="002E14E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note ed </w:t>
      </w:r>
      <w:proofErr w:type="spellStart"/>
      <w:r w:rsidRPr="002E14E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osservazioni</w:t>
      </w:r>
      <w:proofErr w:type="spellEnd"/>
      <w:r w:rsidRPr="002E14E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:</w:t>
      </w:r>
    </w:p>
    <w:tbl>
      <w:tblPr>
        <w:tblStyle w:val="Grigliatabella"/>
        <w:tblW w:w="13575" w:type="dxa"/>
        <w:tblLook w:val="04A0" w:firstRow="1" w:lastRow="0" w:firstColumn="1" w:lastColumn="0" w:noHBand="0" w:noVBand="1"/>
      </w:tblPr>
      <w:tblGrid>
        <w:gridCol w:w="13575"/>
      </w:tblGrid>
      <w:tr w:rsidR="002E14E4" w:rsidRPr="002E14E4" w14:paraId="020FE6E6" w14:textId="77777777" w:rsidTr="00005E86">
        <w:trPr>
          <w:trHeight w:val="454"/>
        </w:trPr>
        <w:tc>
          <w:tcPr>
            <w:tcW w:w="13575" w:type="dxa"/>
          </w:tcPr>
          <w:p w14:paraId="072719A8" w14:textId="77777777" w:rsidR="002E14E4" w:rsidRPr="002E14E4" w:rsidRDefault="002E14E4" w:rsidP="002E14E4"/>
        </w:tc>
      </w:tr>
      <w:tr w:rsidR="002E14E4" w:rsidRPr="002E14E4" w14:paraId="72F8A144" w14:textId="77777777" w:rsidTr="00005E86">
        <w:trPr>
          <w:trHeight w:val="454"/>
        </w:trPr>
        <w:tc>
          <w:tcPr>
            <w:tcW w:w="13575" w:type="dxa"/>
          </w:tcPr>
          <w:p w14:paraId="3719C71E" w14:textId="77777777" w:rsidR="002E14E4" w:rsidRPr="002E14E4" w:rsidRDefault="002E14E4" w:rsidP="002E14E4"/>
        </w:tc>
      </w:tr>
      <w:tr w:rsidR="002E14E4" w:rsidRPr="002E14E4" w14:paraId="5351772C" w14:textId="77777777" w:rsidTr="00005E86">
        <w:trPr>
          <w:trHeight w:val="454"/>
        </w:trPr>
        <w:tc>
          <w:tcPr>
            <w:tcW w:w="13575" w:type="dxa"/>
          </w:tcPr>
          <w:p w14:paraId="474F969A" w14:textId="77777777" w:rsidR="002E14E4" w:rsidRPr="002E14E4" w:rsidRDefault="002E14E4" w:rsidP="002E14E4"/>
        </w:tc>
      </w:tr>
      <w:tr w:rsidR="002E14E4" w:rsidRPr="002E14E4" w14:paraId="2F1B7213" w14:textId="77777777" w:rsidTr="00005E86">
        <w:trPr>
          <w:trHeight w:val="454"/>
        </w:trPr>
        <w:tc>
          <w:tcPr>
            <w:tcW w:w="13575" w:type="dxa"/>
          </w:tcPr>
          <w:p w14:paraId="7755BC08" w14:textId="77777777" w:rsidR="002E14E4" w:rsidRPr="002E14E4" w:rsidRDefault="002E14E4" w:rsidP="002E14E4"/>
        </w:tc>
      </w:tr>
      <w:tr w:rsidR="002E14E4" w:rsidRPr="002E14E4" w14:paraId="0D4DECC2" w14:textId="77777777" w:rsidTr="00005E86">
        <w:trPr>
          <w:trHeight w:val="454"/>
        </w:trPr>
        <w:tc>
          <w:tcPr>
            <w:tcW w:w="13575" w:type="dxa"/>
          </w:tcPr>
          <w:p w14:paraId="4AF3FD6C" w14:textId="77777777" w:rsidR="002E14E4" w:rsidRPr="002E14E4" w:rsidRDefault="002E14E4" w:rsidP="002E14E4"/>
        </w:tc>
      </w:tr>
      <w:tr w:rsidR="002E14E4" w:rsidRPr="002E14E4" w14:paraId="3965468E" w14:textId="77777777" w:rsidTr="00005E86">
        <w:trPr>
          <w:trHeight w:val="454"/>
        </w:trPr>
        <w:tc>
          <w:tcPr>
            <w:tcW w:w="13575" w:type="dxa"/>
          </w:tcPr>
          <w:p w14:paraId="01807DC3" w14:textId="77777777" w:rsidR="002E14E4" w:rsidRPr="002E14E4" w:rsidRDefault="002E14E4" w:rsidP="002E14E4"/>
        </w:tc>
      </w:tr>
    </w:tbl>
    <w:p w14:paraId="7D508F93" w14:textId="77777777" w:rsidR="002E14E4" w:rsidRPr="002E14E4" w:rsidRDefault="002E14E4" w:rsidP="002E14E4"/>
    <w:p w14:paraId="7866FC1D" w14:textId="77777777" w:rsidR="002E14E4" w:rsidRDefault="002E14E4"/>
    <w:p w14:paraId="1773E396" w14:textId="77777777" w:rsidR="002E14E4" w:rsidRDefault="002E14E4"/>
    <w:sectPr w:rsidR="002E14E4" w:rsidSect="002E14E4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5721611">
    <w:abstractNumId w:val="8"/>
  </w:num>
  <w:num w:numId="2" w16cid:durableId="1250043530">
    <w:abstractNumId w:val="6"/>
  </w:num>
  <w:num w:numId="3" w16cid:durableId="834611521">
    <w:abstractNumId w:val="5"/>
  </w:num>
  <w:num w:numId="4" w16cid:durableId="2016149876">
    <w:abstractNumId w:val="4"/>
  </w:num>
  <w:num w:numId="5" w16cid:durableId="55131178">
    <w:abstractNumId w:val="7"/>
  </w:num>
  <w:num w:numId="6" w16cid:durableId="1052461243">
    <w:abstractNumId w:val="3"/>
  </w:num>
  <w:num w:numId="7" w16cid:durableId="1211266882">
    <w:abstractNumId w:val="2"/>
  </w:num>
  <w:num w:numId="8" w16cid:durableId="938686068">
    <w:abstractNumId w:val="1"/>
  </w:num>
  <w:num w:numId="9" w16cid:durableId="67608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029"/>
    <w:rsid w:val="00034616"/>
    <w:rsid w:val="0006063C"/>
    <w:rsid w:val="00146D18"/>
    <w:rsid w:val="0015074B"/>
    <w:rsid w:val="0029639D"/>
    <w:rsid w:val="002E14E4"/>
    <w:rsid w:val="00326F90"/>
    <w:rsid w:val="005D3477"/>
    <w:rsid w:val="00AA1D8D"/>
    <w:rsid w:val="00B47730"/>
    <w:rsid w:val="00CB0664"/>
    <w:rsid w:val="00F764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150A8"/>
  <w14:defaultImageDpi w14:val="300"/>
  <w15:docId w15:val="{94D1501A-B221-4072-8FFF-75019201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lagriglia1chiara-colore1">
    <w:name w:val="Grid Table 1 Light Accent 1"/>
    <w:basedOn w:val="Tabellanormale"/>
    <w:uiPriority w:val="46"/>
    <w:rsid w:val="002E14E4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1">
    <w:name w:val="Grid Table 2 Accent 1"/>
    <w:basedOn w:val="Tabellanormale"/>
    <w:uiPriority w:val="47"/>
    <w:rsid w:val="002E14E4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PAOLO BENNI</cp:lastModifiedBy>
  <cp:revision>3</cp:revision>
  <dcterms:created xsi:type="dcterms:W3CDTF">2013-12-23T23:15:00Z</dcterms:created>
  <dcterms:modified xsi:type="dcterms:W3CDTF">2025-06-17T12:06:00Z</dcterms:modified>
  <cp:category/>
</cp:coreProperties>
</file>