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DC28D" w14:textId="77777777" w:rsidR="005E7ED3" w:rsidRDefault="00000000">
      <w:pPr>
        <w:jc w:val="center"/>
      </w:pPr>
      <w:r>
        <w:rPr>
          <w:b/>
          <w:color w:val="145DA0"/>
          <w:sz w:val="22"/>
        </w:rPr>
        <w:t>DOCUMENTO DI VALUTAZIONE DEI RISCHI</w:t>
      </w:r>
    </w:p>
    <w:p w14:paraId="522D6D91" w14:textId="77777777" w:rsidR="005E7ED3" w:rsidRDefault="00000000">
      <w:pPr>
        <w:jc w:val="center"/>
      </w:pPr>
      <w:r>
        <w:rPr>
          <w:b/>
          <w:color w:val="0B3A66"/>
          <w:sz w:val="48"/>
        </w:rPr>
        <w:t>Posture prolungate sedute e in piedi al lavoro</w:t>
      </w:r>
    </w:p>
    <w:p w14:paraId="33D1456B" w14:textId="406A8F22" w:rsidR="005E7ED3" w:rsidRDefault="00000000">
      <w:pPr>
        <w:jc w:val="center"/>
      </w:pPr>
      <w:r>
        <w:rPr>
          <w:b/>
          <w:color w:val="145DA0"/>
          <w:sz w:val="26"/>
        </w:rPr>
        <w:t xml:space="preserve">Modello </w:t>
      </w:r>
      <w:proofErr w:type="spellStart"/>
      <w:r>
        <w:rPr>
          <w:b/>
          <w:color w:val="145DA0"/>
          <w:sz w:val="26"/>
        </w:rPr>
        <w:t>compilabile</w:t>
      </w:r>
      <w:proofErr w:type="spellEnd"/>
      <w:r>
        <w:rPr>
          <w:b/>
          <w:color w:val="145DA0"/>
          <w:sz w:val="26"/>
        </w:rPr>
        <w:t xml:space="preserve"> per inserimento manuale delle valutazioni effettuate</w:t>
      </w:r>
    </w:p>
    <w:p w14:paraId="7E60E95E" w14:textId="53B5081E" w:rsidR="005E7ED3" w:rsidRDefault="00000000">
      <w:pPr>
        <w:jc w:val="center"/>
        <w:rPr>
          <w:i/>
          <w:color w:val="404040"/>
          <w:sz w:val="21"/>
        </w:rPr>
      </w:pPr>
      <w:r>
        <w:rPr>
          <w:i/>
          <w:color w:val="404040"/>
          <w:sz w:val="21"/>
        </w:rPr>
        <w:t xml:space="preserve">Metodo operativo ispirato a SLIC WG EMEX, EU-OSHA e gerarchia delle </w:t>
      </w:r>
      <w:proofErr w:type="spellStart"/>
      <w:r>
        <w:rPr>
          <w:i/>
          <w:color w:val="404040"/>
          <w:sz w:val="21"/>
        </w:rPr>
        <w:t>misure</w:t>
      </w:r>
      <w:proofErr w:type="spellEnd"/>
      <w:r>
        <w:rPr>
          <w:i/>
          <w:color w:val="404040"/>
          <w:sz w:val="21"/>
        </w:rPr>
        <w:t xml:space="preserve"> di </w:t>
      </w:r>
      <w:r w:rsidR="00137EAB">
        <w:rPr>
          <w:i/>
          <w:color w:val="404040"/>
          <w:sz w:val="21"/>
        </w:rPr>
        <w:t>Prevenzione</w:t>
      </w:r>
    </w:p>
    <w:p w14:paraId="0C3AE989" w14:textId="5F0F5C1C" w:rsidR="00137EAB" w:rsidRDefault="00137EAB">
      <w:pPr>
        <w:jc w:val="center"/>
      </w:pPr>
      <w:r>
        <w:rPr>
          <w:noProof/>
        </w:rPr>
        <w:drawing>
          <wp:inline distT="0" distB="0" distL="0" distR="0" wp14:anchorId="6B4D8E43" wp14:editId="5677D7C0">
            <wp:extent cx="6728460" cy="4485640"/>
            <wp:effectExtent l="0" t="0" r="0" b="0"/>
            <wp:docPr id="177678692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786922" name="Immagine 1776786922"/>
                    <pic:cNvPicPr/>
                  </pic:nvPicPr>
                  <pic:blipFill>
                    <a:blip r:embed="rId8"/>
                    <a:stretch>
                      <a:fillRect/>
                    </a:stretch>
                  </pic:blipFill>
                  <pic:spPr>
                    <a:xfrm>
                      <a:off x="0" y="0"/>
                      <a:ext cx="6728460" cy="4485640"/>
                    </a:xfrm>
                    <a:prstGeom prst="rect">
                      <a:avLst/>
                    </a:prstGeom>
                  </pic:spPr>
                </pic:pic>
              </a:graphicData>
            </a:graphic>
          </wp:inline>
        </w:drawing>
      </w: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3532"/>
        <w:gridCol w:w="3532"/>
        <w:gridCol w:w="3532"/>
      </w:tblGrid>
      <w:tr w:rsidR="005E7ED3" w14:paraId="2DA61DF3" w14:textId="77777777">
        <w:trPr>
          <w:jc w:val="center"/>
        </w:trPr>
        <w:tc>
          <w:tcPr>
            <w:tcW w:w="3532" w:type="dxa"/>
            <w:tcBorders>
              <w:top w:val="single" w:sz="10" w:space="0" w:color="145DA0"/>
              <w:left w:val="single" w:sz="10" w:space="0" w:color="145DA0"/>
              <w:bottom w:val="single" w:sz="10" w:space="0" w:color="145DA0"/>
              <w:right w:val="single" w:sz="10" w:space="0" w:color="145DA0"/>
            </w:tcBorders>
            <w:shd w:val="clear" w:color="auto" w:fill="EAF3FF"/>
            <w:tcMar>
              <w:top w:w="150" w:type="dxa"/>
              <w:left w:w="120" w:type="dxa"/>
              <w:bottom w:w="150" w:type="dxa"/>
              <w:right w:w="120" w:type="dxa"/>
            </w:tcMar>
            <w:vAlign w:val="center"/>
          </w:tcPr>
          <w:p w14:paraId="66E5B0A2" w14:textId="77777777" w:rsidR="005E7ED3" w:rsidRDefault="00000000">
            <w:pPr>
              <w:jc w:val="center"/>
            </w:pPr>
            <w:r>
              <w:rPr>
                <w:b/>
                <w:color w:val="0B3A66"/>
                <w:sz w:val="20"/>
              </w:rPr>
              <w:t>1. VALUTARE</w:t>
            </w:r>
          </w:p>
          <w:p w14:paraId="14B62FDD" w14:textId="77777777" w:rsidR="005E7ED3" w:rsidRDefault="00000000">
            <w:pPr>
              <w:jc w:val="center"/>
            </w:pPr>
            <w:r>
              <w:rPr>
                <w:color w:val="404040"/>
                <w:sz w:val="17"/>
              </w:rPr>
              <w:t>Tempi continuativi e complessivi in seduta e in piedi, postura costretta, pause e autonomia.</w:t>
            </w:r>
          </w:p>
        </w:tc>
        <w:tc>
          <w:tcPr>
            <w:tcW w:w="3532" w:type="dxa"/>
            <w:tcBorders>
              <w:top w:val="single" w:sz="10" w:space="0" w:color="145DA0"/>
              <w:left w:val="single" w:sz="10" w:space="0" w:color="145DA0"/>
              <w:bottom w:val="single" w:sz="10" w:space="0" w:color="145DA0"/>
              <w:right w:val="single" w:sz="10" w:space="0" w:color="145DA0"/>
            </w:tcBorders>
            <w:shd w:val="clear" w:color="auto" w:fill="F4F9FF"/>
            <w:tcMar>
              <w:top w:w="150" w:type="dxa"/>
              <w:left w:w="120" w:type="dxa"/>
              <w:bottom w:w="150" w:type="dxa"/>
              <w:right w:w="120" w:type="dxa"/>
            </w:tcMar>
            <w:vAlign w:val="center"/>
          </w:tcPr>
          <w:p w14:paraId="2C56F22D" w14:textId="77777777" w:rsidR="005E7ED3" w:rsidRDefault="00000000">
            <w:pPr>
              <w:jc w:val="center"/>
            </w:pPr>
            <w:r>
              <w:rPr>
                <w:b/>
                <w:color w:val="0B3A66"/>
                <w:sz w:val="20"/>
              </w:rPr>
              <w:t>2. CLASSIFICARE</w:t>
            </w:r>
          </w:p>
          <w:p w14:paraId="1E95675D" w14:textId="77777777" w:rsidR="005E7ED3" w:rsidRDefault="00000000">
            <w:pPr>
              <w:jc w:val="center"/>
            </w:pPr>
            <w:r>
              <w:rPr>
                <w:color w:val="404040"/>
                <w:sz w:val="17"/>
              </w:rPr>
              <w:t>KPI, matrici colorate, indice di rischio, criticità e priorità di intervento.</w:t>
            </w:r>
          </w:p>
        </w:tc>
        <w:tc>
          <w:tcPr>
            <w:tcW w:w="3532" w:type="dxa"/>
            <w:tcBorders>
              <w:top w:val="single" w:sz="10" w:space="0" w:color="145DA0"/>
              <w:left w:val="single" w:sz="10" w:space="0" w:color="145DA0"/>
              <w:bottom w:val="single" w:sz="10" w:space="0" w:color="145DA0"/>
              <w:right w:val="single" w:sz="10" w:space="0" w:color="145DA0"/>
            </w:tcBorders>
            <w:shd w:val="clear" w:color="auto" w:fill="EAF3FF"/>
            <w:tcMar>
              <w:top w:w="150" w:type="dxa"/>
              <w:left w:w="120" w:type="dxa"/>
              <w:bottom w:w="150" w:type="dxa"/>
              <w:right w:w="120" w:type="dxa"/>
            </w:tcMar>
            <w:vAlign w:val="center"/>
          </w:tcPr>
          <w:p w14:paraId="64AB2B68" w14:textId="77777777" w:rsidR="005E7ED3" w:rsidRDefault="00000000">
            <w:pPr>
              <w:jc w:val="center"/>
            </w:pPr>
            <w:r>
              <w:rPr>
                <w:b/>
                <w:color w:val="0B3A66"/>
                <w:sz w:val="20"/>
              </w:rPr>
              <w:t>3. MIGLIORARE</w:t>
            </w:r>
          </w:p>
          <w:p w14:paraId="15AD1FB5" w14:textId="77777777" w:rsidR="005E7ED3" w:rsidRDefault="00000000">
            <w:pPr>
              <w:jc w:val="center"/>
            </w:pPr>
            <w:r>
              <w:rPr>
                <w:color w:val="404040"/>
                <w:sz w:val="17"/>
              </w:rPr>
              <w:t>Misure tecniche, organizzative e formative commisurate al livello di rischio calcolato.</w:t>
            </w:r>
          </w:p>
        </w:tc>
      </w:tr>
    </w:tbl>
    <w:p w14:paraId="58D7B9C9" w14:textId="77777777" w:rsidR="005E7ED3" w:rsidRDefault="005E7ED3"/>
    <w:tbl>
      <w:tblPr>
        <w:tblW w:w="0" w:type="auto"/>
        <w:jc w:val="center"/>
        <w:tblBorders>
          <w:top w:val="single" w:sz="4" w:space="0" w:color="0B3A66"/>
          <w:left w:val="single" w:sz="4" w:space="0" w:color="0B3A66"/>
          <w:bottom w:val="single" w:sz="4" w:space="0" w:color="0B3A66"/>
          <w:right w:val="single" w:sz="4" w:space="0" w:color="0B3A66"/>
          <w:insideH w:val="single" w:sz="4" w:space="0" w:color="0B3A66"/>
          <w:insideV w:val="single" w:sz="4" w:space="0" w:color="0B3A66"/>
        </w:tblBorders>
        <w:tblLook w:val="04A0" w:firstRow="1" w:lastRow="0" w:firstColumn="1" w:lastColumn="0" w:noHBand="0" w:noVBand="1"/>
      </w:tblPr>
      <w:tblGrid>
        <w:gridCol w:w="5298"/>
        <w:gridCol w:w="5298"/>
      </w:tblGrid>
      <w:tr w:rsidR="005E7ED3" w14:paraId="661F07A3" w14:textId="77777777">
        <w:trPr>
          <w:jc w:val="center"/>
        </w:trPr>
        <w:tc>
          <w:tcPr>
            <w:tcW w:w="10596" w:type="dxa"/>
            <w:gridSpan w:val="2"/>
            <w:shd w:val="clear" w:color="auto" w:fill="0B3A66"/>
            <w:tcMar>
              <w:top w:w="70" w:type="dxa"/>
              <w:left w:w="70" w:type="dxa"/>
              <w:bottom w:w="70" w:type="dxa"/>
              <w:right w:w="70" w:type="dxa"/>
            </w:tcMar>
            <w:vAlign w:val="center"/>
          </w:tcPr>
          <w:p w14:paraId="66FF2AEF" w14:textId="77777777" w:rsidR="005E7ED3" w:rsidRDefault="00000000">
            <w:pPr>
              <w:jc w:val="center"/>
            </w:pPr>
            <w:r>
              <w:rPr>
                <w:b/>
                <w:color w:val="FFFFFF"/>
                <w:sz w:val="20"/>
              </w:rPr>
              <w:t>La postura migliore e sempre la prossima: sedersi quando serve, stare in piedi quando e utile, muoversi ogni volta che e possibile.</w:t>
            </w:r>
          </w:p>
        </w:tc>
      </w:tr>
      <w:tr w:rsidR="005E7ED3" w14:paraId="50B0C8FD" w14:textId="77777777">
        <w:tblPrEx>
          <w:tblBorders>
            <w:top w:val="single" w:sz="4" w:space="0" w:color="145DA0"/>
            <w:left w:val="single" w:sz="4" w:space="0" w:color="145DA0"/>
            <w:bottom w:val="single" w:sz="4" w:space="0" w:color="145DA0"/>
            <w:right w:val="single" w:sz="4" w:space="0" w:color="145DA0"/>
            <w:insideH w:val="single" w:sz="4" w:space="0" w:color="145DA0"/>
            <w:insideV w:val="single" w:sz="4" w:space="0" w:color="145DA0"/>
          </w:tblBorders>
        </w:tblPrEx>
        <w:trPr>
          <w:jc w:val="center"/>
        </w:trPr>
        <w:tc>
          <w:tcPr>
            <w:tcW w:w="10596" w:type="dxa"/>
            <w:gridSpan w:val="2"/>
            <w:shd w:val="clear" w:color="auto" w:fill="145DA0"/>
            <w:tcMar>
              <w:top w:w="70" w:type="dxa"/>
              <w:left w:w="70" w:type="dxa"/>
              <w:bottom w:w="70" w:type="dxa"/>
              <w:right w:w="70" w:type="dxa"/>
            </w:tcMar>
            <w:vAlign w:val="center"/>
          </w:tcPr>
          <w:p w14:paraId="4F74D8DF" w14:textId="77777777" w:rsidR="005E7ED3" w:rsidRDefault="00000000">
            <w:pPr>
              <w:jc w:val="center"/>
            </w:pPr>
            <w:r>
              <w:rPr>
                <w:b/>
                <w:color w:val="FFFFFF"/>
              </w:rPr>
              <w:t>Frontespizio compilabile</w:t>
            </w:r>
          </w:p>
        </w:tc>
      </w:tr>
      <w:tr w:rsidR="005E7ED3" w14:paraId="7323FCB4"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5298" w:type="dxa"/>
            <w:shd w:val="clear" w:color="auto" w:fill="F2F5F8"/>
            <w:tcMar>
              <w:top w:w="70" w:type="dxa"/>
              <w:left w:w="70" w:type="dxa"/>
              <w:bottom w:w="70" w:type="dxa"/>
              <w:right w:w="70" w:type="dxa"/>
            </w:tcMar>
            <w:vAlign w:val="center"/>
          </w:tcPr>
          <w:p w14:paraId="291B73EB" w14:textId="77777777" w:rsidR="005E7ED3" w:rsidRDefault="00000000">
            <w:r>
              <w:rPr>
                <w:b/>
                <w:color w:val="0B3A66"/>
                <w:sz w:val="16"/>
              </w:rPr>
              <w:t>Azienda</w:t>
            </w:r>
          </w:p>
        </w:tc>
        <w:tc>
          <w:tcPr>
            <w:tcW w:w="5298" w:type="dxa"/>
            <w:shd w:val="clear" w:color="auto" w:fill="FFFFFF"/>
            <w:tcMar>
              <w:top w:w="70" w:type="dxa"/>
              <w:left w:w="70" w:type="dxa"/>
              <w:bottom w:w="70" w:type="dxa"/>
              <w:right w:w="70" w:type="dxa"/>
            </w:tcMar>
            <w:vAlign w:val="center"/>
          </w:tcPr>
          <w:p w14:paraId="1D3AC854" w14:textId="77777777" w:rsidR="005E7ED3" w:rsidRDefault="00000000">
            <w:r>
              <w:rPr>
                <w:color w:val="404040"/>
                <w:sz w:val="16"/>
              </w:rPr>
              <w:t>[inserire ragione sociale]</w:t>
            </w:r>
          </w:p>
        </w:tc>
      </w:tr>
      <w:tr w:rsidR="005E7ED3" w14:paraId="5EED126D"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5298" w:type="dxa"/>
            <w:shd w:val="clear" w:color="auto" w:fill="F2F5F8"/>
            <w:tcMar>
              <w:top w:w="70" w:type="dxa"/>
              <w:left w:w="70" w:type="dxa"/>
              <w:bottom w:w="70" w:type="dxa"/>
              <w:right w:w="70" w:type="dxa"/>
            </w:tcMar>
            <w:vAlign w:val="center"/>
          </w:tcPr>
          <w:p w14:paraId="46A27C74" w14:textId="77777777" w:rsidR="005E7ED3" w:rsidRDefault="00000000">
            <w:r>
              <w:rPr>
                <w:b/>
                <w:color w:val="0B3A66"/>
                <w:sz w:val="16"/>
              </w:rPr>
              <w:t>Unita produttiva / sede</w:t>
            </w:r>
          </w:p>
        </w:tc>
        <w:tc>
          <w:tcPr>
            <w:tcW w:w="5298" w:type="dxa"/>
            <w:shd w:val="clear" w:color="auto" w:fill="FFFFFF"/>
            <w:tcMar>
              <w:top w:w="70" w:type="dxa"/>
              <w:left w:w="70" w:type="dxa"/>
              <w:bottom w:w="70" w:type="dxa"/>
              <w:right w:w="70" w:type="dxa"/>
            </w:tcMar>
            <w:vAlign w:val="center"/>
          </w:tcPr>
          <w:p w14:paraId="628D39BE" w14:textId="77777777" w:rsidR="005E7ED3" w:rsidRDefault="00000000">
            <w:r>
              <w:rPr>
                <w:color w:val="404040"/>
                <w:sz w:val="16"/>
              </w:rPr>
              <w:t>[inserire sede]</w:t>
            </w:r>
          </w:p>
        </w:tc>
      </w:tr>
      <w:tr w:rsidR="005E7ED3" w14:paraId="07223783"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5298" w:type="dxa"/>
            <w:shd w:val="clear" w:color="auto" w:fill="F2F5F8"/>
            <w:tcMar>
              <w:top w:w="70" w:type="dxa"/>
              <w:left w:w="70" w:type="dxa"/>
              <w:bottom w:w="70" w:type="dxa"/>
              <w:right w:w="70" w:type="dxa"/>
            </w:tcMar>
            <w:vAlign w:val="center"/>
          </w:tcPr>
          <w:p w14:paraId="47E8C8B9" w14:textId="77777777" w:rsidR="005E7ED3" w:rsidRDefault="00000000">
            <w:r>
              <w:rPr>
                <w:b/>
                <w:color w:val="0B3A66"/>
                <w:sz w:val="16"/>
              </w:rPr>
              <w:t>Documento</w:t>
            </w:r>
          </w:p>
        </w:tc>
        <w:tc>
          <w:tcPr>
            <w:tcW w:w="5298" w:type="dxa"/>
            <w:shd w:val="clear" w:color="auto" w:fill="FFFFFF"/>
            <w:tcMar>
              <w:top w:w="70" w:type="dxa"/>
              <w:left w:w="70" w:type="dxa"/>
              <w:bottom w:w="70" w:type="dxa"/>
              <w:right w:w="70" w:type="dxa"/>
            </w:tcMar>
            <w:vAlign w:val="center"/>
          </w:tcPr>
          <w:p w14:paraId="486934FA" w14:textId="77777777" w:rsidR="005E7ED3" w:rsidRDefault="00000000">
            <w:r>
              <w:rPr>
                <w:color w:val="404040"/>
                <w:sz w:val="16"/>
              </w:rPr>
              <w:t>Allegato specialistico al DVR / Scheda di valutazione rischio posture statiche</w:t>
            </w:r>
          </w:p>
        </w:tc>
      </w:tr>
      <w:tr w:rsidR="005E7ED3" w14:paraId="039B329C"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5298" w:type="dxa"/>
            <w:shd w:val="clear" w:color="auto" w:fill="F2F5F8"/>
            <w:tcMar>
              <w:top w:w="70" w:type="dxa"/>
              <w:left w:w="70" w:type="dxa"/>
              <w:bottom w:w="70" w:type="dxa"/>
              <w:right w:w="70" w:type="dxa"/>
            </w:tcMar>
            <w:vAlign w:val="center"/>
          </w:tcPr>
          <w:p w14:paraId="46B84427" w14:textId="77777777" w:rsidR="005E7ED3" w:rsidRDefault="00000000">
            <w:r>
              <w:rPr>
                <w:b/>
                <w:color w:val="0B3A66"/>
                <w:sz w:val="16"/>
              </w:rPr>
              <w:t>Revisione</w:t>
            </w:r>
          </w:p>
        </w:tc>
        <w:tc>
          <w:tcPr>
            <w:tcW w:w="5298" w:type="dxa"/>
            <w:shd w:val="clear" w:color="auto" w:fill="FFFFFF"/>
            <w:tcMar>
              <w:top w:w="70" w:type="dxa"/>
              <w:left w:w="70" w:type="dxa"/>
              <w:bottom w:w="70" w:type="dxa"/>
              <w:right w:w="70" w:type="dxa"/>
            </w:tcMar>
            <w:vAlign w:val="center"/>
          </w:tcPr>
          <w:p w14:paraId="261B626A" w14:textId="77777777" w:rsidR="005E7ED3" w:rsidRDefault="00000000">
            <w:r>
              <w:rPr>
                <w:color w:val="404040"/>
                <w:sz w:val="16"/>
              </w:rPr>
              <w:t>Rev. ____ del ____/____/________</w:t>
            </w:r>
          </w:p>
        </w:tc>
      </w:tr>
      <w:tr w:rsidR="005E7ED3" w14:paraId="75D5029E"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5298" w:type="dxa"/>
            <w:shd w:val="clear" w:color="auto" w:fill="F2F5F8"/>
            <w:tcMar>
              <w:top w:w="70" w:type="dxa"/>
              <w:left w:w="70" w:type="dxa"/>
              <w:bottom w:w="70" w:type="dxa"/>
              <w:right w:w="70" w:type="dxa"/>
            </w:tcMar>
            <w:vAlign w:val="center"/>
          </w:tcPr>
          <w:p w14:paraId="73F143B1" w14:textId="77777777" w:rsidR="005E7ED3" w:rsidRDefault="00000000">
            <w:r>
              <w:rPr>
                <w:b/>
                <w:color w:val="0B3A66"/>
                <w:sz w:val="16"/>
              </w:rPr>
              <w:t>Redatto da</w:t>
            </w:r>
          </w:p>
        </w:tc>
        <w:tc>
          <w:tcPr>
            <w:tcW w:w="5298" w:type="dxa"/>
            <w:shd w:val="clear" w:color="auto" w:fill="FFFFFF"/>
            <w:tcMar>
              <w:top w:w="70" w:type="dxa"/>
              <w:left w:w="70" w:type="dxa"/>
              <w:bottom w:w="70" w:type="dxa"/>
              <w:right w:w="70" w:type="dxa"/>
            </w:tcMar>
            <w:vAlign w:val="center"/>
          </w:tcPr>
          <w:p w14:paraId="09BEBFE9" w14:textId="77777777" w:rsidR="005E7ED3" w:rsidRDefault="00000000">
            <w:r>
              <w:rPr>
                <w:color w:val="404040"/>
                <w:sz w:val="16"/>
              </w:rPr>
              <w:t>[inserire nominativo e ruolo]</w:t>
            </w:r>
          </w:p>
        </w:tc>
      </w:tr>
      <w:tr w:rsidR="005E7ED3" w14:paraId="2EBF7D01"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5298" w:type="dxa"/>
            <w:shd w:val="clear" w:color="auto" w:fill="F2F5F8"/>
            <w:tcMar>
              <w:top w:w="70" w:type="dxa"/>
              <w:left w:w="70" w:type="dxa"/>
              <w:bottom w:w="70" w:type="dxa"/>
              <w:right w:w="70" w:type="dxa"/>
            </w:tcMar>
            <w:vAlign w:val="center"/>
          </w:tcPr>
          <w:p w14:paraId="07D2515A" w14:textId="77777777" w:rsidR="005E7ED3" w:rsidRDefault="00000000">
            <w:r>
              <w:rPr>
                <w:b/>
                <w:color w:val="0B3A66"/>
                <w:sz w:val="16"/>
              </w:rPr>
              <w:lastRenderedPageBreak/>
              <w:t>Approvato da</w:t>
            </w:r>
          </w:p>
        </w:tc>
        <w:tc>
          <w:tcPr>
            <w:tcW w:w="5298" w:type="dxa"/>
            <w:shd w:val="clear" w:color="auto" w:fill="FFFFFF"/>
            <w:tcMar>
              <w:top w:w="70" w:type="dxa"/>
              <w:left w:w="70" w:type="dxa"/>
              <w:bottom w:w="70" w:type="dxa"/>
              <w:right w:w="70" w:type="dxa"/>
            </w:tcMar>
            <w:vAlign w:val="center"/>
          </w:tcPr>
          <w:p w14:paraId="2A87972E" w14:textId="77777777" w:rsidR="005E7ED3" w:rsidRDefault="00000000">
            <w:r>
              <w:rPr>
                <w:color w:val="404040"/>
                <w:sz w:val="16"/>
              </w:rPr>
              <w:t>[Datore di lavoro / delegato]</w:t>
            </w:r>
          </w:p>
        </w:tc>
      </w:tr>
      <w:tr w:rsidR="005E7ED3" w14:paraId="31089D3D" w14:textId="77777777">
        <w:tblPrEx>
          <w:tblBorders>
            <w:top w:val="single" w:sz="8" w:space="0" w:color="F4B183"/>
            <w:left w:val="single" w:sz="8" w:space="0" w:color="F4B183"/>
            <w:bottom w:val="single" w:sz="8" w:space="0" w:color="F4B183"/>
            <w:right w:val="single" w:sz="8" w:space="0" w:color="F4B183"/>
            <w:insideH w:val="single" w:sz="8" w:space="0" w:color="F4B183"/>
            <w:insideV w:val="single" w:sz="8" w:space="0" w:color="F4B183"/>
          </w:tblBorders>
        </w:tblPrEx>
        <w:trPr>
          <w:jc w:val="center"/>
        </w:trPr>
        <w:tc>
          <w:tcPr>
            <w:tcW w:w="10596" w:type="dxa"/>
            <w:gridSpan w:val="2"/>
            <w:shd w:val="clear" w:color="auto" w:fill="F4B183"/>
            <w:tcMar>
              <w:top w:w="70" w:type="dxa"/>
              <w:left w:w="70" w:type="dxa"/>
              <w:bottom w:w="70" w:type="dxa"/>
              <w:right w:w="70" w:type="dxa"/>
            </w:tcMar>
            <w:vAlign w:val="center"/>
          </w:tcPr>
          <w:p w14:paraId="032B592C" w14:textId="77777777" w:rsidR="005E7ED3" w:rsidRDefault="00000000">
            <w:r>
              <w:rPr>
                <w:b/>
                <w:color w:val="FFFFFF"/>
              </w:rPr>
              <w:t>Avvertenza d'uso del modello</w:t>
            </w:r>
          </w:p>
        </w:tc>
      </w:tr>
      <w:tr w:rsidR="005E7ED3" w14:paraId="3447F53A" w14:textId="77777777">
        <w:tblPrEx>
          <w:tblBorders>
            <w:top w:val="single" w:sz="8" w:space="0" w:color="F4B183"/>
            <w:left w:val="single" w:sz="8" w:space="0" w:color="F4B183"/>
            <w:bottom w:val="single" w:sz="8" w:space="0" w:color="F4B183"/>
            <w:right w:val="single" w:sz="8" w:space="0" w:color="F4B183"/>
            <w:insideH w:val="single" w:sz="8" w:space="0" w:color="F4B183"/>
            <w:insideV w:val="single" w:sz="8" w:space="0" w:color="F4B183"/>
          </w:tblBorders>
        </w:tblPrEx>
        <w:trPr>
          <w:jc w:val="center"/>
        </w:trPr>
        <w:tc>
          <w:tcPr>
            <w:tcW w:w="10596" w:type="dxa"/>
            <w:gridSpan w:val="2"/>
            <w:shd w:val="clear" w:color="auto" w:fill="FFF2CC"/>
            <w:tcMar>
              <w:top w:w="100" w:type="dxa"/>
              <w:left w:w="120" w:type="dxa"/>
              <w:bottom w:w="100" w:type="dxa"/>
              <w:right w:w="120" w:type="dxa"/>
            </w:tcMar>
            <w:vAlign w:val="center"/>
          </w:tcPr>
          <w:p w14:paraId="3285061B" w14:textId="77777777" w:rsidR="005E7ED3" w:rsidRDefault="00000000">
            <w:pPr>
              <w:pStyle w:val="BoxText"/>
            </w:pPr>
            <w:r>
              <w:t>Questo modello e predisposto per raccogliere, motivare e documentare le valutazioni del rischio da posture prolungate sedute e in piedi. Deve essere adattato al contesto aziendale, alle mansioni effettive, all'organizzazione del lavoro, ai sopralluoghi e alle indicazioni delle figure della prevenzione. Non sostituisce la valutazione dei rischi aziendale ne il giudizio del medico competente ove previsto.</w:t>
            </w:r>
          </w:p>
        </w:tc>
      </w:tr>
    </w:tbl>
    <w:p w14:paraId="47978D7C" w14:textId="77777777" w:rsidR="005E7ED3" w:rsidRDefault="00000000">
      <w:r>
        <w:br w:type="page"/>
      </w:r>
    </w:p>
    <w:tbl>
      <w:tblPr>
        <w:tblW w:w="0" w:type="auto"/>
        <w:jc w:val="center"/>
        <w:tblBorders>
          <w:top w:val="single" w:sz="4" w:space="0" w:color="0B3A66"/>
          <w:left w:val="single" w:sz="4" w:space="0" w:color="0B3A66"/>
          <w:bottom w:val="single" w:sz="4" w:space="0" w:color="0B3A66"/>
          <w:right w:val="single" w:sz="4" w:space="0" w:color="0B3A66"/>
          <w:insideH w:val="single" w:sz="4" w:space="0" w:color="0B3A66"/>
          <w:insideV w:val="single" w:sz="4" w:space="0" w:color="0B3A66"/>
        </w:tblBorders>
        <w:tblLook w:val="04A0" w:firstRow="1" w:lastRow="0" w:firstColumn="1" w:lastColumn="0" w:noHBand="0" w:noVBand="1"/>
      </w:tblPr>
      <w:tblGrid>
        <w:gridCol w:w="10596"/>
      </w:tblGrid>
      <w:tr w:rsidR="005E7ED3" w14:paraId="69BA1B84" w14:textId="77777777">
        <w:trPr>
          <w:jc w:val="center"/>
        </w:trPr>
        <w:tc>
          <w:tcPr>
            <w:tcW w:w="10596" w:type="dxa"/>
            <w:shd w:val="clear" w:color="auto" w:fill="0B3A66"/>
            <w:tcMar>
              <w:top w:w="70" w:type="dxa"/>
              <w:left w:w="70" w:type="dxa"/>
              <w:bottom w:w="70" w:type="dxa"/>
              <w:right w:w="70" w:type="dxa"/>
            </w:tcMar>
            <w:vAlign w:val="center"/>
          </w:tcPr>
          <w:p w14:paraId="1C1B989A" w14:textId="77777777" w:rsidR="005E7ED3" w:rsidRDefault="00000000">
            <w:pPr>
              <w:jc w:val="center"/>
            </w:pPr>
            <w:r>
              <w:rPr>
                <w:b/>
                <w:color w:val="FFFFFF"/>
                <w:sz w:val="21"/>
              </w:rPr>
              <w:t>ISTRUZIONI DI UTILIZZO DEL MODELLO</w:t>
            </w:r>
          </w:p>
        </w:tc>
      </w:tr>
    </w:tbl>
    <w:p w14:paraId="23BE9369" w14:textId="77777777" w:rsidR="005E7ED3" w:rsidRDefault="00000000">
      <w:pPr>
        <w:pStyle w:val="Titolo1"/>
      </w:pPr>
      <w:r>
        <w:rPr>
          <w:rFonts w:ascii="Arial" w:hAnsi="Arial"/>
          <w:b w:val="0"/>
        </w:rPr>
        <w:t>Come usare questo documento</w:t>
      </w:r>
    </w:p>
    <w:p w14:paraId="6129F1AB" w14:textId="77777777" w:rsidR="005E7ED3" w:rsidRDefault="00000000">
      <w:pPr>
        <w:pStyle w:val="Puntoelenco"/>
        <w:spacing w:after="40"/>
      </w:pPr>
      <w:r>
        <w:rPr>
          <w:sz w:val="18"/>
        </w:rPr>
        <w:t>Compilare l'anagrafica aziendale e il perimetro della valutazione.</w:t>
      </w:r>
    </w:p>
    <w:p w14:paraId="212914C0" w14:textId="77777777" w:rsidR="005E7ED3" w:rsidRDefault="00000000">
      <w:pPr>
        <w:pStyle w:val="Puntoelenco"/>
        <w:spacing w:after="40"/>
      </w:pPr>
      <w:r>
        <w:rPr>
          <w:sz w:val="18"/>
        </w:rPr>
        <w:t>Inserire per ogni mansione i dati di esposizione raccolti mediante osservazione, intervista, check-list o risultato della web app Posture Dinamiche Free.</w:t>
      </w:r>
    </w:p>
    <w:p w14:paraId="400DC53E" w14:textId="77777777" w:rsidR="005E7ED3" w:rsidRDefault="00000000">
      <w:pPr>
        <w:pStyle w:val="Puntoelenco"/>
        <w:spacing w:after="40"/>
      </w:pPr>
      <w:r>
        <w:rPr>
          <w:sz w:val="18"/>
        </w:rPr>
        <w:t>Applicare la metodologia descritta: tempi posturali, matrici, fattori aggravanti, fattori mitiganti e indice finale.</w:t>
      </w:r>
    </w:p>
    <w:p w14:paraId="6B54BDE7" w14:textId="77777777" w:rsidR="005E7ED3" w:rsidRDefault="00000000">
      <w:pPr>
        <w:pStyle w:val="Puntoelenco"/>
        <w:spacing w:after="40"/>
      </w:pPr>
      <w:r>
        <w:rPr>
          <w:sz w:val="18"/>
        </w:rPr>
        <w:t>Incollare nella sezione dedicata le valutazioni gia effettuate, includendo KPI, esito colorato, criticita e misure proposte.</w:t>
      </w:r>
    </w:p>
    <w:p w14:paraId="2D0633B7" w14:textId="77777777" w:rsidR="005E7ED3" w:rsidRDefault="00000000">
      <w:pPr>
        <w:pStyle w:val="Puntoelenco"/>
        <w:spacing w:after="40"/>
      </w:pPr>
      <w:r>
        <w:rPr>
          <w:sz w:val="18"/>
        </w:rPr>
        <w:t>Completare il piano di miglioramento indicando responsabile, scadenza, priorita, evidenza di attuazione e verifica di efficacia.</w:t>
      </w:r>
    </w:p>
    <w:p w14:paraId="61FAC36D" w14:textId="77777777" w:rsidR="005E7ED3" w:rsidRDefault="00000000">
      <w:pPr>
        <w:pStyle w:val="Puntoelenco"/>
        <w:spacing w:after="40"/>
      </w:pPr>
      <w:r>
        <w:rPr>
          <w:sz w:val="18"/>
        </w:rPr>
        <w:t>Validare il documento con le figure aziendali competenti e allegarlo al DVR o al fascicolo di valutazione ergonomica.</w:t>
      </w:r>
    </w:p>
    <w:p w14:paraId="6C282588" w14:textId="77777777" w:rsidR="005E7ED3" w:rsidRDefault="00000000">
      <w:pPr>
        <w:pStyle w:val="Titolo1"/>
      </w:pPr>
      <w:r>
        <w:rPr>
          <w:rFonts w:ascii="Arial" w:hAnsi="Arial"/>
          <w:b w:val="0"/>
        </w:rPr>
        <w:t>Indice operativo</w:t>
      </w:r>
    </w:p>
    <w:p w14:paraId="5B34B2B0" w14:textId="77777777" w:rsidR="005E7ED3" w:rsidRDefault="00000000">
      <w:pPr>
        <w:pStyle w:val="Puntoelenco"/>
        <w:spacing w:after="40"/>
      </w:pPr>
      <w:r>
        <w:rPr>
          <w:sz w:val="17"/>
        </w:rPr>
        <w:t>1. Controllo documento e revisioni</w:t>
      </w:r>
    </w:p>
    <w:p w14:paraId="0FB7F384" w14:textId="77777777" w:rsidR="005E7ED3" w:rsidRDefault="00000000">
      <w:pPr>
        <w:pStyle w:val="Puntoelenco"/>
        <w:spacing w:after="40"/>
      </w:pPr>
      <w:r>
        <w:rPr>
          <w:sz w:val="17"/>
        </w:rPr>
        <w:t>2. Anagrafica completa dell'azienda e della valutazione</w:t>
      </w:r>
    </w:p>
    <w:p w14:paraId="1F05BFCF" w14:textId="77777777" w:rsidR="005E7ED3" w:rsidRDefault="00000000">
      <w:pPr>
        <w:pStyle w:val="Puntoelenco"/>
        <w:spacing w:after="40"/>
      </w:pPr>
      <w:r>
        <w:rPr>
          <w:sz w:val="17"/>
        </w:rPr>
        <w:t>3. Prefazione al rischio: posture statiche prolungate</w:t>
      </w:r>
    </w:p>
    <w:p w14:paraId="3A9C2C29" w14:textId="77777777" w:rsidR="005E7ED3" w:rsidRDefault="00000000">
      <w:pPr>
        <w:pStyle w:val="Puntoelenco"/>
        <w:spacing w:after="40"/>
      </w:pPr>
      <w:r>
        <w:rPr>
          <w:sz w:val="17"/>
        </w:rPr>
        <w:t>4. Riferimenti normativi e tecnici</w:t>
      </w:r>
    </w:p>
    <w:p w14:paraId="1456F112" w14:textId="77777777" w:rsidR="005E7ED3" w:rsidRDefault="00000000">
      <w:pPr>
        <w:pStyle w:val="Puntoelenco"/>
        <w:spacing w:after="40"/>
      </w:pPr>
      <w:r>
        <w:rPr>
          <w:sz w:val="17"/>
        </w:rPr>
        <w:t>5. Metodo di valutazione, variabili e formule</w:t>
      </w:r>
    </w:p>
    <w:p w14:paraId="666B00A6" w14:textId="77777777" w:rsidR="005E7ED3" w:rsidRDefault="00000000">
      <w:pPr>
        <w:pStyle w:val="Puntoelenco"/>
        <w:spacing w:after="40"/>
      </w:pPr>
      <w:r>
        <w:rPr>
          <w:sz w:val="17"/>
        </w:rPr>
        <w:t>6. Matrici colorate di classificazione del rischio</w:t>
      </w:r>
    </w:p>
    <w:p w14:paraId="3204DA97" w14:textId="77777777" w:rsidR="005E7ED3" w:rsidRDefault="00000000">
      <w:pPr>
        <w:pStyle w:val="Puntoelenco"/>
        <w:spacing w:after="40"/>
      </w:pPr>
      <w:r>
        <w:rPr>
          <w:sz w:val="17"/>
        </w:rPr>
        <w:t>7. Sezione per incollare manualmente le valutazioni effettuate</w:t>
      </w:r>
    </w:p>
    <w:p w14:paraId="7F42971D" w14:textId="77777777" w:rsidR="005E7ED3" w:rsidRDefault="00000000">
      <w:pPr>
        <w:pStyle w:val="Puntoelenco"/>
        <w:spacing w:after="40"/>
      </w:pPr>
      <w:r>
        <w:rPr>
          <w:sz w:val="17"/>
        </w:rPr>
        <w:t>8. Misure dettagliate di prevenzione e mitigazione per livello di rischio</w:t>
      </w:r>
    </w:p>
    <w:p w14:paraId="38AC1F95" w14:textId="77777777" w:rsidR="005E7ED3" w:rsidRDefault="00000000">
      <w:pPr>
        <w:pStyle w:val="Puntoelenco"/>
        <w:spacing w:after="40"/>
      </w:pPr>
      <w:r>
        <w:rPr>
          <w:sz w:val="17"/>
        </w:rPr>
        <w:t>9. Piano di miglioramento e validazione finale</w:t>
      </w:r>
    </w:p>
    <w:p w14:paraId="3E446E45" w14:textId="77777777" w:rsidR="005E7ED3" w:rsidRDefault="00000000">
      <w:pPr>
        <w:pStyle w:val="Puntoelenco"/>
        <w:spacing w:after="40"/>
      </w:pPr>
      <w:r>
        <w:rPr>
          <w:sz w:val="17"/>
        </w:rPr>
        <w:t>10. Allegati operativi e istruzioni di riesame</w:t>
      </w:r>
    </w:p>
    <w:p w14:paraId="6247306B" w14:textId="77777777" w:rsidR="005E7ED3" w:rsidRDefault="00000000">
      <w:pPr>
        <w:pStyle w:val="Titolo1"/>
      </w:pPr>
      <w:r>
        <w:rPr>
          <w:rFonts w:ascii="Arial" w:hAnsi="Arial"/>
          <w:b w:val="0"/>
        </w:rPr>
        <w:t>Controllo documento</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2119"/>
        <w:gridCol w:w="2119"/>
        <w:gridCol w:w="2119"/>
        <w:gridCol w:w="2119"/>
        <w:gridCol w:w="2119"/>
      </w:tblGrid>
      <w:tr w:rsidR="005E7ED3" w14:paraId="3A3B6843" w14:textId="77777777">
        <w:trPr>
          <w:tblHeader/>
          <w:jc w:val="center"/>
        </w:trPr>
        <w:tc>
          <w:tcPr>
            <w:tcW w:w="2119" w:type="dxa"/>
            <w:shd w:val="clear" w:color="auto" w:fill="0B3A66"/>
            <w:tcMar>
              <w:top w:w="70" w:type="dxa"/>
              <w:left w:w="70" w:type="dxa"/>
              <w:bottom w:w="70" w:type="dxa"/>
              <w:right w:w="70" w:type="dxa"/>
            </w:tcMar>
            <w:vAlign w:val="center"/>
          </w:tcPr>
          <w:p w14:paraId="60197387" w14:textId="77777777" w:rsidR="005E7ED3" w:rsidRDefault="00000000">
            <w:pPr>
              <w:jc w:val="center"/>
            </w:pPr>
            <w:r>
              <w:rPr>
                <w:b/>
                <w:color w:val="FFFFFF"/>
                <w:sz w:val="17"/>
              </w:rPr>
              <w:t>Rev.</w:t>
            </w:r>
          </w:p>
        </w:tc>
        <w:tc>
          <w:tcPr>
            <w:tcW w:w="2119" w:type="dxa"/>
            <w:shd w:val="clear" w:color="auto" w:fill="0B3A66"/>
            <w:tcMar>
              <w:top w:w="70" w:type="dxa"/>
              <w:left w:w="70" w:type="dxa"/>
              <w:bottom w:w="70" w:type="dxa"/>
              <w:right w:w="70" w:type="dxa"/>
            </w:tcMar>
            <w:vAlign w:val="center"/>
          </w:tcPr>
          <w:p w14:paraId="4B71E925" w14:textId="77777777" w:rsidR="005E7ED3" w:rsidRDefault="00000000">
            <w:pPr>
              <w:jc w:val="center"/>
            </w:pPr>
            <w:r>
              <w:rPr>
                <w:b/>
                <w:color w:val="FFFFFF"/>
                <w:sz w:val="17"/>
              </w:rPr>
              <w:t>Data</w:t>
            </w:r>
          </w:p>
        </w:tc>
        <w:tc>
          <w:tcPr>
            <w:tcW w:w="2119" w:type="dxa"/>
            <w:shd w:val="clear" w:color="auto" w:fill="0B3A66"/>
            <w:tcMar>
              <w:top w:w="70" w:type="dxa"/>
              <w:left w:w="70" w:type="dxa"/>
              <w:bottom w:w="70" w:type="dxa"/>
              <w:right w:w="70" w:type="dxa"/>
            </w:tcMar>
            <w:vAlign w:val="center"/>
          </w:tcPr>
          <w:p w14:paraId="6C0A07E1" w14:textId="77777777" w:rsidR="005E7ED3" w:rsidRDefault="00000000">
            <w:pPr>
              <w:jc w:val="center"/>
            </w:pPr>
            <w:r>
              <w:rPr>
                <w:b/>
                <w:color w:val="FFFFFF"/>
                <w:sz w:val="17"/>
              </w:rPr>
              <w:t>Descrizione modifica</w:t>
            </w:r>
          </w:p>
        </w:tc>
        <w:tc>
          <w:tcPr>
            <w:tcW w:w="2119" w:type="dxa"/>
            <w:shd w:val="clear" w:color="auto" w:fill="0B3A66"/>
            <w:tcMar>
              <w:top w:w="70" w:type="dxa"/>
              <w:left w:w="70" w:type="dxa"/>
              <w:bottom w:w="70" w:type="dxa"/>
              <w:right w:w="70" w:type="dxa"/>
            </w:tcMar>
            <w:vAlign w:val="center"/>
          </w:tcPr>
          <w:p w14:paraId="57DD41F7" w14:textId="77777777" w:rsidR="005E7ED3" w:rsidRDefault="00000000">
            <w:pPr>
              <w:jc w:val="center"/>
            </w:pPr>
            <w:r>
              <w:rPr>
                <w:b/>
                <w:color w:val="FFFFFF"/>
                <w:sz w:val="17"/>
              </w:rPr>
              <w:t>Redazione</w:t>
            </w:r>
          </w:p>
        </w:tc>
        <w:tc>
          <w:tcPr>
            <w:tcW w:w="2119" w:type="dxa"/>
            <w:shd w:val="clear" w:color="auto" w:fill="0B3A66"/>
            <w:tcMar>
              <w:top w:w="70" w:type="dxa"/>
              <w:left w:w="70" w:type="dxa"/>
              <w:bottom w:w="70" w:type="dxa"/>
              <w:right w:w="70" w:type="dxa"/>
            </w:tcMar>
            <w:vAlign w:val="center"/>
          </w:tcPr>
          <w:p w14:paraId="5E388B0D" w14:textId="77777777" w:rsidR="005E7ED3" w:rsidRDefault="00000000">
            <w:pPr>
              <w:jc w:val="center"/>
            </w:pPr>
            <w:r>
              <w:rPr>
                <w:b/>
                <w:color w:val="FFFFFF"/>
                <w:sz w:val="17"/>
              </w:rPr>
              <w:t>Approvazione</w:t>
            </w:r>
          </w:p>
        </w:tc>
      </w:tr>
      <w:tr w:rsidR="005E7ED3" w14:paraId="3095B0AE" w14:textId="77777777">
        <w:trPr>
          <w:jc w:val="center"/>
        </w:trPr>
        <w:tc>
          <w:tcPr>
            <w:tcW w:w="2119" w:type="dxa"/>
            <w:shd w:val="clear" w:color="auto" w:fill="FFFFFF"/>
            <w:tcMar>
              <w:top w:w="70" w:type="dxa"/>
              <w:left w:w="70" w:type="dxa"/>
              <w:bottom w:w="70" w:type="dxa"/>
              <w:right w:w="70" w:type="dxa"/>
            </w:tcMar>
            <w:vAlign w:val="center"/>
          </w:tcPr>
          <w:p w14:paraId="141B9375" w14:textId="77777777" w:rsidR="005E7ED3" w:rsidRDefault="00000000">
            <w:r>
              <w:rPr>
                <w:sz w:val="16"/>
              </w:rPr>
              <w:t>0</w:t>
            </w:r>
          </w:p>
        </w:tc>
        <w:tc>
          <w:tcPr>
            <w:tcW w:w="2119" w:type="dxa"/>
            <w:shd w:val="clear" w:color="auto" w:fill="FFFFFF"/>
            <w:tcMar>
              <w:top w:w="70" w:type="dxa"/>
              <w:left w:w="70" w:type="dxa"/>
              <w:bottom w:w="70" w:type="dxa"/>
              <w:right w:w="70" w:type="dxa"/>
            </w:tcMar>
            <w:vAlign w:val="center"/>
          </w:tcPr>
          <w:p w14:paraId="00F49D11" w14:textId="77777777" w:rsidR="005E7ED3" w:rsidRDefault="00000000">
            <w:r>
              <w:rPr>
                <w:sz w:val="16"/>
              </w:rPr>
              <w:t>[...]</w:t>
            </w:r>
          </w:p>
        </w:tc>
        <w:tc>
          <w:tcPr>
            <w:tcW w:w="2119" w:type="dxa"/>
            <w:shd w:val="clear" w:color="auto" w:fill="FFFFFF"/>
            <w:tcMar>
              <w:top w:w="70" w:type="dxa"/>
              <w:left w:w="70" w:type="dxa"/>
              <w:bottom w:w="70" w:type="dxa"/>
              <w:right w:w="70" w:type="dxa"/>
            </w:tcMar>
            <w:vAlign w:val="center"/>
          </w:tcPr>
          <w:p w14:paraId="433A3313" w14:textId="77777777" w:rsidR="005E7ED3" w:rsidRDefault="00000000">
            <w:r>
              <w:rPr>
                <w:sz w:val="16"/>
              </w:rPr>
              <w:t>[...]</w:t>
            </w:r>
          </w:p>
        </w:tc>
        <w:tc>
          <w:tcPr>
            <w:tcW w:w="2119" w:type="dxa"/>
            <w:shd w:val="clear" w:color="auto" w:fill="FFFFFF"/>
            <w:tcMar>
              <w:top w:w="70" w:type="dxa"/>
              <w:left w:w="70" w:type="dxa"/>
              <w:bottom w:w="70" w:type="dxa"/>
              <w:right w:w="70" w:type="dxa"/>
            </w:tcMar>
            <w:vAlign w:val="center"/>
          </w:tcPr>
          <w:p w14:paraId="2AC62597" w14:textId="77777777" w:rsidR="005E7ED3" w:rsidRDefault="00000000">
            <w:r>
              <w:rPr>
                <w:sz w:val="16"/>
              </w:rPr>
              <w:t>[...]</w:t>
            </w:r>
          </w:p>
        </w:tc>
        <w:tc>
          <w:tcPr>
            <w:tcW w:w="2119" w:type="dxa"/>
            <w:shd w:val="clear" w:color="auto" w:fill="FFFFFF"/>
            <w:tcMar>
              <w:top w:w="70" w:type="dxa"/>
              <w:left w:w="70" w:type="dxa"/>
              <w:bottom w:w="70" w:type="dxa"/>
              <w:right w:w="70" w:type="dxa"/>
            </w:tcMar>
            <w:vAlign w:val="center"/>
          </w:tcPr>
          <w:p w14:paraId="0E9CCDF4" w14:textId="77777777" w:rsidR="005E7ED3" w:rsidRDefault="00000000">
            <w:r>
              <w:rPr>
                <w:sz w:val="16"/>
              </w:rPr>
              <w:t>[...]</w:t>
            </w:r>
          </w:p>
        </w:tc>
      </w:tr>
      <w:tr w:rsidR="005E7ED3" w14:paraId="708896BC" w14:textId="77777777">
        <w:trPr>
          <w:jc w:val="center"/>
        </w:trPr>
        <w:tc>
          <w:tcPr>
            <w:tcW w:w="2119" w:type="dxa"/>
            <w:shd w:val="clear" w:color="auto" w:fill="FFFFFF"/>
            <w:tcMar>
              <w:top w:w="70" w:type="dxa"/>
              <w:left w:w="70" w:type="dxa"/>
              <w:bottom w:w="70" w:type="dxa"/>
              <w:right w:w="70" w:type="dxa"/>
            </w:tcMar>
            <w:vAlign w:val="center"/>
          </w:tcPr>
          <w:p w14:paraId="79A7CF09" w14:textId="77777777" w:rsidR="005E7ED3" w:rsidRDefault="00000000">
            <w:r>
              <w:rPr>
                <w:sz w:val="16"/>
              </w:rPr>
              <w:t>[...]</w:t>
            </w:r>
          </w:p>
        </w:tc>
        <w:tc>
          <w:tcPr>
            <w:tcW w:w="2119" w:type="dxa"/>
            <w:shd w:val="clear" w:color="auto" w:fill="FFFFFF"/>
            <w:tcMar>
              <w:top w:w="70" w:type="dxa"/>
              <w:left w:w="70" w:type="dxa"/>
              <w:bottom w:w="70" w:type="dxa"/>
              <w:right w:w="70" w:type="dxa"/>
            </w:tcMar>
            <w:vAlign w:val="center"/>
          </w:tcPr>
          <w:p w14:paraId="35BE8594" w14:textId="77777777" w:rsidR="005E7ED3" w:rsidRDefault="00000000">
            <w:r>
              <w:rPr>
                <w:sz w:val="16"/>
              </w:rPr>
              <w:t>[...]</w:t>
            </w:r>
          </w:p>
        </w:tc>
        <w:tc>
          <w:tcPr>
            <w:tcW w:w="2119" w:type="dxa"/>
            <w:shd w:val="clear" w:color="auto" w:fill="FFFFFF"/>
            <w:tcMar>
              <w:top w:w="70" w:type="dxa"/>
              <w:left w:w="70" w:type="dxa"/>
              <w:bottom w:w="70" w:type="dxa"/>
              <w:right w:w="70" w:type="dxa"/>
            </w:tcMar>
            <w:vAlign w:val="center"/>
          </w:tcPr>
          <w:p w14:paraId="69175B99" w14:textId="77777777" w:rsidR="005E7ED3" w:rsidRDefault="00000000">
            <w:r>
              <w:rPr>
                <w:sz w:val="16"/>
              </w:rPr>
              <w:t>[...]</w:t>
            </w:r>
          </w:p>
        </w:tc>
        <w:tc>
          <w:tcPr>
            <w:tcW w:w="2119" w:type="dxa"/>
            <w:shd w:val="clear" w:color="auto" w:fill="FFFFFF"/>
            <w:tcMar>
              <w:top w:w="70" w:type="dxa"/>
              <w:left w:w="70" w:type="dxa"/>
              <w:bottom w:w="70" w:type="dxa"/>
              <w:right w:w="70" w:type="dxa"/>
            </w:tcMar>
            <w:vAlign w:val="center"/>
          </w:tcPr>
          <w:p w14:paraId="4021FECF" w14:textId="77777777" w:rsidR="005E7ED3" w:rsidRDefault="00000000">
            <w:r>
              <w:rPr>
                <w:sz w:val="16"/>
              </w:rPr>
              <w:t>[...]</w:t>
            </w:r>
          </w:p>
        </w:tc>
        <w:tc>
          <w:tcPr>
            <w:tcW w:w="2119" w:type="dxa"/>
            <w:shd w:val="clear" w:color="auto" w:fill="FFFFFF"/>
            <w:tcMar>
              <w:top w:w="70" w:type="dxa"/>
              <w:left w:w="70" w:type="dxa"/>
              <w:bottom w:w="70" w:type="dxa"/>
              <w:right w:w="70" w:type="dxa"/>
            </w:tcMar>
            <w:vAlign w:val="center"/>
          </w:tcPr>
          <w:p w14:paraId="73391932" w14:textId="77777777" w:rsidR="005E7ED3" w:rsidRDefault="00000000">
            <w:r>
              <w:rPr>
                <w:sz w:val="16"/>
              </w:rPr>
              <w:t>[...]</w:t>
            </w:r>
          </w:p>
        </w:tc>
      </w:tr>
      <w:tr w:rsidR="005E7ED3" w14:paraId="42026ABF" w14:textId="77777777">
        <w:trPr>
          <w:jc w:val="center"/>
        </w:trPr>
        <w:tc>
          <w:tcPr>
            <w:tcW w:w="2119" w:type="dxa"/>
            <w:shd w:val="clear" w:color="auto" w:fill="FFFFFF"/>
            <w:tcMar>
              <w:top w:w="70" w:type="dxa"/>
              <w:left w:w="70" w:type="dxa"/>
              <w:bottom w:w="70" w:type="dxa"/>
              <w:right w:w="70" w:type="dxa"/>
            </w:tcMar>
            <w:vAlign w:val="center"/>
          </w:tcPr>
          <w:p w14:paraId="430BA900" w14:textId="77777777" w:rsidR="005E7ED3" w:rsidRDefault="00000000">
            <w:r>
              <w:rPr>
                <w:sz w:val="16"/>
              </w:rPr>
              <w:t>[...]</w:t>
            </w:r>
          </w:p>
        </w:tc>
        <w:tc>
          <w:tcPr>
            <w:tcW w:w="2119" w:type="dxa"/>
            <w:shd w:val="clear" w:color="auto" w:fill="FFFFFF"/>
            <w:tcMar>
              <w:top w:w="70" w:type="dxa"/>
              <w:left w:w="70" w:type="dxa"/>
              <w:bottom w:w="70" w:type="dxa"/>
              <w:right w:w="70" w:type="dxa"/>
            </w:tcMar>
            <w:vAlign w:val="center"/>
          </w:tcPr>
          <w:p w14:paraId="315F44D6" w14:textId="77777777" w:rsidR="005E7ED3" w:rsidRDefault="00000000">
            <w:r>
              <w:rPr>
                <w:sz w:val="16"/>
              </w:rPr>
              <w:t>[...]</w:t>
            </w:r>
          </w:p>
        </w:tc>
        <w:tc>
          <w:tcPr>
            <w:tcW w:w="2119" w:type="dxa"/>
            <w:shd w:val="clear" w:color="auto" w:fill="FFFFFF"/>
            <w:tcMar>
              <w:top w:w="70" w:type="dxa"/>
              <w:left w:w="70" w:type="dxa"/>
              <w:bottom w:w="70" w:type="dxa"/>
              <w:right w:w="70" w:type="dxa"/>
            </w:tcMar>
            <w:vAlign w:val="center"/>
          </w:tcPr>
          <w:p w14:paraId="2EE0856F" w14:textId="77777777" w:rsidR="005E7ED3" w:rsidRDefault="00000000">
            <w:r>
              <w:rPr>
                <w:sz w:val="16"/>
              </w:rPr>
              <w:t>[...]</w:t>
            </w:r>
          </w:p>
        </w:tc>
        <w:tc>
          <w:tcPr>
            <w:tcW w:w="2119" w:type="dxa"/>
            <w:shd w:val="clear" w:color="auto" w:fill="FFFFFF"/>
            <w:tcMar>
              <w:top w:w="70" w:type="dxa"/>
              <w:left w:w="70" w:type="dxa"/>
              <w:bottom w:w="70" w:type="dxa"/>
              <w:right w:w="70" w:type="dxa"/>
            </w:tcMar>
            <w:vAlign w:val="center"/>
          </w:tcPr>
          <w:p w14:paraId="766BB5EF" w14:textId="77777777" w:rsidR="005E7ED3" w:rsidRDefault="00000000">
            <w:r>
              <w:rPr>
                <w:sz w:val="16"/>
              </w:rPr>
              <w:t>[...]</w:t>
            </w:r>
          </w:p>
        </w:tc>
        <w:tc>
          <w:tcPr>
            <w:tcW w:w="2119" w:type="dxa"/>
            <w:shd w:val="clear" w:color="auto" w:fill="FFFFFF"/>
            <w:tcMar>
              <w:top w:w="70" w:type="dxa"/>
              <w:left w:w="70" w:type="dxa"/>
              <w:bottom w:w="70" w:type="dxa"/>
              <w:right w:w="70" w:type="dxa"/>
            </w:tcMar>
            <w:vAlign w:val="center"/>
          </w:tcPr>
          <w:p w14:paraId="1D2F7E06" w14:textId="77777777" w:rsidR="005E7ED3" w:rsidRDefault="00000000">
            <w:r>
              <w:rPr>
                <w:sz w:val="16"/>
              </w:rPr>
              <w:t>[...]</w:t>
            </w:r>
          </w:p>
        </w:tc>
      </w:tr>
      <w:tr w:rsidR="005E7ED3" w14:paraId="495A46B7" w14:textId="77777777">
        <w:trPr>
          <w:jc w:val="center"/>
        </w:trPr>
        <w:tc>
          <w:tcPr>
            <w:tcW w:w="2119" w:type="dxa"/>
            <w:shd w:val="clear" w:color="auto" w:fill="FFFFFF"/>
            <w:tcMar>
              <w:top w:w="70" w:type="dxa"/>
              <w:left w:w="70" w:type="dxa"/>
              <w:bottom w:w="70" w:type="dxa"/>
              <w:right w:w="70" w:type="dxa"/>
            </w:tcMar>
            <w:vAlign w:val="center"/>
          </w:tcPr>
          <w:p w14:paraId="71C5EE8F" w14:textId="77777777" w:rsidR="005E7ED3" w:rsidRDefault="00000000">
            <w:r>
              <w:rPr>
                <w:sz w:val="16"/>
              </w:rPr>
              <w:t>[...]</w:t>
            </w:r>
          </w:p>
        </w:tc>
        <w:tc>
          <w:tcPr>
            <w:tcW w:w="2119" w:type="dxa"/>
            <w:shd w:val="clear" w:color="auto" w:fill="FFFFFF"/>
            <w:tcMar>
              <w:top w:w="70" w:type="dxa"/>
              <w:left w:w="70" w:type="dxa"/>
              <w:bottom w:w="70" w:type="dxa"/>
              <w:right w:w="70" w:type="dxa"/>
            </w:tcMar>
            <w:vAlign w:val="center"/>
          </w:tcPr>
          <w:p w14:paraId="515DE799" w14:textId="77777777" w:rsidR="005E7ED3" w:rsidRDefault="00000000">
            <w:r>
              <w:rPr>
                <w:sz w:val="16"/>
              </w:rPr>
              <w:t>[...]</w:t>
            </w:r>
          </w:p>
        </w:tc>
        <w:tc>
          <w:tcPr>
            <w:tcW w:w="2119" w:type="dxa"/>
            <w:shd w:val="clear" w:color="auto" w:fill="FFFFFF"/>
            <w:tcMar>
              <w:top w:w="70" w:type="dxa"/>
              <w:left w:w="70" w:type="dxa"/>
              <w:bottom w:w="70" w:type="dxa"/>
              <w:right w:w="70" w:type="dxa"/>
            </w:tcMar>
            <w:vAlign w:val="center"/>
          </w:tcPr>
          <w:p w14:paraId="1A8AB7F8" w14:textId="77777777" w:rsidR="005E7ED3" w:rsidRDefault="00000000">
            <w:r>
              <w:rPr>
                <w:sz w:val="16"/>
              </w:rPr>
              <w:t>[...]</w:t>
            </w:r>
          </w:p>
        </w:tc>
        <w:tc>
          <w:tcPr>
            <w:tcW w:w="2119" w:type="dxa"/>
            <w:shd w:val="clear" w:color="auto" w:fill="FFFFFF"/>
            <w:tcMar>
              <w:top w:w="70" w:type="dxa"/>
              <w:left w:w="70" w:type="dxa"/>
              <w:bottom w:w="70" w:type="dxa"/>
              <w:right w:w="70" w:type="dxa"/>
            </w:tcMar>
            <w:vAlign w:val="center"/>
          </w:tcPr>
          <w:p w14:paraId="56C06156" w14:textId="77777777" w:rsidR="005E7ED3" w:rsidRDefault="00000000">
            <w:r>
              <w:rPr>
                <w:sz w:val="16"/>
              </w:rPr>
              <w:t>[...]</w:t>
            </w:r>
          </w:p>
        </w:tc>
        <w:tc>
          <w:tcPr>
            <w:tcW w:w="2119" w:type="dxa"/>
            <w:shd w:val="clear" w:color="auto" w:fill="FFFFFF"/>
            <w:tcMar>
              <w:top w:w="70" w:type="dxa"/>
              <w:left w:w="70" w:type="dxa"/>
              <w:bottom w:w="70" w:type="dxa"/>
              <w:right w:w="70" w:type="dxa"/>
            </w:tcMar>
            <w:vAlign w:val="center"/>
          </w:tcPr>
          <w:p w14:paraId="2D62FB95" w14:textId="77777777" w:rsidR="005E7ED3" w:rsidRDefault="00000000">
            <w:r>
              <w:rPr>
                <w:sz w:val="16"/>
              </w:rPr>
              <w:t>[...]</w:t>
            </w:r>
          </w:p>
        </w:tc>
      </w:tr>
    </w:tbl>
    <w:p w14:paraId="2757AE2D" w14:textId="77777777" w:rsidR="005E7ED3" w:rsidRDefault="00000000">
      <w:r>
        <w:br w:type="page"/>
      </w:r>
    </w:p>
    <w:tbl>
      <w:tblPr>
        <w:tblW w:w="0" w:type="auto"/>
        <w:jc w:val="center"/>
        <w:tblBorders>
          <w:top w:val="single" w:sz="4" w:space="0" w:color="0B3A66"/>
          <w:left w:val="single" w:sz="4" w:space="0" w:color="0B3A66"/>
          <w:bottom w:val="single" w:sz="4" w:space="0" w:color="0B3A66"/>
          <w:right w:val="single" w:sz="4" w:space="0" w:color="0B3A66"/>
          <w:insideH w:val="single" w:sz="4" w:space="0" w:color="0B3A66"/>
          <w:insideV w:val="single" w:sz="4" w:space="0" w:color="0B3A66"/>
        </w:tblBorders>
        <w:tblLook w:val="04A0" w:firstRow="1" w:lastRow="0" w:firstColumn="1" w:lastColumn="0" w:noHBand="0" w:noVBand="1"/>
      </w:tblPr>
      <w:tblGrid>
        <w:gridCol w:w="10596"/>
      </w:tblGrid>
      <w:tr w:rsidR="005E7ED3" w14:paraId="4A71C039" w14:textId="77777777">
        <w:trPr>
          <w:jc w:val="center"/>
        </w:trPr>
        <w:tc>
          <w:tcPr>
            <w:tcW w:w="10596" w:type="dxa"/>
            <w:shd w:val="clear" w:color="auto" w:fill="0B3A66"/>
            <w:tcMar>
              <w:top w:w="70" w:type="dxa"/>
              <w:left w:w="70" w:type="dxa"/>
              <w:bottom w:w="70" w:type="dxa"/>
              <w:right w:w="70" w:type="dxa"/>
            </w:tcMar>
            <w:vAlign w:val="center"/>
          </w:tcPr>
          <w:p w14:paraId="69C1CA10" w14:textId="77777777" w:rsidR="005E7ED3" w:rsidRDefault="00000000">
            <w:pPr>
              <w:jc w:val="center"/>
            </w:pPr>
            <w:r>
              <w:rPr>
                <w:b/>
                <w:color w:val="FFFFFF"/>
                <w:sz w:val="21"/>
              </w:rPr>
              <w:t>1. ANAGRAFICA COMPLETA E PERIMETRO DELLA VALUTAZIONE</w:t>
            </w:r>
          </w:p>
        </w:tc>
      </w:tr>
    </w:tbl>
    <w:p w14:paraId="08E82094" w14:textId="77777777" w:rsidR="005E7ED3" w:rsidRDefault="00000000">
      <w:pPr>
        <w:pStyle w:val="Titolo1"/>
      </w:pPr>
      <w:r>
        <w:rPr>
          <w:rFonts w:ascii="Arial" w:hAnsi="Arial"/>
          <w:b w:val="0"/>
        </w:rPr>
        <w:t>1.1 Dati aziendali</w:t>
      </w:r>
    </w:p>
    <w:tbl>
      <w:tblPr>
        <w:tblW w:w="0" w:type="auto"/>
        <w:jc w:val="center"/>
        <w:tblBorders>
          <w:top w:val="single" w:sz="4" w:space="0" w:color="145DA0"/>
          <w:left w:val="single" w:sz="4" w:space="0" w:color="145DA0"/>
          <w:bottom w:val="single" w:sz="4" w:space="0" w:color="145DA0"/>
          <w:right w:val="single" w:sz="4" w:space="0" w:color="145DA0"/>
          <w:insideH w:val="single" w:sz="4" w:space="0" w:color="145DA0"/>
          <w:insideV w:val="single" w:sz="4" w:space="0" w:color="145DA0"/>
        </w:tblBorders>
        <w:tblLook w:val="04A0" w:firstRow="1" w:lastRow="0" w:firstColumn="1" w:lastColumn="0" w:noHBand="0" w:noVBand="1"/>
      </w:tblPr>
      <w:tblGrid>
        <w:gridCol w:w="2649"/>
        <w:gridCol w:w="2649"/>
        <w:gridCol w:w="2649"/>
        <w:gridCol w:w="2649"/>
      </w:tblGrid>
      <w:tr w:rsidR="005E7ED3" w14:paraId="62F4AE97" w14:textId="77777777">
        <w:trPr>
          <w:jc w:val="center"/>
        </w:trPr>
        <w:tc>
          <w:tcPr>
            <w:tcW w:w="10596" w:type="dxa"/>
            <w:gridSpan w:val="4"/>
            <w:shd w:val="clear" w:color="auto" w:fill="145DA0"/>
            <w:tcMar>
              <w:top w:w="70" w:type="dxa"/>
              <w:left w:w="70" w:type="dxa"/>
              <w:bottom w:w="70" w:type="dxa"/>
              <w:right w:w="70" w:type="dxa"/>
            </w:tcMar>
            <w:vAlign w:val="center"/>
          </w:tcPr>
          <w:p w14:paraId="4C368763" w14:textId="77777777" w:rsidR="005E7ED3" w:rsidRDefault="00000000">
            <w:pPr>
              <w:jc w:val="center"/>
            </w:pPr>
            <w:r>
              <w:rPr>
                <w:b/>
                <w:color w:val="FFFFFF"/>
              </w:rPr>
              <w:t>Scheda anagrafica azienda</w:t>
            </w:r>
          </w:p>
        </w:tc>
      </w:tr>
      <w:tr w:rsidR="005E7ED3" w14:paraId="600393F7"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5FDAB796" w14:textId="77777777" w:rsidR="005E7ED3" w:rsidRDefault="00000000">
            <w:r>
              <w:rPr>
                <w:b/>
                <w:color w:val="0B3A66"/>
                <w:sz w:val="16"/>
              </w:rPr>
              <w:t>Ragione sociale</w:t>
            </w:r>
          </w:p>
        </w:tc>
        <w:tc>
          <w:tcPr>
            <w:tcW w:w="2649" w:type="dxa"/>
            <w:shd w:val="clear" w:color="auto" w:fill="FFFFFF"/>
            <w:tcMar>
              <w:top w:w="70" w:type="dxa"/>
              <w:left w:w="70" w:type="dxa"/>
              <w:bottom w:w="70" w:type="dxa"/>
              <w:right w:w="70" w:type="dxa"/>
            </w:tcMar>
            <w:vAlign w:val="center"/>
          </w:tcPr>
          <w:p w14:paraId="64C1E270" w14:textId="77777777" w:rsidR="005E7ED3" w:rsidRDefault="00000000">
            <w:r>
              <w:rPr>
                <w:color w:val="404040"/>
                <w:sz w:val="16"/>
              </w:rPr>
              <w:t>[inserire]</w:t>
            </w:r>
          </w:p>
        </w:tc>
        <w:tc>
          <w:tcPr>
            <w:tcW w:w="2649" w:type="dxa"/>
            <w:shd w:val="clear" w:color="auto" w:fill="F2F5F8"/>
            <w:tcMar>
              <w:top w:w="70" w:type="dxa"/>
              <w:left w:w="70" w:type="dxa"/>
              <w:bottom w:w="70" w:type="dxa"/>
              <w:right w:w="70" w:type="dxa"/>
            </w:tcMar>
            <w:vAlign w:val="center"/>
          </w:tcPr>
          <w:p w14:paraId="7D18C092" w14:textId="77777777" w:rsidR="005E7ED3" w:rsidRDefault="00000000">
            <w:r>
              <w:rPr>
                <w:b/>
                <w:color w:val="0B3A66"/>
                <w:sz w:val="16"/>
              </w:rPr>
              <w:t>Codice fiscale / P. IVA</w:t>
            </w:r>
          </w:p>
        </w:tc>
        <w:tc>
          <w:tcPr>
            <w:tcW w:w="2649" w:type="dxa"/>
            <w:shd w:val="clear" w:color="auto" w:fill="FFFFFF"/>
            <w:tcMar>
              <w:top w:w="70" w:type="dxa"/>
              <w:left w:w="70" w:type="dxa"/>
              <w:bottom w:w="70" w:type="dxa"/>
              <w:right w:w="70" w:type="dxa"/>
            </w:tcMar>
            <w:vAlign w:val="center"/>
          </w:tcPr>
          <w:p w14:paraId="39A091BB" w14:textId="77777777" w:rsidR="005E7ED3" w:rsidRDefault="00000000">
            <w:r>
              <w:rPr>
                <w:color w:val="404040"/>
                <w:sz w:val="16"/>
              </w:rPr>
              <w:t>[inserire]</w:t>
            </w:r>
          </w:p>
        </w:tc>
      </w:tr>
      <w:tr w:rsidR="005E7ED3" w14:paraId="76F3C753"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04504D31" w14:textId="77777777" w:rsidR="005E7ED3" w:rsidRDefault="00000000">
            <w:r>
              <w:rPr>
                <w:b/>
                <w:color w:val="0B3A66"/>
                <w:sz w:val="16"/>
              </w:rPr>
              <w:t>Sede legale</w:t>
            </w:r>
          </w:p>
        </w:tc>
        <w:tc>
          <w:tcPr>
            <w:tcW w:w="2649" w:type="dxa"/>
            <w:shd w:val="clear" w:color="auto" w:fill="FFFFFF"/>
            <w:tcMar>
              <w:top w:w="70" w:type="dxa"/>
              <w:left w:w="70" w:type="dxa"/>
              <w:bottom w:w="70" w:type="dxa"/>
              <w:right w:w="70" w:type="dxa"/>
            </w:tcMar>
            <w:vAlign w:val="center"/>
          </w:tcPr>
          <w:p w14:paraId="17ADF7D7" w14:textId="77777777" w:rsidR="005E7ED3" w:rsidRDefault="00000000">
            <w:r>
              <w:rPr>
                <w:color w:val="404040"/>
                <w:sz w:val="16"/>
              </w:rPr>
              <w:t>[inserire]</w:t>
            </w:r>
          </w:p>
        </w:tc>
        <w:tc>
          <w:tcPr>
            <w:tcW w:w="2649" w:type="dxa"/>
            <w:shd w:val="clear" w:color="auto" w:fill="F2F5F8"/>
            <w:tcMar>
              <w:top w:w="70" w:type="dxa"/>
              <w:left w:w="70" w:type="dxa"/>
              <w:bottom w:w="70" w:type="dxa"/>
              <w:right w:w="70" w:type="dxa"/>
            </w:tcMar>
            <w:vAlign w:val="center"/>
          </w:tcPr>
          <w:p w14:paraId="0809BEF0" w14:textId="77777777" w:rsidR="005E7ED3" w:rsidRDefault="00000000">
            <w:r>
              <w:rPr>
                <w:b/>
                <w:color w:val="0B3A66"/>
                <w:sz w:val="16"/>
              </w:rPr>
              <w:t>Unita produttiva valutata</w:t>
            </w:r>
          </w:p>
        </w:tc>
        <w:tc>
          <w:tcPr>
            <w:tcW w:w="2649" w:type="dxa"/>
            <w:shd w:val="clear" w:color="auto" w:fill="FFFFFF"/>
            <w:tcMar>
              <w:top w:w="70" w:type="dxa"/>
              <w:left w:w="70" w:type="dxa"/>
              <w:bottom w:w="70" w:type="dxa"/>
              <w:right w:w="70" w:type="dxa"/>
            </w:tcMar>
            <w:vAlign w:val="center"/>
          </w:tcPr>
          <w:p w14:paraId="78EEA9C4" w14:textId="77777777" w:rsidR="005E7ED3" w:rsidRDefault="00000000">
            <w:r>
              <w:rPr>
                <w:color w:val="404040"/>
                <w:sz w:val="16"/>
              </w:rPr>
              <w:t>[inserire]</w:t>
            </w:r>
          </w:p>
        </w:tc>
      </w:tr>
      <w:tr w:rsidR="005E7ED3" w14:paraId="01D095C5"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0132B690" w14:textId="77777777" w:rsidR="005E7ED3" w:rsidRDefault="00000000">
            <w:r>
              <w:rPr>
                <w:b/>
                <w:color w:val="0B3A66"/>
                <w:sz w:val="16"/>
              </w:rPr>
              <w:t>Indirizzo unita produttiva</w:t>
            </w:r>
          </w:p>
        </w:tc>
        <w:tc>
          <w:tcPr>
            <w:tcW w:w="2649" w:type="dxa"/>
            <w:shd w:val="clear" w:color="auto" w:fill="FFFFFF"/>
            <w:tcMar>
              <w:top w:w="70" w:type="dxa"/>
              <w:left w:w="70" w:type="dxa"/>
              <w:bottom w:w="70" w:type="dxa"/>
              <w:right w:w="70" w:type="dxa"/>
            </w:tcMar>
            <w:vAlign w:val="center"/>
          </w:tcPr>
          <w:p w14:paraId="11926C16" w14:textId="77777777" w:rsidR="005E7ED3" w:rsidRDefault="00000000">
            <w:r>
              <w:rPr>
                <w:color w:val="404040"/>
                <w:sz w:val="16"/>
              </w:rPr>
              <w:t>[inserire]</w:t>
            </w:r>
          </w:p>
        </w:tc>
        <w:tc>
          <w:tcPr>
            <w:tcW w:w="2649" w:type="dxa"/>
            <w:shd w:val="clear" w:color="auto" w:fill="F2F5F8"/>
            <w:tcMar>
              <w:top w:w="70" w:type="dxa"/>
              <w:left w:w="70" w:type="dxa"/>
              <w:bottom w:w="70" w:type="dxa"/>
              <w:right w:w="70" w:type="dxa"/>
            </w:tcMar>
            <w:vAlign w:val="center"/>
          </w:tcPr>
          <w:p w14:paraId="39493D31" w14:textId="77777777" w:rsidR="005E7ED3" w:rsidRDefault="00000000">
            <w:r>
              <w:rPr>
                <w:b/>
                <w:color w:val="0B3A66"/>
                <w:sz w:val="16"/>
              </w:rPr>
              <w:t>Codice ATECO</w:t>
            </w:r>
          </w:p>
        </w:tc>
        <w:tc>
          <w:tcPr>
            <w:tcW w:w="2649" w:type="dxa"/>
            <w:shd w:val="clear" w:color="auto" w:fill="FFFFFF"/>
            <w:tcMar>
              <w:top w:w="70" w:type="dxa"/>
              <w:left w:w="70" w:type="dxa"/>
              <w:bottom w:w="70" w:type="dxa"/>
              <w:right w:w="70" w:type="dxa"/>
            </w:tcMar>
            <w:vAlign w:val="center"/>
          </w:tcPr>
          <w:p w14:paraId="49BD64CB" w14:textId="77777777" w:rsidR="005E7ED3" w:rsidRDefault="00000000">
            <w:r>
              <w:rPr>
                <w:color w:val="404040"/>
                <w:sz w:val="16"/>
              </w:rPr>
              <w:t>[inserire]</w:t>
            </w:r>
          </w:p>
        </w:tc>
      </w:tr>
      <w:tr w:rsidR="005E7ED3" w14:paraId="0849F515"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3A0E47C3" w14:textId="77777777" w:rsidR="005E7ED3" w:rsidRDefault="00000000">
            <w:r>
              <w:rPr>
                <w:b/>
                <w:color w:val="0B3A66"/>
                <w:sz w:val="16"/>
              </w:rPr>
              <w:t>Attivita svolta</w:t>
            </w:r>
          </w:p>
        </w:tc>
        <w:tc>
          <w:tcPr>
            <w:tcW w:w="2649" w:type="dxa"/>
            <w:shd w:val="clear" w:color="auto" w:fill="FFFFFF"/>
            <w:tcMar>
              <w:top w:w="70" w:type="dxa"/>
              <w:left w:w="70" w:type="dxa"/>
              <w:bottom w:w="70" w:type="dxa"/>
              <w:right w:w="70" w:type="dxa"/>
            </w:tcMar>
            <w:vAlign w:val="center"/>
          </w:tcPr>
          <w:p w14:paraId="50E3C93A" w14:textId="77777777" w:rsidR="005E7ED3" w:rsidRDefault="00000000">
            <w:r>
              <w:rPr>
                <w:color w:val="404040"/>
                <w:sz w:val="16"/>
              </w:rPr>
              <w:t>[descrivere]</w:t>
            </w:r>
          </w:p>
        </w:tc>
        <w:tc>
          <w:tcPr>
            <w:tcW w:w="2649" w:type="dxa"/>
            <w:shd w:val="clear" w:color="auto" w:fill="F2F5F8"/>
            <w:tcMar>
              <w:top w:w="70" w:type="dxa"/>
              <w:left w:w="70" w:type="dxa"/>
              <w:bottom w:w="70" w:type="dxa"/>
              <w:right w:w="70" w:type="dxa"/>
            </w:tcMar>
            <w:vAlign w:val="center"/>
          </w:tcPr>
          <w:p w14:paraId="4DAB8831" w14:textId="77777777" w:rsidR="005E7ED3" w:rsidRDefault="00000000">
            <w:r>
              <w:rPr>
                <w:b/>
                <w:color w:val="0B3A66"/>
                <w:sz w:val="16"/>
              </w:rPr>
              <w:t>Numero lavoratori complessivi</w:t>
            </w:r>
          </w:p>
        </w:tc>
        <w:tc>
          <w:tcPr>
            <w:tcW w:w="2649" w:type="dxa"/>
            <w:shd w:val="clear" w:color="auto" w:fill="FFFFFF"/>
            <w:tcMar>
              <w:top w:w="70" w:type="dxa"/>
              <w:left w:w="70" w:type="dxa"/>
              <w:bottom w:w="70" w:type="dxa"/>
              <w:right w:w="70" w:type="dxa"/>
            </w:tcMar>
            <w:vAlign w:val="center"/>
          </w:tcPr>
          <w:p w14:paraId="48949CA3" w14:textId="77777777" w:rsidR="005E7ED3" w:rsidRDefault="00000000">
            <w:r>
              <w:rPr>
                <w:color w:val="404040"/>
                <w:sz w:val="16"/>
              </w:rPr>
              <w:t>[inserire]</w:t>
            </w:r>
          </w:p>
        </w:tc>
      </w:tr>
      <w:tr w:rsidR="005E7ED3" w14:paraId="3C9D4F71"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184BCE45" w14:textId="77777777" w:rsidR="005E7ED3" w:rsidRDefault="00000000">
            <w:r>
              <w:rPr>
                <w:b/>
                <w:color w:val="0B3A66"/>
                <w:sz w:val="16"/>
              </w:rPr>
              <w:t>Numero lavoratori nella sede valutata</w:t>
            </w:r>
          </w:p>
        </w:tc>
        <w:tc>
          <w:tcPr>
            <w:tcW w:w="2649" w:type="dxa"/>
            <w:shd w:val="clear" w:color="auto" w:fill="FFFFFF"/>
            <w:tcMar>
              <w:top w:w="70" w:type="dxa"/>
              <w:left w:w="70" w:type="dxa"/>
              <w:bottom w:w="70" w:type="dxa"/>
              <w:right w:w="70" w:type="dxa"/>
            </w:tcMar>
            <w:vAlign w:val="center"/>
          </w:tcPr>
          <w:p w14:paraId="2F34E3EA" w14:textId="77777777" w:rsidR="005E7ED3" w:rsidRDefault="00000000">
            <w:r>
              <w:rPr>
                <w:color w:val="404040"/>
                <w:sz w:val="16"/>
              </w:rPr>
              <w:t>[inserire]</w:t>
            </w:r>
          </w:p>
        </w:tc>
        <w:tc>
          <w:tcPr>
            <w:tcW w:w="2649" w:type="dxa"/>
            <w:shd w:val="clear" w:color="auto" w:fill="F2F5F8"/>
            <w:tcMar>
              <w:top w:w="70" w:type="dxa"/>
              <w:left w:w="70" w:type="dxa"/>
              <w:bottom w:w="70" w:type="dxa"/>
              <w:right w:w="70" w:type="dxa"/>
            </w:tcMar>
            <w:vAlign w:val="center"/>
          </w:tcPr>
          <w:p w14:paraId="1B18605A" w14:textId="77777777" w:rsidR="005E7ED3" w:rsidRDefault="00000000">
            <w:r>
              <w:rPr>
                <w:b/>
                <w:color w:val="0B3A66"/>
                <w:sz w:val="16"/>
              </w:rPr>
              <w:t>Presenza turni</w:t>
            </w:r>
          </w:p>
        </w:tc>
        <w:tc>
          <w:tcPr>
            <w:tcW w:w="2649" w:type="dxa"/>
            <w:shd w:val="clear" w:color="auto" w:fill="FFFFFF"/>
            <w:tcMar>
              <w:top w:w="70" w:type="dxa"/>
              <w:left w:w="70" w:type="dxa"/>
              <w:bottom w:w="70" w:type="dxa"/>
              <w:right w:w="70" w:type="dxa"/>
            </w:tcMar>
            <w:vAlign w:val="center"/>
          </w:tcPr>
          <w:p w14:paraId="11351618" w14:textId="77777777" w:rsidR="005E7ED3" w:rsidRDefault="00000000">
            <w:r>
              <w:rPr>
                <w:color w:val="404040"/>
                <w:sz w:val="16"/>
              </w:rPr>
              <w:t>[si/no - descrivere]</w:t>
            </w:r>
          </w:p>
        </w:tc>
      </w:tr>
      <w:tr w:rsidR="005E7ED3" w14:paraId="57AF12A2"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79FD68C8" w14:textId="77777777" w:rsidR="005E7ED3" w:rsidRDefault="00000000">
            <w:r>
              <w:rPr>
                <w:b/>
                <w:color w:val="0B3A66"/>
                <w:sz w:val="16"/>
              </w:rPr>
              <w:t>Presenza lavoro agile/telelavoro</w:t>
            </w:r>
          </w:p>
        </w:tc>
        <w:tc>
          <w:tcPr>
            <w:tcW w:w="2649" w:type="dxa"/>
            <w:shd w:val="clear" w:color="auto" w:fill="FFFFFF"/>
            <w:tcMar>
              <w:top w:w="70" w:type="dxa"/>
              <w:left w:w="70" w:type="dxa"/>
              <w:bottom w:w="70" w:type="dxa"/>
              <w:right w:w="70" w:type="dxa"/>
            </w:tcMar>
            <w:vAlign w:val="center"/>
          </w:tcPr>
          <w:p w14:paraId="09A9AC7B" w14:textId="77777777" w:rsidR="005E7ED3" w:rsidRDefault="00000000">
            <w:r>
              <w:rPr>
                <w:color w:val="404040"/>
                <w:sz w:val="16"/>
              </w:rPr>
              <w:t>[si/no - descrivere]</w:t>
            </w:r>
          </w:p>
        </w:tc>
        <w:tc>
          <w:tcPr>
            <w:tcW w:w="2649" w:type="dxa"/>
            <w:shd w:val="clear" w:color="auto" w:fill="F2F5F8"/>
            <w:tcMar>
              <w:top w:w="70" w:type="dxa"/>
              <w:left w:w="70" w:type="dxa"/>
              <w:bottom w:w="70" w:type="dxa"/>
              <w:right w:w="70" w:type="dxa"/>
            </w:tcMar>
            <w:vAlign w:val="center"/>
          </w:tcPr>
          <w:p w14:paraId="4D4AACD8" w14:textId="77777777" w:rsidR="005E7ED3" w:rsidRDefault="00000000">
            <w:r>
              <w:rPr>
                <w:b/>
                <w:color w:val="0B3A66"/>
                <w:sz w:val="16"/>
              </w:rPr>
              <w:t>Appalti/interferenze rilevanti</w:t>
            </w:r>
          </w:p>
        </w:tc>
        <w:tc>
          <w:tcPr>
            <w:tcW w:w="2649" w:type="dxa"/>
            <w:shd w:val="clear" w:color="auto" w:fill="FFFFFF"/>
            <w:tcMar>
              <w:top w:w="70" w:type="dxa"/>
              <w:left w:w="70" w:type="dxa"/>
              <w:bottom w:w="70" w:type="dxa"/>
              <w:right w:w="70" w:type="dxa"/>
            </w:tcMar>
            <w:vAlign w:val="center"/>
          </w:tcPr>
          <w:p w14:paraId="44D5C338" w14:textId="77777777" w:rsidR="005E7ED3" w:rsidRDefault="00000000">
            <w:r>
              <w:rPr>
                <w:color w:val="404040"/>
                <w:sz w:val="16"/>
              </w:rPr>
              <w:t>[si/no - descrivere]</w:t>
            </w:r>
          </w:p>
        </w:tc>
      </w:tr>
    </w:tbl>
    <w:p w14:paraId="726AC224" w14:textId="77777777" w:rsidR="005E7ED3" w:rsidRDefault="00000000">
      <w:pPr>
        <w:pStyle w:val="Titolo1"/>
      </w:pPr>
      <w:r>
        <w:rPr>
          <w:rFonts w:ascii="Arial" w:hAnsi="Arial"/>
          <w:b w:val="0"/>
        </w:rPr>
        <w:t>1.2 Figure della prevenzione</w:t>
      </w:r>
    </w:p>
    <w:tbl>
      <w:tblPr>
        <w:tblW w:w="0" w:type="auto"/>
        <w:jc w:val="center"/>
        <w:tblBorders>
          <w:top w:val="single" w:sz="4" w:space="0" w:color="145DA0"/>
          <w:left w:val="single" w:sz="4" w:space="0" w:color="145DA0"/>
          <w:bottom w:val="single" w:sz="4" w:space="0" w:color="145DA0"/>
          <w:right w:val="single" w:sz="4" w:space="0" w:color="145DA0"/>
          <w:insideH w:val="single" w:sz="4" w:space="0" w:color="145DA0"/>
          <w:insideV w:val="single" w:sz="4" w:space="0" w:color="145DA0"/>
        </w:tblBorders>
        <w:tblLook w:val="04A0" w:firstRow="1" w:lastRow="0" w:firstColumn="1" w:lastColumn="0" w:noHBand="0" w:noVBand="1"/>
      </w:tblPr>
      <w:tblGrid>
        <w:gridCol w:w="2649"/>
        <w:gridCol w:w="2649"/>
        <w:gridCol w:w="2649"/>
        <w:gridCol w:w="2649"/>
      </w:tblGrid>
      <w:tr w:rsidR="005E7ED3" w14:paraId="0EBFB6B4" w14:textId="77777777">
        <w:trPr>
          <w:jc w:val="center"/>
        </w:trPr>
        <w:tc>
          <w:tcPr>
            <w:tcW w:w="10596" w:type="dxa"/>
            <w:gridSpan w:val="4"/>
            <w:shd w:val="clear" w:color="auto" w:fill="145DA0"/>
            <w:tcMar>
              <w:top w:w="70" w:type="dxa"/>
              <w:left w:w="70" w:type="dxa"/>
              <w:bottom w:w="70" w:type="dxa"/>
              <w:right w:w="70" w:type="dxa"/>
            </w:tcMar>
            <w:vAlign w:val="center"/>
          </w:tcPr>
          <w:p w14:paraId="04A6D17F" w14:textId="77777777" w:rsidR="005E7ED3" w:rsidRDefault="00000000">
            <w:pPr>
              <w:jc w:val="center"/>
            </w:pPr>
            <w:r>
              <w:rPr>
                <w:b/>
                <w:color w:val="FFFFFF"/>
              </w:rPr>
              <w:t>Ruoli e responsabilita</w:t>
            </w:r>
          </w:p>
        </w:tc>
      </w:tr>
      <w:tr w:rsidR="005E7ED3" w14:paraId="55B3E6A7"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6BD0C864" w14:textId="77777777" w:rsidR="005E7ED3" w:rsidRDefault="00000000">
            <w:r>
              <w:rPr>
                <w:b/>
                <w:color w:val="0B3A66"/>
                <w:sz w:val="16"/>
              </w:rPr>
              <w:t>Datore di lavoro</w:t>
            </w:r>
          </w:p>
        </w:tc>
        <w:tc>
          <w:tcPr>
            <w:tcW w:w="2649" w:type="dxa"/>
            <w:shd w:val="clear" w:color="auto" w:fill="FFFFFF"/>
            <w:tcMar>
              <w:top w:w="70" w:type="dxa"/>
              <w:left w:w="70" w:type="dxa"/>
              <w:bottom w:w="70" w:type="dxa"/>
              <w:right w:w="70" w:type="dxa"/>
            </w:tcMar>
            <w:vAlign w:val="center"/>
          </w:tcPr>
          <w:p w14:paraId="43A49C97" w14:textId="77777777" w:rsidR="005E7ED3" w:rsidRDefault="00000000">
            <w:r>
              <w:rPr>
                <w:color w:val="404040"/>
                <w:sz w:val="16"/>
              </w:rPr>
              <w:t>[inserire]</w:t>
            </w:r>
          </w:p>
        </w:tc>
        <w:tc>
          <w:tcPr>
            <w:tcW w:w="2649" w:type="dxa"/>
            <w:shd w:val="clear" w:color="auto" w:fill="F2F5F8"/>
            <w:tcMar>
              <w:top w:w="70" w:type="dxa"/>
              <w:left w:w="70" w:type="dxa"/>
              <w:bottom w:w="70" w:type="dxa"/>
              <w:right w:w="70" w:type="dxa"/>
            </w:tcMar>
            <w:vAlign w:val="center"/>
          </w:tcPr>
          <w:p w14:paraId="1D1814DD" w14:textId="77777777" w:rsidR="005E7ED3" w:rsidRDefault="00000000">
            <w:r>
              <w:rPr>
                <w:b/>
                <w:color w:val="0B3A66"/>
                <w:sz w:val="16"/>
              </w:rPr>
              <w:t>Delegato sicurezza</w:t>
            </w:r>
          </w:p>
        </w:tc>
        <w:tc>
          <w:tcPr>
            <w:tcW w:w="2649" w:type="dxa"/>
            <w:shd w:val="clear" w:color="auto" w:fill="FFFFFF"/>
            <w:tcMar>
              <w:top w:w="70" w:type="dxa"/>
              <w:left w:w="70" w:type="dxa"/>
              <w:bottom w:w="70" w:type="dxa"/>
              <w:right w:w="70" w:type="dxa"/>
            </w:tcMar>
            <w:vAlign w:val="center"/>
          </w:tcPr>
          <w:p w14:paraId="3FE52B1E" w14:textId="77777777" w:rsidR="005E7ED3" w:rsidRDefault="00000000">
            <w:r>
              <w:rPr>
                <w:color w:val="404040"/>
                <w:sz w:val="16"/>
              </w:rPr>
              <w:t>[se presente]</w:t>
            </w:r>
          </w:p>
        </w:tc>
      </w:tr>
      <w:tr w:rsidR="005E7ED3" w14:paraId="318FEE33"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71A47CD1" w14:textId="77777777" w:rsidR="005E7ED3" w:rsidRDefault="00000000">
            <w:r>
              <w:rPr>
                <w:b/>
                <w:color w:val="0B3A66"/>
                <w:sz w:val="16"/>
              </w:rPr>
              <w:t>RSPP</w:t>
            </w:r>
          </w:p>
        </w:tc>
        <w:tc>
          <w:tcPr>
            <w:tcW w:w="2649" w:type="dxa"/>
            <w:shd w:val="clear" w:color="auto" w:fill="FFFFFF"/>
            <w:tcMar>
              <w:top w:w="70" w:type="dxa"/>
              <w:left w:w="70" w:type="dxa"/>
              <w:bottom w:w="70" w:type="dxa"/>
              <w:right w:w="70" w:type="dxa"/>
            </w:tcMar>
            <w:vAlign w:val="center"/>
          </w:tcPr>
          <w:p w14:paraId="4E554A32" w14:textId="77777777" w:rsidR="005E7ED3" w:rsidRDefault="00000000">
            <w:r>
              <w:rPr>
                <w:color w:val="404040"/>
                <w:sz w:val="16"/>
              </w:rPr>
              <w:t>[inserire]</w:t>
            </w:r>
          </w:p>
        </w:tc>
        <w:tc>
          <w:tcPr>
            <w:tcW w:w="2649" w:type="dxa"/>
            <w:shd w:val="clear" w:color="auto" w:fill="F2F5F8"/>
            <w:tcMar>
              <w:top w:w="70" w:type="dxa"/>
              <w:left w:w="70" w:type="dxa"/>
              <w:bottom w:w="70" w:type="dxa"/>
              <w:right w:w="70" w:type="dxa"/>
            </w:tcMar>
            <w:vAlign w:val="center"/>
          </w:tcPr>
          <w:p w14:paraId="390C4C23" w14:textId="77777777" w:rsidR="005E7ED3" w:rsidRDefault="00000000">
            <w:r>
              <w:rPr>
                <w:b/>
                <w:color w:val="0B3A66"/>
                <w:sz w:val="16"/>
              </w:rPr>
              <w:t>ASPP</w:t>
            </w:r>
          </w:p>
        </w:tc>
        <w:tc>
          <w:tcPr>
            <w:tcW w:w="2649" w:type="dxa"/>
            <w:shd w:val="clear" w:color="auto" w:fill="FFFFFF"/>
            <w:tcMar>
              <w:top w:w="70" w:type="dxa"/>
              <w:left w:w="70" w:type="dxa"/>
              <w:bottom w:w="70" w:type="dxa"/>
              <w:right w:w="70" w:type="dxa"/>
            </w:tcMar>
            <w:vAlign w:val="center"/>
          </w:tcPr>
          <w:p w14:paraId="27D1AABD" w14:textId="77777777" w:rsidR="005E7ED3" w:rsidRDefault="00000000">
            <w:r>
              <w:rPr>
                <w:color w:val="404040"/>
                <w:sz w:val="16"/>
              </w:rPr>
              <w:t>[se presenti]</w:t>
            </w:r>
          </w:p>
        </w:tc>
      </w:tr>
      <w:tr w:rsidR="005E7ED3" w14:paraId="5A6F1FC5"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79B1F6B0" w14:textId="77777777" w:rsidR="005E7ED3" w:rsidRDefault="00000000">
            <w:r>
              <w:rPr>
                <w:b/>
                <w:color w:val="0B3A66"/>
                <w:sz w:val="16"/>
              </w:rPr>
              <w:t>RLS/RLST</w:t>
            </w:r>
          </w:p>
        </w:tc>
        <w:tc>
          <w:tcPr>
            <w:tcW w:w="2649" w:type="dxa"/>
            <w:shd w:val="clear" w:color="auto" w:fill="FFFFFF"/>
            <w:tcMar>
              <w:top w:w="70" w:type="dxa"/>
              <w:left w:w="70" w:type="dxa"/>
              <w:bottom w:w="70" w:type="dxa"/>
              <w:right w:w="70" w:type="dxa"/>
            </w:tcMar>
            <w:vAlign w:val="center"/>
          </w:tcPr>
          <w:p w14:paraId="3B51A7D0" w14:textId="77777777" w:rsidR="005E7ED3" w:rsidRDefault="00000000">
            <w:r>
              <w:rPr>
                <w:color w:val="404040"/>
                <w:sz w:val="16"/>
              </w:rPr>
              <w:t>[inserire]</w:t>
            </w:r>
          </w:p>
        </w:tc>
        <w:tc>
          <w:tcPr>
            <w:tcW w:w="2649" w:type="dxa"/>
            <w:shd w:val="clear" w:color="auto" w:fill="F2F5F8"/>
            <w:tcMar>
              <w:top w:w="70" w:type="dxa"/>
              <w:left w:w="70" w:type="dxa"/>
              <w:bottom w:w="70" w:type="dxa"/>
              <w:right w:w="70" w:type="dxa"/>
            </w:tcMar>
            <w:vAlign w:val="center"/>
          </w:tcPr>
          <w:p w14:paraId="469FA35D" w14:textId="77777777" w:rsidR="005E7ED3" w:rsidRDefault="00000000">
            <w:r>
              <w:rPr>
                <w:b/>
                <w:color w:val="0B3A66"/>
                <w:sz w:val="16"/>
              </w:rPr>
              <w:t>Medico competente</w:t>
            </w:r>
          </w:p>
        </w:tc>
        <w:tc>
          <w:tcPr>
            <w:tcW w:w="2649" w:type="dxa"/>
            <w:shd w:val="clear" w:color="auto" w:fill="FFFFFF"/>
            <w:tcMar>
              <w:top w:w="70" w:type="dxa"/>
              <w:left w:w="70" w:type="dxa"/>
              <w:bottom w:w="70" w:type="dxa"/>
              <w:right w:w="70" w:type="dxa"/>
            </w:tcMar>
            <w:vAlign w:val="center"/>
          </w:tcPr>
          <w:p w14:paraId="754B0797" w14:textId="77777777" w:rsidR="005E7ED3" w:rsidRDefault="00000000">
            <w:r>
              <w:rPr>
                <w:color w:val="404040"/>
                <w:sz w:val="16"/>
              </w:rPr>
              <w:t>[se nominato]</w:t>
            </w:r>
          </w:p>
        </w:tc>
      </w:tr>
      <w:tr w:rsidR="005E7ED3" w14:paraId="7D827141"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7422A267" w14:textId="77777777" w:rsidR="005E7ED3" w:rsidRDefault="00000000">
            <w:r>
              <w:rPr>
                <w:b/>
                <w:color w:val="0B3A66"/>
                <w:sz w:val="16"/>
              </w:rPr>
              <w:t>Preposti interessati</w:t>
            </w:r>
          </w:p>
        </w:tc>
        <w:tc>
          <w:tcPr>
            <w:tcW w:w="2649" w:type="dxa"/>
            <w:shd w:val="clear" w:color="auto" w:fill="FFFFFF"/>
            <w:tcMar>
              <w:top w:w="70" w:type="dxa"/>
              <w:left w:w="70" w:type="dxa"/>
              <w:bottom w:w="70" w:type="dxa"/>
              <w:right w:w="70" w:type="dxa"/>
            </w:tcMar>
            <w:vAlign w:val="center"/>
          </w:tcPr>
          <w:p w14:paraId="6FBD4173" w14:textId="77777777" w:rsidR="005E7ED3" w:rsidRDefault="00000000">
            <w:r>
              <w:rPr>
                <w:color w:val="404040"/>
                <w:sz w:val="16"/>
              </w:rPr>
              <w:t>[inserire]</w:t>
            </w:r>
          </w:p>
        </w:tc>
        <w:tc>
          <w:tcPr>
            <w:tcW w:w="2649" w:type="dxa"/>
            <w:shd w:val="clear" w:color="auto" w:fill="F2F5F8"/>
            <w:tcMar>
              <w:top w:w="70" w:type="dxa"/>
              <w:left w:w="70" w:type="dxa"/>
              <w:bottom w:w="70" w:type="dxa"/>
              <w:right w:w="70" w:type="dxa"/>
            </w:tcMar>
            <w:vAlign w:val="center"/>
          </w:tcPr>
          <w:p w14:paraId="4A84D8AE" w14:textId="77777777" w:rsidR="005E7ED3" w:rsidRDefault="00000000">
            <w:r>
              <w:rPr>
                <w:b/>
                <w:color w:val="0B3A66"/>
                <w:sz w:val="16"/>
              </w:rPr>
              <w:t>Dirigenti interessati</w:t>
            </w:r>
          </w:p>
        </w:tc>
        <w:tc>
          <w:tcPr>
            <w:tcW w:w="2649" w:type="dxa"/>
            <w:shd w:val="clear" w:color="auto" w:fill="FFFFFF"/>
            <w:tcMar>
              <w:top w:w="70" w:type="dxa"/>
              <w:left w:w="70" w:type="dxa"/>
              <w:bottom w:w="70" w:type="dxa"/>
              <w:right w:w="70" w:type="dxa"/>
            </w:tcMar>
            <w:vAlign w:val="center"/>
          </w:tcPr>
          <w:p w14:paraId="65796772" w14:textId="77777777" w:rsidR="005E7ED3" w:rsidRDefault="00000000">
            <w:r>
              <w:rPr>
                <w:color w:val="404040"/>
                <w:sz w:val="16"/>
              </w:rPr>
              <w:t>[inserire]</w:t>
            </w:r>
          </w:p>
        </w:tc>
      </w:tr>
      <w:tr w:rsidR="005E7ED3" w14:paraId="786DCBA8"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103FB996" w14:textId="77777777" w:rsidR="005E7ED3" w:rsidRDefault="00000000">
            <w:r>
              <w:rPr>
                <w:b/>
                <w:color w:val="0B3A66"/>
                <w:sz w:val="16"/>
              </w:rPr>
              <w:t>Valutatore / consulente</w:t>
            </w:r>
          </w:p>
        </w:tc>
        <w:tc>
          <w:tcPr>
            <w:tcW w:w="2649" w:type="dxa"/>
            <w:shd w:val="clear" w:color="auto" w:fill="FFFFFF"/>
            <w:tcMar>
              <w:top w:w="70" w:type="dxa"/>
              <w:left w:w="70" w:type="dxa"/>
              <w:bottom w:w="70" w:type="dxa"/>
              <w:right w:w="70" w:type="dxa"/>
            </w:tcMar>
            <w:vAlign w:val="center"/>
          </w:tcPr>
          <w:p w14:paraId="77BF636A" w14:textId="77777777" w:rsidR="005E7ED3" w:rsidRDefault="00000000">
            <w:r>
              <w:rPr>
                <w:color w:val="404040"/>
                <w:sz w:val="16"/>
              </w:rPr>
              <w:t>[inserire]</w:t>
            </w:r>
          </w:p>
        </w:tc>
        <w:tc>
          <w:tcPr>
            <w:tcW w:w="2649" w:type="dxa"/>
            <w:shd w:val="clear" w:color="auto" w:fill="F2F5F8"/>
            <w:tcMar>
              <w:top w:w="70" w:type="dxa"/>
              <w:left w:w="70" w:type="dxa"/>
              <w:bottom w:w="70" w:type="dxa"/>
              <w:right w:w="70" w:type="dxa"/>
            </w:tcMar>
            <w:vAlign w:val="center"/>
          </w:tcPr>
          <w:p w14:paraId="0455D4FE" w14:textId="77777777" w:rsidR="005E7ED3" w:rsidRDefault="00000000">
            <w:r>
              <w:rPr>
                <w:b/>
                <w:color w:val="0B3A66"/>
                <w:sz w:val="16"/>
              </w:rPr>
              <w:t>Data sopralluogo</w:t>
            </w:r>
          </w:p>
        </w:tc>
        <w:tc>
          <w:tcPr>
            <w:tcW w:w="2649" w:type="dxa"/>
            <w:shd w:val="clear" w:color="auto" w:fill="FFFFFF"/>
            <w:tcMar>
              <w:top w:w="70" w:type="dxa"/>
              <w:left w:w="70" w:type="dxa"/>
              <w:bottom w:w="70" w:type="dxa"/>
              <w:right w:w="70" w:type="dxa"/>
            </w:tcMar>
            <w:vAlign w:val="center"/>
          </w:tcPr>
          <w:p w14:paraId="6BD8D4EF" w14:textId="77777777" w:rsidR="005E7ED3" w:rsidRDefault="00000000">
            <w:r>
              <w:rPr>
                <w:color w:val="404040"/>
                <w:sz w:val="16"/>
              </w:rPr>
              <w:t>[inserire]</w:t>
            </w:r>
          </w:p>
        </w:tc>
      </w:tr>
      <w:tr w:rsidR="005E7ED3" w14:paraId="4BDCA41F"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272AEF88" w14:textId="77777777" w:rsidR="005E7ED3" w:rsidRDefault="00000000">
            <w:r>
              <w:rPr>
                <w:b/>
                <w:color w:val="0B3A66"/>
                <w:sz w:val="16"/>
              </w:rPr>
              <w:t>Lavoratori consultati</w:t>
            </w:r>
          </w:p>
        </w:tc>
        <w:tc>
          <w:tcPr>
            <w:tcW w:w="2649" w:type="dxa"/>
            <w:shd w:val="clear" w:color="auto" w:fill="FFFFFF"/>
            <w:tcMar>
              <w:top w:w="70" w:type="dxa"/>
              <w:left w:w="70" w:type="dxa"/>
              <w:bottom w:w="70" w:type="dxa"/>
              <w:right w:w="70" w:type="dxa"/>
            </w:tcMar>
            <w:vAlign w:val="center"/>
          </w:tcPr>
          <w:p w14:paraId="353405DB" w14:textId="77777777" w:rsidR="005E7ED3" w:rsidRDefault="00000000">
            <w:r>
              <w:rPr>
                <w:color w:val="404040"/>
                <w:sz w:val="16"/>
              </w:rPr>
              <w:t>[numero / mansioni]</w:t>
            </w:r>
          </w:p>
        </w:tc>
        <w:tc>
          <w:tcPr>
            <w:tcW w:w="2649" w:type="dxa"/>
            <w:shd w:val="clear" w:color="auto" w:fill="F2F5F8"/>
            <w:tcMar>
              <w:top w:w="70" w:type="dxa"/>
              <w:left w:w="70" w:type="dxa"/>
              <w:bottom w:w="70" w:type="dxa"/>
              <w:right w:w="70" w:type="dxa"/>
            </w:tcMar>
            <w:vAlign w:val="center"/>
          </w:tcPr>
          <w:p w14:paraId="27D1670B" w14:textId="77777777" w:rsidR="005E7ED3" w:rsidRDefault="00000000">
            <w:r>
              <w:rPr>
                <w:b/>
                <w:color w:val="0B3A66"/>
                <w:sz w:val="16"/>
              </w:rPr>
              <w:t>Documenti visionati</w:t>
            </w:r>
          </w:p>
        </w:tc>
        <w:tc>
          <w:tcPr>
            <w:tcW w:w="2649" w:type="dxa"/>
            <w:shd w:val="clear" w:color="auto" w:fill="FFFFFF"/>
            <w:tcMar>
              <w:top w:w="70" w:type="dxa"/>
              <w:left w:w="70" w:type="dxa"/>
              <w:bottom w:w="70" w:type="dxa"/>
              <w:right w:w="70" w:type="dxa"/>
            </w:tcMar>
            <w:vAlign w:val="center"/>
          </w:tcPr>
          <w:p w14:paraId="276AEB96" w14:textId="77777777" w:rsidR="005E7ED3" w:rsidRDefault="00000000">
            <w:r>
              <w:rPr>
                <w:color w:val="404040"/>
                <w:sz w:val="16"/>
              </w:rPr>
              <w:t>[DVR, planimetrie, mansionari, turni, procedure]</w:t>
            </w:r>
          </w:p>
        </w:tc>
      </w:tr>
    </w:tbl>
    <w:p w14:paraId="6A910FCD" w14:textId="77777777" w:rsidR="005E7ED3" w:rsidRDefault="00000000">
      <w:pPr>
        <w:pStyle w:val="Titolo1"/>
      </w:pPr>
      <w:r>
        <w:rPr>
          <w:rFonts w:ascii="Arial" w:hAnsi="Arial"/>
          <w:b w:val="0"/>
        </w:rPr>
        <w:t>1.3 Perimetro della valutazione</w:t>
      </w:r>
    </w:p>
    <w:tbl>
      <w:tblPr>
        <w:tblW w:w="0" w:type="auto"/>
        <w:jc w:val="center"/>
        <w:tblBorders>
          <w:top w:val="single" w:sz="4" w:space="0" w:color="145DA0"/>
          <w:left w:val="single" w:sz="4" w:space="0" w:color="145DA0"/>
          <w:bottom w:val="single" w:sz="4" w:space="0" w:color="145DA0"/>
          <w:right w:val="single" w:sz="4" w:space="0" w:color="145DA0"/>
          <w:insideH w:val="single" w:sz="4" w:space="0" w:color="145DA0"/>
          <w:insideV w:val="single" w:sz="4" w:space="0" w:color="145DA0"/>
        </w:tblBorders>
        <w:tblLook w:val="04A0" w:firstRow="1" w:lastRow="0" w:firstColumn="1" w:lastColumn="0" w:noHBand="0" w:noVBand="1"/>
      </w:tblPr>
      <w:tblGrid>
        <w:gridCol w:w="5298"/>
        <w:gridCol w:w="5298"/>
      </w:tblGrid>
      <w:tr w:rsidR="005E7ED3" w14:paraId="6B228B19" w14:textId="77777777">
        <w:trPr>
          <w:jc w:val="center"/>
        </w:trPr>
        <w:tc>
          <w:tcPr>
            <w:tcW w:w="10596" w:type="dxa"/>
            <w:gridSpan w:val="2"/>
            <w:shd w:val="clear" w:color="auto" w:fill="145DA0"/>
            <w:tcMar>
              <w:top w:w="70" w:type="dxa"/>
              <w:left w:w="70" w:type="dxa"/>
              <w:bottom w:w="70" w:type="dxa"/>
              <w:right w:w="70" w:type="dxa"/>
            </w:tcMar>
            <w:vAlign w:val="center"/>
          </w:tcPr>
          <w:p w14:paraId="5A1823CE" w14:textId="77777777" w:rsidR="005E7ED3" w:rsidRDefault="00000000">
            <w:pPr>
              <w:jc w:val="center"/>
            </w:pPr>
            <w:r>
              <w:rPr>
                <w:b/>
                <w:color w:val="FFFFFF"/>
              </w:rPr>
              <w:t>Perimetro e fonti informative</w:t>
            </w:r>
          </w:p>
        </w:tc>
      </w:tr>
      <w:tr w:rsidR="005E7ED3" w14:paraId="33CA3C31"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5298" w:type="dxa"/>
            <w:shd w:val="clear" w:color="auto" w:fill="F2F5F8"/>
            <w:tcMar>
              <w:top w:w="70" w:type="dxa"/>
              <w:left w:w="70" w:type="dxa"/>
              <w:bottom w:w="70" w:type="dxa"/>
              <w:right w:w="70" w:type="dxa"/>
            </w:tcMar>
            <w:vAlign w:val="center"/>
          </w:tcPr>
          <w:p w14:paraId="273F2230" w14:textId="77777777" w:rsidR="005E7ED3" w:rsidRDefault="00000000">
            <w:r>
              <w:rPr>
                <w:b/>
                <w:color w:val="0B3A66"/>
                <w:sz w:val="16"/>
              </w:rPr>
              <w:t>Reparti / aree incluse</w:t>
            </w:r>
          </w:p>
        </w:tc>
        <w:tc>
          <w:tcPr>
            <w:tcW w:w="5298" w:type="dxa"/>
            <w:shd w:val="clear" w:color="auto" w:fill="FFFFFF"/>
            <w:tcMar>
              <w:top w:w="70" w:type="dxa"/>
              <w:left w:w="70" w:type="dxa"/>
              <w:bottom w:w="70" w:type="dxa"/>
              <w:right w:w="70" w:type="dxa"/>
            </w:tcMar>
            <w:vAlign w:val="center"/>
          </w:tcPr>
          <w:p w14:paraId="3C0F58B0" w14:textId="77777777" w:rsidR="005E7ED3" w:rsidRDefault="00000000">
            <w:r>
              <w:rPr>
                <w:color w:val="404040"/>
                <w:sz w:val="16"/>
              </w:rPr>
              <w:t>[inserire elenco]</w:t>
            </w:r>
          </w:p>
        </w:tc>
      </w:tr>
      <w:tr w:rsidR="005E7ED3" w14:paraId="757838AB"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5298" w:type="dxa"/>
            <w:shd w:val="clear" w:color="auto" w:fill="F2F5F8"/>
            <w:tcMar>
              <w:top w:w="70" w:type="dxa"/>
              <w:left w:w="70" w:type="dxa"/>
              <w:bottom w:w="70" w:type="dxa"/>
              <w:right w:w="70" w:type="dxa"/>
            </w:tcMar>
            <w:vAlign w:val="center"/>
          </w:tcPr>
          <w:p w14:paraId="7073FEFC" w14:textId="77777777" w:rsidR="005E7ED3" w:rsidRDefault="00000000">
            <w:r>
              <w:rPr>
                <w:b/>
                <w:color w:val="0B3A66"/>
                <w:sz w:val="16"/>
              </w:rPr>
              <w:t>Mansioni incluse</w:t>
            </w:r>
          </w:p>
        </w:tc>
        <w:tc>
          <w:tcPr>
            <w:tcW w:w="5298" w:type="dxa"/>
            <w:shd w:val="clear" w:color="auto" w:fill="FFFFFF"/>
            <w:tcMar>
              <w:top w:w="70" w:type="dxa"/>
              <w:left w:w="70" w:type="dxa"/>
              <w:bottom w:w="70" w:type="dxa"/>
              <w:right w:w="70" w:type="dxa"/>
            </w:tcMar>
            <w:vAlign w:val="center"/>
          </w:tcPr>
          <w:p w14:paraId="2D0A0BEC" w14:textId="77777777" w:rsidR="005E7ED3" w:rsidRDefault="00000000">
            <w:r>
              <w:rPr>
                <w:color w:val="404040"/>
                <w:sz w:val="16"/>
              </w:rPr>
              <w:t>[inserire elenco]</w:t>
            </w:r>
          </w:p>
        </w:tc>
      </w:tr>
      <w:tr w:rsidR="005E7ED3" w14:paraId="47B0A9E4"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5298" w:type="dxa"/>
            <w:shd w:val="clear" w:color="auto" w:fill="F2F5F8"/>
            <w:tcMar>
              <w:top w:w="70" w:type="dxa"/>
              <w:left w:w="70" w:type="dxa"/>
              <w:bottom w:w="70" w:type="dxa"/>
              <w:right w:w="70" w:type="dxa"/>
            </w:tcMar>
            <w:vAlign w:val="center"/>
          </w:tcPr>
          <w:p w14:paraId="2022F375" w14:textId="77777777" w:rsidR="005E7ED3" w:rsidRDefault="00000000">
            <w:r>
              <w:rPr>
                <w:b/>
                <w:color w:val="0B3A66"/>
                <w:sz w:val="16"/>
              </w:rPr>
              <w:t>Mansioni escluse e motivazione</w:t>
            </w:r>
          </w:p>
        </w:tc>
        <w:tc>
          <w:tcPr>
            <w:tcW w:w="5298" w:type="dxa"/>
            <w:shd w:val="clear" w:color="auto" w:fill="FFFFFF"/>
            <w:tcMar>
              <w:top w:w="70" w:type="dxa"/>
              <w:left w:w="70" w:type="dxa"/>
              <w:bottom w:w="70" w:type="dxa"/>
              <w:right w:w="70" w:type="dxa"/>
            </w:tcMar>
            <w:vAlign w:val="center"/>
          </w:tcPr>
          <w:p w14:paraId="77E28261" w14:textId="77777777" w:rsidR="005E7ED3" w:rsidRDefault="00000000">
            <w:r>
              <w:rPr>
                <w:color w:val="404040"/>
                <w:sz w:val="16"/>
              </w:rPr>
              <w:t>[inserire]</w:t>
            </w:r>
          </w:p>
        </w:tc>
      </w:tr>
      <w:tr w:rsidR="005E7ED3" w14:paraId="2F5A5372"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5298" w:type="dxa"/>
            <w:shd w:val="clear" w:color="auto" w:fill="F2F5F8"/>
            <w:tcMar>
              <w:top w:w="70" w:type="dxa"/>
              <w:left w:w="70" w:type="dxa"/>
              <w:bottom w:w="70" w:type="dxa"/>
              <w:right w:w="70" w:type="dxa"/>
            </w:tcMar>
            <w:vAlign w:val="center"/>
          </w:tcPr>
          <w:p w14:paraId="5F7263F9" w14:textId="77777777" w:rsidR="005E7ED3" w:rsidRDefault="00000000">
            <w:r>
              <w:rPr>
                <w:b/>
                <w:color w:val="0B3A66"/>
                <w:sz w:val="16"/>
              </w:rPr>
              <w:t>Metodo raccolta dati</w:t>
            </w:r>
          </w:p>
        </w:tc>
        <w:tc>
          <w:tcPr>
            <w:tcW w:w="5298" w:type="dxa"/>
            <w:shd w:val="clear" w:color="auto" w:fill="FFFFFF"/>
            <w:tcMar>
              <w:top w:w="70" w:type="dxa"/>
              <w:left w:w="70" w:type="dxa"/>
              <w:bottom w:w="70" w:type="dxa"/>
              <w:right w:w="70" w:type="dxa"/>
            </w:tcMar>
            <w:vAlign w:val="center"/>
          </w:tcPr>
          <w:p w14:paraId="4272209F" w14:textId="77777777" w:rsidR="005E7ED3" w:rsidRDefault="00000000">
            <w:r>
              <w:rPr>
                <w:color w:val="404040"/>
                <w:sz w:val="16"/>
              </w:rPr>
              <w:t>[osservazione, intervista, web app, misure temporali, check-list]</w:t>
            </w:r>
          </w:p>
        </w:tc>
      </w:tr>
      <w:tr w:rsidR="005E7ED3" w14:paraId="7EBF7F6C"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5298" w:type="dxa"/>
            <w:shd w:val="clear" w:color="auto" w:fill="F2F5F8"/>
            <w:tcMar>
              <w:top w:w="70" w:type="dxa"/>
              <w:left w:w="70" w:type="dxa"/>
              <w:bottom w:w="70" w:type="dxa"/>
              <w:right w:w="70" w:type="dxa"/>
            </w:tcMar>
            <w:vAlign w:val="center"/>
          </w:tcPr>
          <w:p w14:paraId="37401488" w14:textId="77777777" w:rsidR="005E7ED3" w:rsidRDefault="00000000">
            <w:r>
              <w:rPr>
                <w:b/>
                <w:color w:val="0B3A66"/>
                <w:sz w:val="16"/>
              </w:rPr>
              <w:t>Periodo di osservazione</w:t>
            </w:r>
          </w:p>
        </w:tc>
        <w:tc>
          <w:tcPr>
            <w:tcW w:w="5298" w:type="dxa"/>
            <w:shd w:val="clear" w:color="auto" w:fill="FFFFFF"/>
            <w:tcMar>
              <w:top w:w="70" w:type="dxa"/>
              <w:left w:w="70" w:type="dxa"/>
              <w:bottom w:w="70" w:type="dxa"/>
              <w:right w:w="70" w:type="dxa"/>
            </w:tcMar>
            <w:vAlign w:val="center"/>
          </w:tcPr>
          <w:p w14:paraId="30607043" w14:textId="77777777" w:rsidR="005E7ED3" w:rsidRDefault="00000000">
            <w:r>
              <w:rPr>
                <w:color w:val="404040"/>
                <w:sz w:val="16"/>
              </w:rPr>
              <w:t>[data / turno / fascia oraria]</w:t>
            </w:r>
          </w:p>
        </w:tc>
      </w:tr>
      <w:tr w:rsidR="005E7ED3" w14:paraId="34092834"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5298" w:type="dxa"/>
            <w:shd w:val="clear" w:color="auto" w:fill="F2F5F8"/>
            <w:tcMar>
              <w:top w:w="70" w:type="dxa"/>
              <w:left w:w="70" w:type="dxa"/>
              <w:bottom w:w="70" w:type="dxa"/>
              <w:right w:w="70" w:type="dxa"/>
            </w:tcMar>
            <w:vAlign w:val="center"/>
          </w:tcPr>
          <w:p w14:paraId="13883E36" w14:textId="77777777" w:rsidR="005E7ED3" w:rsidRDefault="00000000">
            <w:r>
              <w:rPr>
                <w:b/>
                <w:color w:val="0B3A66"/>
                <w:sz w:val="16"/>
              </w:rPr>
              <w:t>Campione osservato</w:t>
            </w:r>
          </w:p>
        </w:tc>
        <w:tc>
          <w:tcPr>
            <w:tcW w:w="5298" w:type="dxa"/>
            <w:shd w:val="clear" w:color="auto" w:fill="FFFFFF"/>
            <w:tcMar>
              <w:top w:w="70" w:type="dxa"/>
              <w:left w:w="70" w:type="dxa"/>
              <w:bottom w:w="70" w:type="dxa"/>
              <w:right w:w="70" w:type="dxa"/>
            </w:tcMar>
            <w:vAlign w:val="center"/>
          </w:tcPr>
          <w:p w14:paraId="6CC7475A" w14:textId="77777777" w:rsidR="005E7ED3" w:rsidRDefault="00000000">
            <w:r>
              <w:rPr>
                <w:color w:val="404040"/>
                <w:sz w:val="16"/>
              </w:rPr>
              <w:t>[numero lavoratori e criteri]</w:t>
            </w:r>
          </w:p>
        </w:tc>
      </w:tr>
      <w:tr w:rsidR="005E7ED3" w14:paraId="3200CD53"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5298" w:type="dxa"/>
            <w:shd w:val="clear" w:color="auto" w:fill="F2F5F8"/>
            <w:tcMar>
              <w:top w:w="70" w:type="dxa"/>
              <w:left w:w="70" w:type="dxa"/>
              <w:bottom w:w="70" w:type="dxa"/>
              <w:right w:w="70" w:type="dxa"/>
            </w:tcMar>
            <w:vAlign w:val="center"/>
          </w:tcPr>
          <w:p w14:paraId="5E582AEE" w14:textId="77777777" w:rsidR="005E7ED3" w:rsidRDefault="00000000">
            <w:r>
              <w:rPr>
                <w:b/>
                <w:color w:val="0B3A66"/>
                <w:sz w:val="16"/>
              </w:rPr>
              <w:t>Rischi ergonomici correlati valutati altrove</w:t>
            </w:r>
          </w:p>
        </w:tc>
        <w:tc>
          <w:tcPr>
            <w:tcW w:w="5298" w:type="dxa"/>
            <w:shd w:val="clear" w:color="auto" w:fill="FFFFFF"/>
            <w:tcMar>
              <w:top w:w="70" w:type="dxa"/>
              <w:left w:w="70" w:type="dxa"/>
              <w:bottom w:w="70" w:type="dxa"/>
              <w:right w:w="70" w:type="dxa"/>
            </w:tcMar>
            <w:vAlign w:val="center"/>
          </w:tcPr>
          <w:p w14:paraId="7773D6B5" w14:textId="77777777" w:rsidR="005E7ED3" w:rsidRDefault="00000000">
            <w:r>
              <w:rPr>
                <w:color w:val="404040"/>
                <w:sz w:val="16"/>
              </w:rPr>
              <w:t>[VDT, MMC, sovraccarico biomeccanico, movimenti ripetitivi, microclima]</w:t>
            </w:r>
          </w:p>
        </w:tc>
      </w:tr>
      <w:tr w:rsidR="005E7ED3" w14:paraId="7CA0D642"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5298" w:type="dxa"/>
            <w:shd w:val="clear" w:color="auto" w:fill="F2F5F8"/>
            <w:tcMar>
              <w:top w:w="70" w:type="dxa"/>
              <w:left w:w="70" w:type="dxa"/>
              <w:bottom w:w="70" w:type="dxa"/>
              <w:right w:w="70" w:type="dxa"/>
            </w:tcMar>
            <w:vAlign w:val="center"/>
          </w:tcPr>
          <w:p w14:paraId="63D1AE76" w14:textId="77777777" w:rsidR="005E7ED3" w:rsidRDefault="00000000">
            <w:r>
              <w:rPr>
                <w:b/>
                <w:color w:val="0B3A66"/>
                <w:sz w:val="16"/>
              </w:rPr>
              <w:t>Note sul perimetro</w:t>
            </w:r>
          </w:p>
        </w:tc>
        <w:tc>
          <w:tcPr>
            <w:tcW w:w="5298" w:type="dxa"/>
            <w:shd w:val="clear" w:color="auto" w:fill="FFFFFF"/>
            <w:tcMar>
              <w:top w:w="70" w:type="dxa"/>
              <w:left w:w="70" w:type="dxa"/>
              <w:bottom w:w="70" w:type="dxa"/>
              <w:right w:w="70" w:type="dxa"/>
            </w:tcMar>
            <w:vAlign w:val="center"/>
          </w:tcPr>
          <w:p w14:paraId="7E1EBF61" w14:textId="77777777" w:rsidR="005E7ED3" w:rsidRDefault="00000000">
            <w:r>
              <w:rPr>
                <w:color w:val="404040"/>
                <w:sz w:val="16"/>
              </w:rPr>
              <w:t>[inserire]</w:t>
            </w:r>
          </w:p>
        </w:tc>
      </w:tr>
    </w:tbl>
    <w:p w14:paraId="4148A314" w14:textId="77777777" w:rsidR="005E7ED3" w:rsidRDefault="00000000">
      <w:r>
        <w:br w:type="page"/>
      </w:r>
    </w:p>
    <w:tbl>
      <w:tblPr>
        <w:tblW w:w="0" w:type="auto"/>
        <w:jc w:val="center"/>
        <w:tblBorders>
          <w:top w:val="single" w:sz="4" w:space="0" w:color="0B3A66"/>
          <w:left w:val="single" w:sz="4" w:space="0" w:color="0B3A66"/>
          <w:bottom w:val="single" w:sz="4" w:space="0" w:color="0B3A66"/>
          <w:right w:val="single" w:sz="4" w:space="0" w:color="0B3A66"/>
          <w:insideH w:val="single" w:sz="4" w:space="0" w:color="0B3A66"/>
          <w:insideV w:val="single" w:sz="4" w:space="0" w:color="0B3A66"/>
        </w:tblBorders>
        <w:tblLook w:val="04A0" w:firstRow="1" w:lastRow="0" w:firstColumn="1" w:lastColumn="0" w:noHBand="0" w:noVBand="1"/>
      </w:tblPr>
      <w:tblGrid>
        <w:gridCol w:w="10596"/>
      </w:tblGrid>
      <w:tr w:rsidR="005E7ED3" w14:paraId="4939AF8D" w14:textId="77777777">
        <w:trPr>
          <w:jc w:val="center"/>
        </w:trPr>
        <w:tc>
          <w:tcPr>
            <w:tcW w:w="10596" w:type="dxa"/>
            <w:shd w:val="clear" w:color="auto" w:fill="0B3A66"/>
            <w:tcMar>
              <w:top w:w="70" w:type="dxa"/>
              <w:left w:w="70" w:type="dxa"/>
              <w:bottom w:w="70" w:type="dxa"/>
              <w:right w:w="70" w:type="dxa"/>
            </w:tcMar>
            <w:vAlign w:val="center"/>
          </w:tcPr>
          <w:p w14:paraId="1AA50EE9" w14:textId="77777777" w:rsidR="005E7ED3" w:rsidRDefault="00000000">
            <w:pPr>
              <w:jc w:val="center"/>
            </w:pPr>
            <w:r>
              <w:rPr>
                <w:b/>
                <w:color w:val="FFFFFF"/>
                <w:sz w:val="21"/>
              </w:rPr>
              <w:t>2. PREFAZIONE AL RISCHIO</w:t>
            </w:r>
          </w:p>
        </w:tc>
      </w:tr>
    </w:tbl>
    <w:p w14:paraId="451082D3" w14:textId="77777777" w:rsidR="005E7ED3" w:rsidRDefault="00000000">
      <w:pPr>
        <w:pStyle w:val="Titolo1"/>
      </w:pPr>
      <w:r>
        <w:rPr>
          <w:rFonts w:ascii="Arial" w:hAnsi="Arial"/>
          <w:b w:val="0"/>
        </w:rPr>
        <w:t>2.1 Perche valutare le posture statiche prolungate</w:t>
      </w:r>
    </w:p>
    <w:p w14:paraId="2577A0E3" w14:textId="77777777" w:rsidR="005E7ED3" w:rsidRDefault="00000000">
      <w:r>
        <w:rPr>
          <w:sz w:val="18"/>
        </w:rPr>
        <w:t>La permanenza prolungata in posizione seduta o in piedi rappresenta una condizione di esposizione ergonomica e organizzativa che puo incidere sul benessere del lavoratore, sull'affaticamento, sulla circolazione, sui disturbi muscolo-scheletrici e sulla prevenzione delle patologie cardiovascolari. Il rischio non deriva dalla singola postura in quanto tale, ma dalla sua durata, dalla continuita, dall'assenza di movimento, dalla carenza di pause, dalla rigidita del ciclo lavorativo e dall'impossibilita di scegliere o modificare la posizione durante il lavoro.</w:t>
      </w:r>
    </w:p>
    <w:p w14:paraId="7963DBD5" w14:textId="77777777" w:rsidR="005E7ED3" w:rsidRDefault="00000000">
      <w:r>
        <w:rPr>
          <w:sz w:val="18"/>
        </w:rPr>
        <w:t>La finalita della valutazione non e sostituire il lavoro seduto con il lavoro in piedi, ma progettare un lavoro piu dinamico. La misura prevenzionistica centrale e la variazione: sedersi quando serve, stare in piedi quando e utile e muoversi quando possibile. In questa logica, la postura migliore e quella successiva, prima che la staticita diventi esposizione significativa.</w:t>
      </w:r>
    </w:p>
    <w:tbl>
      <w:tblPr>
        <w:tblW w:w="0" w:type="auto"/>
        <w:jc w:val="center"/>
        <w:tblBorders>
          <w:top w:val="single" w:sz="8" w:space="0" w:color="145DA0"/>
          <w:left w:val="single" w:sz="8" w:space="0" w:color="145DA0"/>
          <w:bottom w:val="single" w:sz="8" w:space="0" w:color="145DA0"/>
          <w:right w:val="single" w:sz="8" w:space="0" w:color="145DA0"/>
          <w:insideH w:val="single" w:sz="8" w:space="0" w:color="145DA0"/>
          <w:insideV w:val="single" w:sz="8" w:space="0" w:color="145DA0"/>
        </w:tblBorders>
        <w:tblLook w:val="04A0" w:firstRow="1" w:lastRow="0" w:firstColumn="1" w:lastColumn="0" w:noHBand="0" w:noVBand="1"/>
      </w:tblPr>
      <w:tblGrid>
        <w:gridCol w:w="10596"/>
      </w:tblGrid>
      <w:tr w:rsidR="005E7ED3" w14:paraId="13C28890" w14:textId="77777777">
        <w:trPr>
          <w:jc w:val="center"/>
        </w:trPr>
        <w:tc>
          <w:tcPr>
            <w:tcW w:w="10596" w:type="dxa"/>
            <w:shd w:val="clear" w:color="auto" w:fill="145DA0"/>
            <w:tcMar>
              <w:top w:w="70" w:type="dxa"/>
              <w:left w:w="70" w:type="dxa"/>
              <w:bottom w:w="70" w:type="dxa"/>
              <w:right w:w="70" w:type="dxa"/>
            </w:tcMar>
            <w:vAlign w:val="center"/>
          </w:tcPr>
          <w:p w14:paraId="06F58380" w14:textId="77777777" w:rsidR="005E7ED3" w:rsidRDefault="00000000">
            <w:r>
              <w:rPr>
                <w:b/>
                <w:color w:val="FFFFFF"/>
              </w:rPr>
              <w:t>Principio guida</w:t>
            </w:r>
          </w:p>
        </w:tc>
      </w:tr>
      <w:tr w:rsidR="005E7ED3" w14:paraId="2A92246C" w14:textId="77777777">
        <w:trPr>
          <w:jc w:val="center"/>
        </w:trPr>
        <w:tc>
          <w:tcPr>
            <w:tcW w:w="10596" w:type="dxa"/>
            <w:shd w:val="clear" w:color="auto" w:fill="EAF3FF"/>
            <w:tcMar>
              <w:top w:w="100" w:type="dxa"/>
              <w:left w:w="120" w:type="dxa"/>
              <w:bottom w:w="100" w:type="dxa"/>
              <w:right w:w="120" w:type="dxa"/>
            </w:tcMar>
            <w:vAlign w:val="center"/>
          </w:tcPr>
          <w:p w14:paraId="28FDC598" w14:textId="77777777" w:rsidR="005E7ED3" w:rsidRDefault="00000000">
            <w:pPr>
              <w:pStyle w:val="BoxText"/>
            </w:pPr>
            <w:r>
              <w:t>Il contrario di "stare seduti" non e "stare in piedi", ma "muoversi". La valutazione deve quindi verificare se l'organizzazione del lavoro consente una reale alternanza tra seduta, stazione eretta, camminata, micro-pause e rotazione dei compiti.</w:t>
            </w:r>
          </w:p>
        </w:tc>
      </w:tr>
    </w:tbl>
    <w:p w14:paraId="438C12A9" w14:textId="77777777" w:rsidR="005E7ED3" w:rsidRDefault="00000000">
      <w:pPr>
        <w:pStyle w:val="Titolo1"/>
      </w:pPr>
      <w:r>
        <w:rPr>
          <w:rFonts w:ascii="Arial" w:hAnsi="Arial"/>
          <w:b w:val="0"/>
        </w:rPr>
        <w:t>2.2 Effetti potenziali sulla salute da considerare nella valutazione</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5298"/>
        <w:gridCol w:w="5298"/>
      </w:tblGrid>
      <w:tr w:rsidR="005E7ED3" w14:paraId="465753EE" w14:textId="77777777">
        <w:trPr>
          <w:jc w:val="center"/>
        </w:trPr>
        <w:tc>
          <w:tcPr>
            <w:tcW w:w="5298" w:type="dxa"/>
            <w:shd w:val="clear" w:color="auto" w:fill="EAF3FF"/>
            <w:tcMar>
              <w:top w:w="70" w:type="dxa"/>
              <w:left w:w="70" w:type="dxa"/>
              <w:bottom w:w="70" w:type="dxa"/>
              <w:right w:w="70" w:type="dxa"/>
            </w:tcMar>
            <w:vAlign w:val="center"/>
          </w:tcPr>
          <w:p w14:paraId="6FB4A58C" w14:textId="77777777" w:rsidR="005E7ED3" w:rsidRDefault="00000000">
            <w:r>
              <w:rPr>
                <w:b/>
                <w:color w:val="0B3A66"/>
                <w:sz w:val="18"/>
              </w:rPr>
              <w:t>Postura seduta prolungata</w:t>
            </w:r>
          </w:p>
          <w:p w14:paraId="003FE8FE" w14:textId="77777777" w:rsidR="005E7ED3" w:rsidRDefault="00000000">
            <w:pPr>
              <w:spacing w:after="20"/>
            </w:pPr>
            <w:r>
              <w:rPr>
                <w:sz w:val="16"/>
              </w:rPr>
              <w:t>- Malattie cardiovascolari e rischio cardiometabolico.</w:t>
            </w:r>
          </w:p>
          <w:p w14:paraId="2EDA18F0" w14:textId="77777777" w:rsidR="005E7ED3" w:rsidRDefault="00000000">
            <w:pPr>
              <w:spacing w:after="20"/>
            </w:pPr>
            <w:r>
              <w:rPr>
                <w:sz w:val="16"/>
              </w:rPr>
              <w:t>- Diabete di tipo 2, obesita e ridotto dispendio energetico.</w:t>
            </w:r>
          </w:p>
          <w:p w14:paraId="7FFB7FA9" w14:textId="77777777" w:rsidR="005E7ED3" w:rsidRDefault="00000000">
            <w:pPr>
              <w:spacing w:after="20"/>
            </w:pPr>
            <w:r>
              <w:rPr>
                <w:sz w:val="16"/>
              </w:rPr>
              <w:t>- Disturbi muscolo-scheletrici: schiena, collo, spalle.</w:t>
            </w:r>
          </w:p>
          <w:p w14:paraId="6E5D61C4" w14:textId="77777777" w:rsidR="005E7ED3" w:rsidRDefault="00000000">
            <w:pPr>
              <w:spacing w:after="20"/>
            </w:pPr>
            <w:r>
              <w:rPr>
                <w:sz w:val="16"/>
              </w:rPr>
              <w:t>- Affaticamento, riduzione del benessere, possibili effetti psicologici.</w:t>
            </w:r>
          </w:p>
          <w:p w14:paraId="0F7C8149" w14:textId="77777777" w:rsidR="005E7ED3" w:rsidRDefault="00000000">
            <w:pPr>
              <w:spacing w:after="20"/>
            </w:pPr>
            <w:r>
              <w:rPr>
                <w:sz w:val="16"/>
              </w:rPr>
              <w:t>- Morte prematura in caso di elevata sedentarieta associata a bassa attivita fisica.</w:t>
            </w:r>
          </w:p>
        </w:tc>
        <w:tc>
          <w:tcPr>
            <w:tcW w:w="5298" w:type="dxa"/>
            <w:shd w:val="clear" w:color="auto" w:fill="EAF3FF"/>
            <w:tcMar>
              <w:top w:w="70" w:type="dxa"/>
              <w:left w:w="70" w:type="dxa"/>
              <w:bottom w:w="70" w:type="dxa"/>
              <w:right w:w="70" w:type="dxa"/>
            </w:tcMar>
            <w:vAlign w:val="center"/>
          </w:tcPr>
          <w:p w14:paraId="36788258" w14:textId="77777777" w:rsidR="005E7ED3" w:rsidRDefault="00000000">
            <w:r>
              <w:rPr>
                <w:b/>
                <w:color w:val="0B3A66"/>
                <w:sz w:val="18"/>
              </w:rPr>
              <w:t>Postura in piedi prolungata / costretta</w:t>
            </w:r>
          </w:p>
          <w:p w14:paraId="482D45FB" w14:textId="77777777" w:rsidR="005E7ED3" w:rsidRDefault="00000000">
            <w:pPr>
              <w:spacing w:after="20"/>
            </w:pPr>
            <w:r>
              <w:rPr>
                <w:sz w:val="16"/>
              </w:rPr>
              <w:t>- Ipertensione arteriosa, flusso sanguigno ridotto e problemi circolatori.</w:t>
            </w:r>
          </w:p>
          <w:p w14:paraId="0BE28A20" w14:textId="77777777" w:rsidR="005E7ED3" w:rsidRDefault="00000000">
            <w:pPr>
              <w:spacing w:after="20"/>
            </w:pPr>
            <w:r>
              <w:rPr>
                <w:sz w:val="16"/>
              </w:rPr>
              <w:t>- Vene varicose, gambe gonfie, pesantezza e affaticamento.</w:t>
            </w:r>
          </w:p>
          <w:p w14:paraId="0CD99C3C" w14:textId="77777777" w:rsidR="005E7ED3" w:rsidRDefault="00000000">
            <w:pPr>
              <w:spacing w:after="20"/>
            </w:pPr>
            <w:r>
              <w:rPr>
                <w:sz w:val="16"/>
              </w:rPr>
              <w:t>- Malattie cardiache in caso di lavoro prevalentemente statico in piedi.</w:t>
            </w:r>
          </w:p>
          <w:p w14:paraId="134B5C87" w14:textId="77777777" w:rsidR="005E7ED3" w:rsidRDefault="00000000">
            <w:pPr>
              <w:spacing w:after="20"/>
            </w:pPr>
            <w:r>
              <w:rPr>
                <w:sz w:val="16"/>
              </w:rPr>
              <w:t>- Disturbi muscolo-scheletrici: lombalgia, gambe, ginocchia, caviglie, piedi.</w:t>
            </w:r>
          </w:p>
          <w:p w14:paraId="4D295965" w14:textId="77777777" w:rsidR="005E7ED3" w:rsidRDefault="00000000">
            <w:pPr>
              <w:spacing w:after="20"/>
            </w:pPr>
            <w:r>
              <w:rPr>
                <w:sz w:val="16"/>
              </w:rPr>
              <w:t>- Rilevanza specifica per gravidanza, lavoratori anziani e soggetti con limitazioni.</w:t>
            </w:r>
          </w:p>
        </w:tc>
      </w:tr>
    </w:tbl>
    <w:p w14:paraId="1F3B9BF1" w14:textId="77777777" w:rsidR="005E7ED3" w:rsidRDefault="00000000">
      <w:pPr>
        <w:pStyle w:val="Titolo1"/>
      </w:pPr>
      <w:r>
        <w:rPr>
          <w:rFonts w:ascii="Arial" w:hAnsi="Arial"/>
          <w:b w:val="0"/>
        </w:rPr>
        <w:t>2.3 Definizioni operative</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3532"/>
        <w:gridCol w:w="3532"/>
        <w:gridCol w:w="3532"/>
      </w:tblGrid>
      <w:tr w:rsidR="005E7ED3" w14:paraId="1B4AACEB" w14:textId="77777777">
        <w:trPr>
          <w:jc w:val="center"/>
        </w:trPr>
        <w:tc>
          <w:tcPr>
            <w:tcW w:w="3532" w:type="dxa"/>
            <w:shd w:val="clear" w:color="auto" w:fill="0B3A66"/>
            <w:tcMar>
              <w:top w:w="70" w:type="dxa"/>
              <w:left w:w="70" w:type="dxa"/>
              <w:bottom w:w="70" w:type="dxa"/>
              <w:right w:w="70" w:type="dxa"/>
            </w:tcMar>
            <w:vAlign w:val="center"/>
          </w:tcPr>
          <w:p w14:paraId="4CDA3528" w14:textId="77777777" w:rsidR="005E7ED3" w:rsidRDefault="00000000">
            <w:pPr>
              <w:jc w:val="center"/>
            </w:pPr>
            <w:r>
              <w:rPr>
                <w:b/>
                <w:color w:val="FFFFFF"/>
                <w:sz w:val="16"/>
              </w:rPr>
              <w:t>Termine</w:t>
            </w:r>
          </w:p>
        </w:tc>
        <w:tc>
          <w:tcPr>
            <w:tcW w:w="3532" w:type="dxa"/>
            <w:shd w:val="clear" w:color="auto" w:fill="0B3A66"/>
            <w:tcMar>
              <w:top w:w="70" w:type="dxa"/>
              <w:left w:w="70" w:type="dxa"/>
              <w:bottom w:w="70" w:type="dxa"/>
              <w:right w:w="70" w:type="dxa"/>
            </w:tcMar>
            <w:vAlign w:val="center"/>
          </w:tcPr>
          <w:p w14:paraId="6A3619BE" w14:textId="77777777" w:rsidR="005E7ED3" w:rsidRDefault="00000000">
            <w:pPr>
              <w:jc w:val="center"/>
            </w:pPr>
            <w:r>
              <w:rPr>
                <w:b/>
                <w:color w:val="FFFFFF"/>
                <w:sz w:val="16"/>
              </w:rPr>
              <w:t>Definizione operativa</w:t>
            </w:r>
          </w:p>
        </w:tc>
        <w:tc>
          <w:tcPr>
            <w:tcW w:w="3532" w:type="dxa"/>
            <w:shd w:val="clear" w:color="auto" w:fill="0B3A66"/>
            <w:tcMar>
              <w:top w:w="70" w:type="dxa"/>
              <w:left w:w="70" w:type="dxa"/>
              <w:bottom w:w="70" w:type="dxa"/>
              <w:right w:w="70" w:type="dxa"/>
            </w:tcMar>
            <w:vAlign w:val="center"/>
          </w:tcPr>
          <w:p w14:paraId="3886828A" w14:textId="77777777" w:rsidR="005E7ED3" w:rsidRDefault="00000000">
            <w:pPr>
              <w:jc w:val="center"/>
            </w:pPr>
            <w:r>
              <w:rPr>
                <w:b/>
                <w:color w:val="FFFFFF"/>
                <w:sz w:val="16"/>
              </w:rPr>
              <w:t>Indicatore da rilevare</w:t>
            </w:r>
          </w:p>
        </w:tc>
      </w:tr>
      <w:tr w:rsidR="005E7ED3" w14:paraId="497B735F" w14:textId="77777777">
        <w:trPr>
          <w:jc w:val="center"/>
        </w:trPr>
        <w:tc>
          <w:tcPr>
            <w:tcW w:w="3532" w:type="dxa"/>
            <w:shd w:val="clear" w:color="auto" w:fill="FFFFFF"/>
            <w:tcMar>
              <w:top w:w="70" w:type="dxa"/>
              <w:left w:w="70" w:type="dxa"/>
              <w:bottom w:w="70" w:type="dxa"/>
              <w:right w:w="70" w:type="dxa"/>
            </w:tcMar>
            <w:vAlign w:val="center"/>
          </w:tcPr>
          <w:p w14:paraId="1AD88379" w14:textId="77777777" w:rsidR="005E7ED3" w:rsidRDefault="00000000">
            <w:r>
              <w:rPr>
                <w:sz w:val="16"/>
              </w:rPr>
              <w:t>Postura seduta prolungata</w:t>
            </w:r>
          </w:p>
        </w:tc>
        <w:tc>
          <w:tcPr>
            <w:tcW w:w="3532" w:type="dxa"/>
            <w:shd w:val="clear" w:color="auto" w:fill="FFFFFF"/>
            <w:tcMar>
              <w:top w:w="70" w:type="dxa"/>
              <w:left w:w="70" w:type="dxa"/>
              <w:bottom w:w="70" w:type="dxa"/>
              <w:right w:w="70" w:type="dxa"/>
            </w:tcMar>
            <w:vAlign w:val="center"/>
          </w:tcPr>
          <w:p w14:paraId="7F387319" w14:textId="77777777" w:rsidR="005E7ED3" w:rsidRDefault="00000000">
            <w:r>
              <w:rPr>
                <w:sz w:val="16"/>
              </w:rPr>
              <w:t>Permanenza seduta per 2 o piu ore continuative oppure per oltre 5-6 ore complessive al giorno.</w:t>
            </w:r>
          </w:p>
        </w:tc>
        <w:tc>
          <w:tcPr>
            <w:tcW w:w="3532" w:type="dxa"/>
            <w:shd w:val="clear" w:color="auto" w:fill="FFFFFF"/>
            <w:tcMar>
              <w:top w:w="70" w:type="dxa"/>
              <w:left w:w="70" w:type="dxa"/>
              <w:bottom w:w="70" w:type="dxa"/>
              <w:right w:w="70" w:type="dxa"/>
            </w:tcMar>
            <w:vAlign w:val="center"/>
          </w:tcPr>
          <w:p w14:paraId="33A4847D" w14:textId="77777777" w:rsidR="005E7ED3" w:rsidRDefault="00000000">
            <w:r>
              <w:rPr>
                <w:sz w:val="16"/>
              </w:rPr>
              <w:t>TSC in minuti; TSG in ore/turno.</w:t>
            </w:r>
          </w:p>
        </w:tc>
      </w:tr>
      <w:tr w:rsidR="005E7ED3" w14:paraId="0AF27434" w14:textId="77777777">
        <w:trPr>
          <w:jc w:val="center"/>
        </w:trPr>
        <w:tc>
          <w:tcPr>
            <w:tcW w:w="3532" w:type="dxa"/>
            <w:shd w:val="clear" w:color="auto" w:fill="F4F9FF"/>
            <w:tcMar>
              <w:top w:w="70" w:type="dxa"/>
              <w:left w:w="70" w:type="dxa"/>
              <w:bottom w:w="70" w:type="dxa"/>
              <w:right w:w="70" w:type="dxa"/>
            </w:tcMar>
            <w:vAlign w:val="center"/>
          </w:tcPr>
          <w:p w14:paraId="2005D3B0" w14:textId="77777777" w:rsidR="005E7ED3" w:rsidRDefault="00000000">
            <w:r>
              <w:rPr>
                <w:sz w:val="16"/>
              </w:rPr>
              <w:t>Postura in piedi prolungata</w:t>
            </w:r>
          </w:p>
        </w:tc>
        <w:tc>
          <w:tcPr>
            <w:tcW w:w="3532" w:type="dxa"/>
            <w:shd w:val="clear" w:color="auto" w:fill="F4F9FF"/>
            <w:tcMar>
              <w:top w:w="70" w:type="dxa"/>
              <w:left w:w="70" w:type="dxa"/>
              <w:bottom w:w="70" w:type="dxa"/>
              <w:right w:w="70" w:type="dxa"/>
            </w:tcMar>
            <w:vAlign w:val="center"/>
          </w:tcPr>
          <w:p w14:paraId="1A96C80E" w14:textId="77777777" w:rsidR="005E7ED3" w:rsidRDefault="00000000">
            <w:r>
              <w:rPr>
                <w:sz w:val="16"/>
              </w:rPr>
              <w:t>Permanenza in piedi per piu di 1 ora continuativa oppure per oltre 4 ore complessive al giorno.</w:t>
            </w:r>
          </w:p>
        </w:tc>
        <w:tc>
          <w:tcPr>
            <w:tcW w:w="3532" w:type="dxa"/>
            <w:shd w:val="clear" w:color="auto" w:fill="F4F9FF"/>
            <w:tcMar>
              <w:top w:w="70" w:type="dxa"/>
              <w:left w:w="70" w:type="dxa"/>
              <w:bottom w:w="70" w:type="dxa"/>
              <w:right w:w="70" w:type="dxa"/>
            </w:tcMar>
            <w:vAlign w:val="center"/>
          </w:tcPr>
          <w:p w14:paraId="25856EA5" w14:textId="77777777" w:rsidR="005E7ED3" w:rsidRDefault="00000000">
            <w:r>
              <w:rPr>
                <w:sz w:val="16"/>
              </w:rPr>
              <w:t>TPC in minuti; TPG in ore/turno.</w:t>
            </w:r>
          </w:p>
        </w:tc>
      </w:tr>
      <w:tr w:rsidR="005E7ED3" w14:paraId="0DD3F8B6" w14:textId="77777777">
        <w:trPr>
          <w:jc w:val="center"/>
        </w:trPr>
        <w:tc>
          <w:tcPr>
            <w:tcW w:w="3532" w:type="dxa"/>
            <w:shd w:val="clear" w:color="auto" w:fill="FFFFFF"/>
            <w:tcMar>
              <w:top w:w="70" w:type="dxa"/>
              <w:left w:w="70" w:type="dxa"/>
              <w:bottom w:w="70" w:type="dxa"/>
              <w:right w:w="70" w:type="dxa"/>
            </w:tcMar>
            <w:vAlign w:val="center"/>
          </w:tcPr>
          <w:p w14:paraId="1260B494" w14:textId="77777777" w:rsidR="005E7ED3" w:rsidRDefault="00000000">
            <w:r>
              <w:rPr>
                <w:sz w:val="16"/>
              </w:rPr>
              <w:t>Postura in piedi costretta</w:t>
            </w:r>
          </w:p>
        </w:tc>
        <w:tc>
          <w:tcPr>
            <w:tcW w:w="3532" w:type="dxa"/>
            <w:shd w:val="clear" w:color="auto" w:fill="FFFFFF"/>
            <w:tcMar>
              <w:top w:w="70" w:type="dxa"/>
              <w:left w:w="70" w:type="dxa"/>
              <w:bottom w:w="70" w:type="dxa"/>
              <w:right w:w="70" w:type="dxa"/>
            </w:tcMar>
            <w:vAlign w:val="center"/>
          </w:tcPr>
          <w:p w14:paraId="22FC4265" w14:textId="77777777" w:rsidR="005E7ED3" w:rsidRDefault="00000000">
            <w:r>
              <w:rPr>
                <w:sz w:val="16"/>
              </w:rPr>
              <w:t>Permanenza nello stesso punto o area ristretta, senza possibilita effettiva di sedersi o muoversi per recupero.</w:t>
            </w:r>
          </w:p>
        </w:tc>
        <w:tc>
          <w:tcPr>
            <w:tcW w:w="3532" w:type="dxa"/>
            <w:shd w:val="clear" w:color="auto" w:fill="FFFFFF"/>
            <w:tcMar>
              <w:top w:w="70" w:type="dxa"/>
              <w:left w:w="70" w:type="dxa"/>
              <w:bottom w:w="70" w:type="dxa"/>
              <w:right w:w="70" w:type="dxa"/>
            </w:tcMar>
            <w:vAlign w:val="center"/>
          </w:tcPr>
          <w:p w14:paraId="428BF21C" w14:textId="77777777" w:rsidR="005E7ED3" w:rsidRDefault="00000000">
            <w:r>
              <w:rPr>
                <w:sz w:val="16"/>
              </w:rPr>
              <w:t>Area &lt;1 m2; seduta assente; ciclo rigido.</w:t>
            </w:r>
          </w:p>
        </w:tc>
      </w:tr>
      <w:tr w:rsidR="005E7ED3" w14:paraId="2AD9A56F" w14:textId="77777777">
        <w:trPr>
          <w:jc w:val="center"/>
        </w:trPr>
        <w:tc>
          <w:tcPr>
            <w:tcW w:w="3532" w:type="dxa"/>
            <w:shd w:val="clear" w:color="auto" w:fill="F4F9FF"/>
            <w:tcMar>
              <w:top w:w="70" w:type="dxa"/>
              <w:left w:w="70" w:type="dxa"/>
              <w:bottom w:w="70" w:type="dxa"/>
              <w:right w:w="70" w:type="dxa"/>
            </w:tcMar>
            <w:vAlign w:val="center"/>
          </w:tcPr>
          <w:p w14:paraId="17F91E1C" w14:textId="77777777" w:rsidR="005E7ED3" w:rsidRDefault="00000000">
            <w:r>
              <w:rPr>
                <w:sz w:val="16"/>
              </w:rPr>
              <w:t>Lavoro dinamico</w:t>
            </w:r>
          </w:p>
        </w:tc>
        <w:tc>
          <w:tcPr>
            <w:tcW w:w="3532" w:type="dxa"/>
            <w:shd w:val="clear" w:color="auto" w:fill="F4F9FF"/>
            <w:tcMar>
              <w:top w:w="70" w:type="dxa"/>
              <w:left w:w="70" w:type="dxa"/>
              <w:bottom w:w="70" w:type="dxa"/>
              <w:right w:w="70" w:type="dxa"/>
            </w:tcMar>
            <w:vAlign w:val="center"/>
          </w:tcPr>
          <w:p w14:paraId="4B04D04B" w14:textId="77777777" w:rsidR="005E7ED3" w:rsidRDefault="00000000">
            <w:r>
              <w:rPr>
                <w:sz w:val="16"/>
              </w:rPr>
              <w:t>Attivita organizzata alternando seduta, stazione eretta, movimento, pause e rotazione compiti.</w:t>
            </w:r>
          </w:p>
        </w:tc>
        <w:tc>
          <w:tcPr>
            <w:tcW w:w="3532" w:type="dxa"/>
            <w:shd w:val="clear" w:color="auto" w:fill="F4F9FF"/>
            <w:tcMar>
              <w:top w:w="70" w:type="dxa"/>
              <w:left w:w="70" w:type="dxa"/>
              <w:bottom w:w="70" w:type="dxa"/>
              <w:right w:w="70" w:type="dxa"/>
            </w:tcMar>
            <w:vAlign w:val="center"/>
          </w:tcPr>
          <w:p w14:paraId="12B7A8F6" w14:textId="77777777" w:rsidR="005E7ED3" w:rsidRDefault="00000000">
            <w:r>
              <w:rPr>
                <w:sz w:val="16"/>
              </w:rPr>
              <w:t>% movimento; pause; rotazione; autonomia.</w:t>
            </w:r>
          </w:p>
        </w:tc>
      </w:tr>
    </w:tbl>
    <w:p w14:paraId="7AAC5269" w14:textId="77777777" w:rsidR="005E7ED3" w:rsidRDefault="00000000">
      <w:r>
        <w:br w:type="page"/>
      </w:r>
    </w:p>
    <w:tbl>
      <w:tblPr>
        <w:tblW w:w="0" w:type="auto"/>
        <w:jc w:val="center"/>
        <w:tblBorders>
          <w:top w:val="single" w:sz="4" w:space="0" w:color="0B3A66"/>
          <w:left w:val="single" w:sz="4" w:space="0" w:color="0B3A66"/>
          <w:bottom w:val="single" w:sz="4" w:space="0" w:color="0B3A66"/>
          <w:right w:val="single" w:sz="4" w:space="0" w:color="0B3A66"/>
          <w:insideH w:val="single" w:sz="4" w:space="0" w:color="0B3A66"/>
          <w:insideV w:val="single" w:sz="4" w:space="0" w:color="0B3A66"/>
        </w:tblBorders>
        <w:tblLook w:val="04A0" w:firstRow="1" w:lastRow="0" w:firstColumn="1" w:lastColumn="0" w:noHBand="0" w:noVBand="1"/>
      </w:tblPr>
      <w:tblGrid>
        <w:gridCol w:w="10596"/>
      </w:tblGrid>
      <w:tr w:rsidR="005E7ED3" w14:paraId="6FF299F5" w14:textId="77777777">
        <w:trPr>
          <w:jc w:val="center"/>
        </w:trPr>
        <w:tc>
          <w:tcPr>
            <w:tcW w:w="10596" w:type="dxa"/>
            <w:shd w:val="clear" w:color="auto" w:fill="0B3A66"/>
            <w:tcMar>
              <w:top w:w="70" w:type="dxa"/>
              <w:left w:w="70" w:type="dxa"/>
              <w:bottom w:w="70" w:type="dxa"/>
              <w:right w:w="70" w:type="dxa"/>
            </w:tcMar>
            <w:vAlign w:val="center"/>
          </w:tcPr>
          <w:p w14:paraId="3FE28419" w14:textId="77777777" w:rsidR="005E7ED3" w:rsidRDefault="00000000">
            <w:pPr>
              <w:jc w:val="center"/>
            </w:pPr>
            <w:r>
              <w:rPr>
                <w:b/>
                <w:color w:val="FFFFFF"/>
                <w:sz w:val="21"/>
              </w:rPr>
              <w:t>3. RIFERIMENTI NORMATIVI E TECNICI</w:t>
            </w:r>
          </w:p>
        </w:tc>
      </w:tr>
    </w:tbl>
    <w:p w14:paraId="490934E7" w14:textId="77777777" w:rsidR="005E7ED3" w:rsidRDefault="00000000">
      <w:pPr>
        <w:pStyle w:val="Titolo1"/>
      </w:pPr>
      <w:r>
        <w:rPr>
          <w:rFonts w:ascii="Arial" w:hAnsi="Arial"/>
          <w:b w:val="0"/>
        </w:rPr>
        <w:t>3.1 Riferimenti normativi principali</w:t>
      </w:r>
    </w:p>
    <w:tbl>
      <w:tblPr>
        <w:tblW w:w="0" w:type="auto"/>
        <w:jc w:val="center"/>
        <w:tblBorders>
          <w:top w:val="single" w:sz="8" w:space="0" w:color="F4B183"/>
          <w:left w:val="single" w:sz="8" w:space="0" w:color="F4B183"/>
          <w:bottom w:val="single" w:sz="8" w:space="0" w:color="F4B183"/>
          <w:right w:val="single" w:sz="8" w:space="0" w:color="F4B183"/>
          <w:insideH w:val="single" w:sz="8" w:space="0" w:color="F4B183"/>
          <w:insideV w:val="single" w:sz="8" w:space="0" w:color="F4B183"/>
        </w:tblBorders>
        <w:tblLook w:val="04A0" w:firstRow="1" w:lastRow="0" w:firstColumn="1" w:lastColumn="0" w:noHBand="0" w:noVBand="1"/>
      </w:tblPr>
      <w:tblGrid>
        <w:gridCol w:w="3532"/>
        <w:gridCol w:w="3532"/>
        <w:gridCol w:w="3532"/>
      </w:tblGrid>
      <w:tr w:rsidR="005E7ED3" w14:paraId="7864DF7D" w14:textId="77777777">
        <w:trPr>
          <w:jc w:val="center"/>
        </w:trPr>
        <w:tc>
          <w:tcPr>
            <w:tcW w:w="10596" w:type="dxa"/>
            <w:gridSpan w:val="3"/>
            <w:shd w:val="clear" w:color="auto" w:fill="F4B183"/>
            <w:tcMar>
              <w:top w:w="70" w:type="dxa"/>
              <w:left w:w="70" w:type="dxa"/>
              <w:bottom w:w="70" w:type="dxa"/>
              <w:right w:w="70" w:type="dxa"/>
            </w:tcMar>
            <w:vAlign w:val="center"/>
          </w:tcPr>
          <w:p w14:paraId="013F6726" w14:textId="77777777" w:rsidR="005E7ED3" w:rsidRDefault="00000000">
            <w:r>
              <w:rPr>
                <w:b/>
                <w:color w:val="FFFFFF"/>
              </w:rPr>
              <w:t>Nota di aggiornamento normativo</w:t>
            </w:r>
          </w:p>
        </w:tc>
      </w:tr>
      <w:tr w:rsidR="005E7ED3" w14:paraId="0A4F40D4" w14:textId="77777777">
        <w:trPr>
          <w:jc w:val="center"/>
        </w:trPr>
        <w:tc>
          <w:tcPr>
            <w:tcW w:w="10596" w:type="dxa"/>
            <w:gridSpan w:val="3"/>
            <w:shd w:val="clear" w:color="auto" w:fill="FFF2CC"/>
            <w:tcMar>
              <w:top w:w="100" w:type="dxa"/>
              <w:left w:w="120" w:type="dxa"/>
              <w:bottom w:w="100" w:type="dxa"/>
              <w:right w:w="120" w:type="dxa"/>
            </w:tcMar>
            <w:vAlign w:val="center"/>
          </w:tcPr>
          <w:p w14:paraId="50DEB193" w14:textId="77777777" w:rsidR="005E7ED3" w:rsidRDefault="00000000">
            <w:pPr>
              <w:pStyle w:val="BoxText"/>
            </w:pPr>
            <w:r>
              <w:t>I riferimenti seguenti sono una base di lavoro e devono essere verificati rispetto al testo vigente, al settore specifico e ad eventuali disposizioni nazionali, regionali, contrattuali o aziendali applicabili. Il modello non costituisce parere legale.</w:t>
            </w:r>
          </w:p>
        </w:tc>
      </w:tr>
      <w:tr w:rsidR="005E7ED3" w14:paraId="0924A4D4" w14:textId="77777777">
        <w:tblPrEx>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PrEx>
        <w:trPr>
          <w:tblHeader/>
          <w:jc w:val="center"/>
        </w:trPr>
        <w:tc>
          <w:tcPr>
            <w:tcW w:w="3532" w:type="dxa"/>
            <w:shd w:val="clear" w:color="auto" w:fill="0B3A66"/>
            <w:tcMar>
              <w:top w:w="70" w:type="dxa"/>
              <w:left w:w="70" w:type="dxa"/>
              <w:bottom w:w="70" w:type="dxa"/>
              <w:right w:w="70" w:type="dxa"/>
            </w:tcMar>
            <w:vAlign w:val="center"/>
          </w:tcPr>
          <w:p w14:paraId="1D76B220" w14:textId="77777777" w:rsidR="005E7ED3" w:rsidRDefault="00000000">
            <w:pPr>
              <w:jc w:val="center"/>
            </w:pPr>
            <w:r>
              <w:rPr>
                <w:b/>
                <w:color w:val="FFFFFF"/>
                <w:sz w:val="16"/>
              </w:rPr>
              <w:t>Riferimento</w:t>
            </w:r>
          </w:p>
        </w:tc>
        <w:tc>
          <w:tcPr>
            <w:tcW w:w="3532" w:type="dxa"/>
            <w:shd w:val="clear" w:color="auto" w:fill="0B3A66"/>
            <w:tcMar>
              <w:top w:w="70" w:type="dxa"/>
              <w:left w:w="70" w:type="dxa"/>
              <w:bottom w:w="70" w:type="dxa"/>
              <w:right w:w="70" w:type="dxa"/>
            </w:tcMar>
            <w:vAlign w:val="center"/>
          </w:tcPr>
          <w:p w14:paraId="6D9C366F" w14:textId="77777777" w:rsidR="005E7ED3" w:rsidRDefault="00000000">
            <w:pPr>
              <w:jc w:val="center"/>
            </w:pPr>
            <w:r>
              <w:rPr>
                <w:b/>
                <w:color w:val="FFFFFF"/>
                <w:sz w:val="16"/>
              </w:rPr>
              <w:t>Ambito</w:t>
            </w:r>
          </w:p>
        </w:tc>
        <w:tc>
          <w:tcPr>
            <w:tcW w:w="3532" w:type="dxa"/>
            <w:shd w:val="clear" w:color="auto" w:fill="0B3A66"/>
            <w:tcMar>
              <w:top w:w="70" w:type="dxa"/>
              <w:left w:w="70" w:type="dxa"/>
              <w:bottom w:w="70" w:type="dxa"/>
              <w:right w:w="70" w:type="dxa"/>
            </w:tcMar>
            <w:vAlign w:val="center"/>
          </w:tcPr>
          <w:p w14:paraId="1CE1451A" w14:textId="77777777" w:rsidR="005E7ED3" w:rsidRDefault="00000000">
            <w:pPr>
              <w:jc w:val="center"/>
            </w:pPr>
            <w:r>
              <w:rPr>
                <w:b/>
                <w:color w:val="FFFFFF"/>
                <w:sz w:val="16"/>
              </w:rPr>
              <w:t>Utilizzo nel presente modello</w:t>
            </w:r>
          </w:p>
        </w:tc>
      </w:tr>
      <w:tr w:rsidR="005E7ED3" w14:paraId="6867C747" w14:textId="77777777">
        <w:tblPrEx>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PrEx>
        <w:trPr>
          <w:jc w:val="center"/>
        </w:trPr>
        <w:tc>
          <w:tcPr>
            <w:tcW w:w="3532" w:type="dxa"/>
            <w:shd w:val="clear" w:color="auto" w:fill="F4F9FF"/>
            <w:tcMar>
              <w:top w:w="70" w:type="dxa"/>
              <w:left w:w="70" w:type="dxa"/>
              <w:bottom w:w="70" w:type="dxa"/>
              <w:right w:w="70" w:type="dxa"/>
            </w:tcMar>
            <w:vAlign w:val="center"/>
          </w:tcPr>
          <w:p w14:paraId="5DD41D33" w14:textId="77777777" w:rsidR="005E7ED3" w:rsidRDefault="00000000">
            <w:r>
              <w:rPr>
                <w:sz w:val="15"/>
              </w:rPr>
              <w:t>D.Lgs. 9 aprile 2008, n. 81 e s.m.i.</w:t>
            </w:r>
          </w:p>
        </w:tc>
        <w:tc>
          <w:tcPr>
            <w:tcW w:w="3532" w:type="dxa"/>
            <w:shd w:val="clear" w:color="auto" w:fill="F4F9FF"/>
            <w:tcMar>
              <w:top w:w="70" w:type="dxa"/>
              <w:left w:w="70" w:type="dxa"/>
              <w:bottom w:w="70" w:type="dxa"/>
              <w:right w:w="70" w:type="dxa"/>
            </w:tcMar>
            <w:vAlign w:val="center"/>
          </w:tcPr>
          <w:p w14:paraId="2D71129B" w14:textId="77777777" w:rsidR="005E7ED3" w:rsidRDefault="00000000">
            <w:r>
              <w:rPr>
                <w:sz w:val="15"/>
              </w:rPr>
              <w:t>Tutela della salute e sicurezza nei luoghi di lavoro; valutazione di tutti i rischi; misure generali di tutela; informazione, formazione e consultazione.</w:t>
            </w:r>
          </w:p>
        </w:tc>
        <w:tc>
          <w:tcPr>
            <w:tcW w:w="3532" w:type="dxa"/>
            <w:shd w:val="clear" w:color="auto" w:fill="F4F9FF"/>
            <w:tcMar>
              <w:top w:w="70" w:type="dxa"/>
              <w:left w:w="70" w:type="dxa"/>
              <w:bottom w:w="70" w:type="dxa"/>
              <w:right w:w="70" w:type="dxa"/>
            </w:tcMar>
            <w:vAlign w:val="center"/>
          </w:tcPr>
          <w:p w14:paraId="65E39F6B" w14:textId="77777777" w:rsidR="005E7ED3" w:rsidRDefault="00000000">
            <w:r>
              <w:rPr>
                <w:sz w:val="15"/>
              </w:rPr>
              <w:t>Cornice principale del DVR. Considerare in particolare obblighi di valutazione, misure di prevenzione, aggiornamento, ruoli e consultazione.</w:t>
            </w:r>
          </w:p>
        </w:tc>
      </w:tr>
      <w:tr w:rsidR="005E7ED3" w14:paraId="4BDA9777" w14:textId="77777777">
        <w:tblPrEx>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PrEx>
        <w:trPr>
          <w:jc w:val="center"/>
        </w:trPr>
        <w:tc>
          <w:tcPr>
            <w:tcW w:w="3532" w:type="dxa"/>
            <w:shd w:val="clear" w:color="auto" w:fill="FFFFFF"/>
            <w:tcMar>
              <w:top w:w="70" w:type="dxa"/>
              <w:left w:w="70" w:type="dxa"/>
              <w:bottom w:w="70" w:type="dxa"/>
              <w:right w:w="70" w:type="dxa"/>
            </w:tcMar>
            <w:vAlign w:val="center"/>
          </w:tcPr>
          <w:p w14:paraId="7054CED9" w14:textId="77777777" w:rsidR="005E7ED3" w:rsidRDefault="00000000">
            <w:r>
              <w:rPr>
                <w:sz w:val="15"/>
              </w:rPr>
              <w:t>Titolo VII D.Lgs. 81/2008 - Attrezzature munite di videoterminali</w:t>
            </w:r>
          </w:p>
        </w:tc>
        <w:tc>
          <w:tcPr>
            <w:tcW w:w="3532" w:type="dxa"/>
            <w:shd w:val="clear" w:color="auto" w:fill="FFFFFF"/>
            <w:tcMar>
              <w:top w:w="70" w:type="dxa"/>
              <w:left w:w="70" w:type="dxa"/>
              <w:bottom w:w="70" w:type="dxa"/>
              <w:right w:w="70" w:type="dxa"/>
            </w:tcMar>
            <w:vAlign w:val="center"/>
          </w:tcPr>
          <w:p w14:paraId="009055CB" w14:textId="77777777" w:rsidR="005E7ED3" w:rsidRDefault="00000000">
            <w:r>
              <w:rPr>
                <w:sz w:val="15"/>
              </w:rPr>
              <w:t>Rilevante per attivita al VDT e lavoro d'ufficio con posture sedute prolungate.</w:t>
            </w:r>
          </w:p>
        </w:tc>
        <w:tc>
          <w:tcPr>
            <w:tcW w:w="3532" w:type="dxa"/>
            <w:shd w:val="clear" w:color="auto" w:fill="FFFFFF"/>
            <w:tcMar>
              <w:top w:w="70" w:type="dxa"/>
              <w:left w:w="70" w:type="dxa"/>
              <w:bottom w:w="70" w:type="dxa"/>
              <w:right w:w="70" w:type="dxa"/>
            </w:tcMar>
            <w:vAlign w:val="center"/>
          </w:tcPr>
          <w:p w14:paraId="3C380312" w14:textId="77777777" w:rsidR="005E7ED3" w:rsidRDefault="00000000">
            <w:r>
              <w:rPr>
                <w:sz w:val="15"/>
              </w:rPr>
              <w:t>Integrare con valutazione ergonomica della postazione, pause, attrezzature, ambiente e organizzazione.</w:t>
            </w:r>
          </w:p>
        </w:tc>
      </w:tr>
      <w:tr w:rsidR="005E7ED3" w14:paraId="14E5E33F" w14:textId="77777777">
        <w:tblPrEx>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PrEx>
        <w:trPr>
          <w:jc w:val="center"/>
        </w:trPr>
        <w:tc>
          <w:tcPr>
            <w:tcW w:w="3532" w:type="dxa"/>
            <w:shd w:val="clear" w:color="auto" w:fill="F4F9FF"/>
            <w:tcMar>
              <w:top w:w="70" w:type="dxa"/>
              <w:left w:w="70" w:type="dxa"/>
              <w:bottom w:w="70" w:type="dxa"/>
              <w:right w:w="70" w:type="dxa"/>
            </w:tcMar>
            <w:vAlign w:val="center"/>
          </w:tcPr>
          <w:p w14:paraId="1BF191F1" w14:textId="77777777" w:rsidR="005E7ED3" w:rsidRDefault="00000000">
            <w:r>
              <w:rPr>
                <w:sz w:val="15"/>
              </w:rPr>
              <w:t>Direttiva 89/391/CEE</w:t>
            </w:r>
          </w:p>
        </w:tc>
        <w:tc>
          <w:tcPr>
            <w:tcW w:w="3532" w:type="dxa"/>
            <w:shd w:val="clear" w:color="auto" w:fill="F4F9FF"/>
            <w:tcMar>
              <w:top w:w="70" w:type="dxa"/>
              <w:left w:w="70" w:type="dxa"/>
              <w:bottom w:w="70" w:type="dxa"/>
              <w:right w:w="70" w:type="dxa"/>
            </w:tcMar>
            <w:vAlign w:val="center"/>
          </w:tcPr>
          <w:p w14:paraId="1D7878A2" w14:textId="77777777" w:rsidR="005E7ED3" w:rsidRDefault="00000000">
            <w:r>
              <w:rPr>
                <w:sz w:val="15"/>
              </w:rPr>
              <w:t>Direttiva quadro UE per miglioramento della sicurezza e salute dei lavoratori.</w:t>
            </w:r>
          </w:p>
        </w:tc>
        <w:tc>
          <w:tcPr>
            <w:tcW w:w="3532" w:type="dxa"/>
            <w:shd w:val="clear" w:color="auto" w:fill="F4F9FF"/>
            <w:tcMar>
              <w:top w:w="70" w:type="dxa"/>
              <w:left w:w="70" w:type="dxa"/>
              <w:bottom w:w="70" w:type="dxa"/>
              <w:right w:w="70" w:type="dxa"/>
            </w:tcMar>
            <w:vAlign w:val="center"/>
          </w:tcPr>
          <w:p w14:paraId="31B8AD87" w14:textId="77777777" w:rsidR="005E7ED3" w:rsidRDefault="00000000">
            <w:r>
              <w:rPr>
                <w:sz w:val="15"/>
              </w:rPr>
              <w:t>Principio di valutazione dei rischi, prevenzione alla fonte, informazione, partecipazione e misure organizzative.</w:t>
            </w:r>
          </w:p>
        </w:tc>
      </w:tr>
      <w:tr w:rsidR="005E7ED3" w14:paraId="62C9FBCE" w14:textId="77777777">
        <w:tblPrEx>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PrEx>
        <w:trPr>
          <w:jc w:val="center"/>
        </w:trPr>
        <w:tc>
          <w:tcPr>
            <w:tcW w:w="3532" w:type="dxa"/>
            <w:shd w:val="clear" w:color="auto" w:fill="FFFFFF"/>
            <w:tcMar>
              <w:top w:w="70" w:type="dxa"/>
              <w:left w:w="70" w:type="dxa"/>
              <w:bottom w:w="70" w:type="dxa"/>
              <w:right w:w="70" w:type="dxa"/>
            </w:tcMar>
            <w:vAlign w:val="center"/>
          </w:tcPr>
          <w:p w14:paraId="524B9B23" w14:textId="77777777" w:rsidR="005E7ED3" w:rsidRDefault="00000000">
            <w:r>
              <w:rPr>
                <w:sz w:val="15"/>
              </w:rPr>
              <w:t>Direttiva 90/270/CEE</w:t>
            </w:r>
          </w:p>
        </w:tc>
        <w:tc>
          <w:tcPr>
            <w:tcW w:w="3532" w:type="dxa"/>
            <w:shd w:val="clear" w:color="auto" w:fill="FFFFFF"/>
            <w:tcMar>
              <w:top w:w="70" w:type="dxa"/>
              <w:left w:w="70" w:type="dxa"/>
              <w:bottom w:w="70" w:type="dxa"/>
              <w:right w:w="70" w:type="dxa"/>
            </w:tcMar>
            <w:vAlign w:val="center"/>
          </w:tcPr>
          <w:p w14:paraId="398B70D8" w14:textId="77777777" w:rsidR="005E7ED3" w:rsidRDefault="00000000">
            <w:r>
              <w:rPr>
                <w:sz w:val="15"/>
              </w:rPr>
              <w:t>Requisiti minimi per attrezzature munite di videoterminali.</w:t>
            </w:r>
          </w:p>
        </w:tc>
        <w:tc>
          <w:tcPr>
            <w:tcW w:w="3532" w:type="dxa"/>
            <w:shd w:val="clear" w:color="auto" w:fill="FFFFFF"/>
            <w:tcMar>
              <w:top w:w="70" w:type="dxa"/>
              <w:left w:w="70" w:type="dxa"/>
              <w:bottom w:w="70" w:type="dxa"/>
              <w:right w:w="70" w:type="dxa"/>
            </w:tcMar>
            <w:vAlign w:val="center"/>
          </w:tcPr>
          <w:p w14:paraId="3574F439" w14:textId="77777777" w:rsidR="005E7ED3" w:rsidRDefault="00000000">
            <w:r>
              <w:rPr>
                <w:sz w:val="15"/>
              </w:rPr>
              <w:t>Riferimento tecnico-normativo per postazioni al computer, sedute e organizzazione del lavoro.</w:t>
            </w:r>
          </w:p>
        </w:tc>
      </w:tr>
      <w:tr w:rsidR="005E7ED3" w14:paraId="21697837" w14:textId="77777777">
        <w:tblPrEx>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PrEx>
        <w:trPr>
          <w:jc w:val="center"/>
        </w:trPr>
        <w:tc>
          <w:tcPr>
            <w:tcW w:w="3532" w:type="dxa"/>
            <w:shd w:val="clear" w:color="auto" w:fill="F4F9FF"/>
            <w:tcMar>
              <w:top w:w="70" w:type="dxa"/>
              <w:left w:w="70" w:type="dxa"/>
              <w:bottom w:w="70" w:type="dxa"/>
              <w:right w:w="70" w:type="dxa"/>
            </w:tcMar>
            <w:vAlign w:val="center"/>
          </w:tcPr>
          <w:p w14:paraId="79CE0A83" w14:textId="77777777" w:rsidR="005E7ED3" w:rsidRDefault="00000000">
            <w:r>
              <w:rPr>
                <w:sz w:val="15"/>
              </w:rPr>
              <w:t>Direttiva 89/654/CEE</w:t>
            </w:r>
          </w:p>
        </w:tc>
        <w:tc>
          <w:tcPr>
            <w:tcW w:w="3532" w:type="dxa"/>
            <w:shd w:val="clear" w:color="auto" w:fill="F4F9FF"/>
            <w:tcMar>
              <w:top w:w="70" w:type="dxa"/>
              <w:left w:w="70" w:type="dxa"/>
              <w:bottom w:w="70" w:type="dxa"/>
              <w:right w:w="70" w:type="dxa"/>
            </w:tcMar>
            <w:vAlign w:val="center"/>
          </w:tcPr>
          <w:p w14:paraId="70764D61" w14:textId="77777777" w:rsidR="005E7ED3" w:rsidRDefault="00000000">
            <w:r>
              <w:rPr>
                <w:sz w:val="15"/>
              </w:rPr>
              <w:t>Requisiti minimi di sicurezza e salute nei luoghi di lavoro.</w:t>
            </w:r>
          </w:p>
        </w:tc>
        <w:tc>
          <w:tcPr>
            <w:tcW w:w="3532" w:type="dxa"/>
            <w:shd w:val="clear" w:color="auto" w:fill="F4F9FF"/>
            <w:tcMar>
              <w:top w:w="70" w:type="dxa"/>
              <w:left w:w="70" w:type="dxa"/>
              <w:bottom w:w="70" w:type="dxa"/>
              <w:right w:w="70" w:type="dxa"/>
            </w:tcMar>
            <w:vAlign w:val="center"/>
          </w:tcPr>
          <w:p w14:paraId="058383F1" w14:textId="77777777" w:rsidR="005E7ED3" w:rsidRDefault="00000000">
            <w:r>
              <w:rPr>
                <w:sz w:val="15"/>
              </w:rPr>
              <w:t>Rilevante per spazi, posti di lavoro, zone di riposo e condizioni ambientali.</w:t>
            </w:r>
          </w:p>
        </w:tc>
      </w:tr>
      <w:tr w:rsidR="005E7ED3" w14:paraId="1452C51E" w14:textId="77777777">
        <w:tblPrEx>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PrEx>
        <w:trPr>
          <w:jc w:val="center"/>
        </w:trPr>
        <w:tc>
          <w:tcPr>
            <w:tcW w:w="3532" w:type="dxa"/>
            <w:shd w:val="clear" w:color="auto" w:fill="FFFFFF"/>
            <w:tcMar>
              <w:top w:w="70" w:type="dxa"/>
              <w:left w:w="70" w:type="dxa"/>
              <w:bottom w:w="70" w:type="dxa"/>
              <w:right w:w="70" w:type="dxa"/>
            </w:tcMar>
            <w:vAlign w:val="center"/>
          </w:tcPr>
          <w:p w14:paraId="66358A47" w14:textId="77777777" w:rsidR="005E7ED3" w:rsidRDefault="00000000">
            <w:r>
              <w:rPr>
                <w:sz w:val="15"/>
              </w:rPr>
              <w:t>Direttiva 92/85/CEE</w:t>
            </w:r>
          </w:p>
        </w:tc>
        <w:tc>
          <w:tcPr>
            <w:tcW w:w="3532" w:type="dxa"/>
            <w:shd w:val="clear" w:color="auto" w:fill="FFFFFF"/>
            <w:tcMar>
              <w:top w:w="70" w:type="dxa"/>
              <w:left w:w="70" w:type="dxa"/>
              <w:bottom w:w="70" w:type="dxa"/>
              <w:right w:w="70" w:type="dxa"/>
            </w:tcMar>
            <w:vAlign w:val="center"/>
          </w:tcPr>
          <w:p w14:paraId="2F06BDC1" w14:textId="77777777" w:rsidR="005E7ED3" w:rsidRDefault="00000000">
            <w:r>
              <w:rPr>
                <w:sz w:val="15"/>
              </w:rPr>
              <w:t>Tutela di lavoratrici gestanti, puerpere o in allattamento.</w:t>
            </w:r>
          </w:p>
        </w:tc>
        <w:tc>
          <w:tcPr>
            <w:tcW w:w="3532" w:type="dxa"/>
            <w:shd w:val="clear" w:color="auto" w:fill="FFFFFF"/>
            <w:tcMar>
              <w:top w:w="70" w:type="dxa"/>
              <w:left w:w="70" w:type="dxa"/>
              <w:bottom w:w="70" w:type="dxa"/>
              <w:right w:w="70" w:type="dxa"/>
            </w:tcMar>
            <w:vAlign w:val="center"/>
          </w:tcPr>
          <w:p w14:paraId="30AA6789" w14:textId="77777777" w:rsidR="005E7ED3" w:rsidRDefault="00000000">
            <w:r>
              <w:rPr>
                <w:sz w:val="15"/>
              </w:rPr>
              <w:t>Considerare posture, affaticamento e necessita di adattamenti individuali tramite medico competente ove previsto.</w:t>
            </w:r>
          </w:p>
        </w:tc>
      </w:tr>
    </w:tbl>
    <w:p w14:paraId="4660DB47" w14:textId="77777777" w:rsidR="005E7ED3" w:rsidRDefault="00000000">
      <w:pPr>
        <w:pStyle w:val="Titolo1"/>
      </w:pPr>
      <w:r>
        <w:rPr>
          <w:rFonts w:ascii="Arial" w:hAnsi="Arial"/>
          <w:b w:val="0"/>
        </w:rPr>
        <w:t>3.2 Riferimenti tecnici e fonti metodologiche</w:t>
      </w:r>
    </w:p>
    <w:p w14:paraId="0CC9024C" w14:textId="77777777" w:rsidR="005E7ED3" w:rsidRDefault="00000000">
      <w:pPr>
        <w:pStyle w:val="Puntoelenco"/>
        <w:spacing w:after="40"/>
      </w:pPr>
      <w:r>
        <w:rPr>
          <w:sz w:val="17"/>
        </w:rPr>
        <w:t>SLIC WG EMEX - Postura prolungata seduta e in piedi durante il lavoro, pubblicazione tecnica per supportare l'analisi delle valutazioni dei rischi e delle misure di gestione.</w:t>
      </w:r>
    </w:p>
    <w:p w14:paraId="1669C660" w14:textId="77777777" w:rsidR="005E7ED3" w:rsidRDefault="00000000">
      <w:pPr>
        <w:pStyle w:val="Puntoelenco"/>
        <w:spacing w:after="40"/>
      </w:pPr>
      <w:r>
        <w:rPr>
          <w:sz w:val="17"/>
        </w:rPr>
        <w:t>EU-OSHA, Prolonged static sitting at work: health effects and good practice advice, 2021.</w:t>
      </w:r>
    </w:p>
    <w:p w14:paraId="72EBFD28" w14:textId="77777777" w:rsidR="005E7ED3" w:rsidRDefault="00000000">
      <w:pPr>
        <w:pStyle w:val="Puntoelenco"/>
        <w:spacing w:after="40"/>
      </w:pPr>
      <w:r>
        <w:rPr>
          <w:sz w:val="17"/>
        </w:rPr>
        <w:t>EU-OSHA, Prolonged constrained standing at work: health effects and good practice advice, 2021.</w:t>
      </w:r>
    </w:p>
    <w:p w14:paraId="625BCEC8" w14:textId="77777777" w:rsidR="005E7ED3" w:rsidRDefault="00000000">
      <w:pPr>
        <w:pStyle w:val="Puntoelenco"/>
        <w:spacing w:after="40"/>
      </w:pPr>
      <w:r>
        <w:rPr>
          <w:sz w:val="17"/>
        </w:rPr>
        <w:t>Dunstan et al., Nature Reviews Cardiology, 2020, con riferimento alla relazione tra tempo sedentario e attivita fisica.</w:t>
      </w:r>
    </w:p>
    <w:p w14:paraId="7718B42E" w14:textId="77777777" w:rsidR="005E7ED3" w:rsidRDefault="00000000">
      <w:pPr>
        <w:pStyle w:val="Puntoelenco"/>
        <w:spacing w:after="40"/>
      </w:pPr>
      <w:r>
        <w:rPr>
          <w:sz w:val="17"/>
        </w:rPr>
        <w:t>Ekelund et al., Lancet, 2016, base scientifica per la matrice sedentarieta/attivita fisica.</w:t>
      </w:r>
    </w:p>
    <w:p w14:paraId="09C54DA3" w14:textId="77777777" w:rsidR="005E7ED3" w:rsidRDefault="00000000">
      <w:pPr>
        <w:pStyle w:val="Puntoelenco"/>
        <w:spacing w:after="40"/>
      </w:pPr>
      <w:r>
        <w:rPr>
          <w:sz w:val="17"/>
        </w:rPr>
        <w:t>Institute for Work and Health, Sitting or standing, which is best?, 2018.</w:t>
      </w:r>
    </w:p>
    <w:p w14:paraId="714022AE" w14:textId="77777777" w:rsidR="005E7ED3" w:rsidRDefault="00000000">
      <w:r>
        <w:br w:type="page"/>
      </w:r>
    </w:p>
    <w:tbl>
      <w:tblPr>
        <w:tblW w:w="0" w:type="auto"/>
        <w:jc w:val="center"/>
        <w:tblBorders>
          <w:top w:val="single" w:sz="4" w:space="0" w:color="0B3A66"/>
          <w:left w:val="single" w:sz="4" w:space="0" w:color="0B3A66"/>
          <w:bottom w:val="single" w:sz="4" w:space="0" w:color="0B3A66"/>
          <w:right w:val="single" w:sz="4" w:space="0" w:color="0B3A66"/>
          <w:insideH w:val="single" w:sz="4" w:space="0" w:color="0B3A66"/>
          <w:insideV w:val="single" w:sz="4" w:space="0" w:color="0B3A66"/>
        </w:tblBorders>
        <w:tblLook w:val="04A0" w:firstRow="1" w:lastRow="0" w:firstColumn="1" w:lastColumn="0" w:noHBand="0" w:noVBand="1"/>
      </w:tblPr>
      <w:tblGrid>
        <w:gridCol w:w="10596"/>
      </w:tblGrid>
      <w:tr w:rsidR="005E7ED3" w14:paraId="653108E0" w14:textId="77777777">
        <w:trPr>
          <w:jc w:val="center"/>
        </w:trPr>
        <w:tc>
          <w:tcPr>
            <w:tcW w:w="10596" w:type="dxa"/>
            <w:shd w:val="clear" w:color="auto" w:fill="0B3A66"/>
            <w:tcMar>
              <w:top w:w="70" w:type="dxa"/>
              <w:left w:w="70" w:type="dxa"/>
              <w:bottom w:w="70" w:type="dxa"/>
              <w:right w:w="70" w:type="dxa"/>
            </w:tcMar>
            <w:vAlign w:val="center"/>
          </w:tcPr>
          <w:p w14:paraId="447F5D74" w14:textId="77777777" w:rsidR="005E7ED3" w:rsidRDefault="00000000">
            <w:pPr>
              <w:jc w:val="center"/>
            </w:pPr>
            <w:r>
              <w:rPr>
                <w:b/>
                <w:color w:val="FFFFFF"/>
                <w:sz w:val="21"/>
              </w:rPr>
              <w:t>4. METODOLOGIA DI VALUTAZIONE, VARIABILI E FORMULE</w:t>
            </w:r>
          </w:p>
        </w:tc>
      </w:tr>
    </w:tbl>
    <w:p w14:paraId="252E5C22" w14:textId="77777777" w:rsidR="005E7ED3" w:rsidRDefault="00000000">
      <w:pPr>
        <w:pStyle w:val="Titolo1"/>
      </w:pPr>
      <w:r>
        <w:rPr>
          <w:rFonts w:ascii="Arial" w:hAnsi="Arial"/>
          <w:b w:val="0"/>
        </w:rPr>
        <w:t>4.1 Logica generale del metodo</w:t>
      </w:r>
    </w:p>
    <w:p w14:paraId="7E914742" w14:textId="77777777" w:rsidR="005E7ED3" w:rsidRDefault="00000000">
      <w:r>
        <w:rPr>
          <w:sz w:val="18"/>
        </w:rPr>
        <w:t>Il metodo applicato nel presente modello trasforma le soglie operative SLIC WG EMEX in una procedura documentabile. La classificazione non deve essere interpretata come diagnosi sanitaria o previsione clinica, ma come indice tecnico-prevenzionale della criticita ergonomica e organizzativa della mansione.</w:t>
      </w:r>
    </w:p>
    <w:p w14:paraId="2667B70C" w14:textId="77777777" w:rsidR="005E7ED3" w:rsidRDefault="00000000">
      <w:pPr>
        <w:pStyle w:val="Numeroelenco"/>
        <w:spacing w:after="40"/>
      </w:pPr>
      <w:r>
        <w:rPr>
          <w:sz w:val="17"/>
        </w:rPr>
        <w:t>Rilevare i tempi continuativi e complessivi in postura seduta e in piedi.</w:t>
      </w:r>
    </w:p>
    <w:p w14:paraId="73E61BCD" w14:textId="77777777" w:rsidR="005E7ED3" w:rsidRDefault="00000000">
      <w:pPr>
        <w:pStyle w:val="Numeroelenco"/>
        <w:spacing w:after="40"/>
      </w:pPr>
      <w:r>
        <w:rPr>
          <w:sz w:val="17"/>
        </w:rPr>
        <w:t>Verificare se la postura in piedi e costretta, cioe svolta nello stesso punto senza possibilita di sedersi o muoversi.</w:t>
      </w:r>
    </w:p>
    <w:p w14:paraId="5DC57C82" w14:textId="77777777" w:rsidR="005E7ED3" w:rsidRDefault="00000000">
      <w:pPr>
        <w:pStyle w:val="Numeroelenco"/>
        <w:spacing w:after="40"/>
      </w:pPr>
      <w:r>
        <w:rPr>
          <w:sz w:val="17"/>
        </w:rPr>
        <w:t>Valutare pause, movimento, autonomia, rotazione dei compiti e misure gia presenti.</w:t>
      </w:r>
    </w:p>
    <w:p w14:paraId="7C467CF0" w14:textId="77777777" w:rsidR="005E7ED3" w:rsidRDefault="00000000">
      <w:pPr>
        <w:pStyle w:val="Numeroelenco"/>
        <w:spacing w:after="40"/>
      </w:pPr>
      <w:r>
        <w:rPr>
          <w:sz w:val="17"/>
        </w:rPr>
        <w:t>Applicare le matrici colorate per definire il livello di base.</w:t>
      </w:r>
    </w:p>
    <w:p w14:paraId="3733EABD" w14:textId="77777777" w:rsidR="005E7ED3" w:rsidRDefault="00000000">
      <w:pPr>
        <w:pStyle w:val="Numeroelenco"/>
        <w:spacing w:after="40"/>
      </w:pPr>
      <w:r>
        <w:rPr>
          <w:sz w:val="17"/>
        </w:rPr>
        <w:t>Applicare aggravanti e mitiganti per definire l'esito finale.</w:t>
      </w:r>
    </w:p>
    <w:p w14:paraId="5DC12FB2" w14:textId="77777777" w:rsidR="005E7ED3" w:rsidRDefault="00000000">
      <w:pPr>
        <w:pStyle w:val="Numeroelenco"/>
        <w:spacing w:after="40"/>
      </w:pPr>
      <w:r>
        <w:rPr>
          <w:sz w:val="17"/>
        </w:rPr>
        <w:t>Associare al livello di rischio misure tecniche, organizzative, formative e di monitoraggio.</w:t>
      </w:r>
    </w:p>
    <w:p w14:paraId="574FB41A" w14:textId="77777777" w:rsidR="005E7ED3" w:rsidRDefault="00000000">
      <w:pPr>
        <w:pStyle w:val="Titolo1"/>
      </w:pPr>
      <w:r>
        <w:rPr>
          <w:rFonts w:ascii="Arial" w:hAnsi="Arial"/>
          <w:b w:val="0"/>
        </w:rPr>
        <w:t>4.2 Variabili di input</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2649"/>
        <w:gridCol w:w="2649"/>
        <w:gridCol w:w="2649"/>
        <w:gridCol w:w="2649"/>
      </w:tblGrid>
      <w:tr w:rsidR="005E7ED3" w14:paraId="23449538" w14:textId="77777777">
        <w:trPr>
          <w:tblHeader/>
          <w:jc w:val="center"/>
        </w:trPr>
        <w:tc>
          <w:tcPr>
            <w:tcW w:w="2649" w:type="dxa"/>
            <w:shd w:val="clear" w:color="auto" w:fill="0B3A66"/>
            <w:tcMar>
              <w:top w:w="70" w:type="dxa"/>
              <w:left w:w="70" w:type="dxa"/>
              <w:bottom w:w="70" w:type="dxa"/>
              <w:right w:w="70" w:type="dxa"/>
            </w:tcMar>
            <w:vAlign w:val="center"/>
          </w:tcPr>
          <w:p w14:paraId="27BD2DA0" w14:textId="77777777" w:rsidR="005E7ED3" w:rsidRDefault="00000000">
            <w:pPr>
              <w:jc w:val="center"/>
            </w:pPr>
            <w:r>
              <w:rPr>
                <w:b/>
                <w:color w:val="FFFFFF"/>
                <w:sz w:val="16"/>
              </w:rPr>
              <w:t>Variabile</w:t>
            </w:r>
          </w:p>
        </w:tc>
        <w:tc>
          <w:tcPr>
            <w:tcW w:w="2649" w:type="dxa"/>
            <w:shd w:val="clear" w:color="auto" w:fill="0B3A66"/>
            <w:tcMar>
              <w:top w:w="70" w:type="dxa"/>
              <w:left w:w="70" w:type="dxa"/>
              <w:bottom w:w="70" w:type="dxa"/>
              <w:right w:w="70" w:type="dxa"/>
            </w:tcMar>
            <w:vAlign w:val="center"/>
          </w:tcPr>
          <w:p w14:paraId="1F8C2759" w14:textId="77777777" w:rsidR="005E7ED3" w:rsidRDefault="00000000">
            <w:pPr>
              <w:jc w:val="center"/>
            </w:pPr>
            <w:r>
              <w:rPr>
                <w:b/>
                <w:color w:val="FFFFFF"/>
                <w:sz w:val="16"/>
              </w:rPr>
              <w:t>Descrizione</w:t>
            </w:r>
          </w:p>
        </w:tc>
        <w:tc>
          <w:tcPr>
            <w:tcW w:w="2649" w:type="dxa"/>
            <w:shd w:val="clear" w:color="auto" w:fill="0B3A66"/>
            <w:tcMar>
              <w:top w:w="70" w:type="dxa"/>
              <w:left w:w="70" w:type="dxa"/>
              <w:bottom w:w="70" w:type="dxa"/>
              <w:right w:w="70" w:type="dxa"/>
            </w:tcMar>
            <w:vAlign w:val="center"/>
          </w:tcPr>
          <w:p w14:paraId="5ECE3B1A" w14:textId="77777777" w:rsidR="005E7ED3" w:rsidRDefault="00000000">
            <w:pPr>
              <w:jc w:val="center"/>
            </w:pPr>
            <w:r>
              <w:rPr>
                <w:b/>
                <w:color w:val="FFFFFF"/>
                <w:sz w:val="16"/>
              </w:rPr>
              <w:t>Unita</w:t>
            </w:r>
          </w:p>
        </w:tc>
        <w:tc>
          <w:tcPr>
            <w:tcW w:w="2649" w:type="dxa"/>
            <w:shd w:val="clear" w:color="auto" w:fill="0B3A66"/>
            <w:tcMar>
              <w:top w:w="70" w:type="dxa"/>
              <w:left w:w="70" w:type="dxa"/>
              <w:bottom w:w="70" w:type="dxa"/>
              <w:right w:w="70" w:type="dxa"/>
            </w:tcMar>
            <w:vAlign w:val="center"/>
          </w:tcPr>
          <w:p w14:paraId="28BE3002" w14:textId="77777777" w:rsidR="005E7ED3" w:rsidRDefault="00000000">
            <w:pPr>
              <w:jc w:val="center"/>
            </w:pPr>
            <w:r>
              <w:rPr>
                <w:b/>
                <w:color w:val="FFFFFF"/>
                <w:sz w:val="16"/>
              </w:rPr>
              <w:t>Modalita di rilevazione</w:t>
            </w:r>
          </w:p>
        </w:tc>
      </w:tr>
      <w:tr w:rsidR="005E7ED3" w14:paraId="72CB20ED" w14:textId="77777777">
        <w:trPr>
          <w:jc w:val="center"/>
        </w:trPr>
        <w:tc>
          <w:tcPr>
            <w:tcW w:w="2649" w:type="dxa"/>
            <w:shd w:val="clear" w:color="auto" w:fill="F4F9FF"/>
            <w:tcMar>
              <w:top w:w="70" w:type="dxa"/>
              <w:left w:w="70" w:type="dxa"/>
              <w:bottom w:w="70" w:type="dxa"/>
              <w:right w:w="70" w:type="dxa"/>
            </w:tcMar>
            <w:vAlign w:val="center"/>
          </w:tcPr>
          <w:p w14:paraId="191D4CAE" w14:textId="77777777" w:rsidR="005E7ED3" w:rsidRDefault="00000000">
            <w:r>
              <w:rPr>
                <w:sz w:val="14"/>
              </w:rPr>
              <w:t>TSC</w:t>
            </w:r>
          </w:p>
        </w:tc>
        <w:tc>
          <w:tcPr>
            <w:tcW w:w="2649" w:type="dxa"/>
            <w:shd w:val="clear" w:color="auto" w:fill="F4F9FF"/>
            <w:tcMar>
              <w:top w:w="70" w:type="dxa"/>
              <w:left w:w="70" w:type="dxa"/>
              <w:bottom w:w="70" w:type="dxa"/>
              <w:right w:w="70" w:type="dxa"/>
            </w:tcMar>
            <w:vAlign w:val="center"/>
          </w:tcPr>
          <w:p w14:paraId="14135FB1" w14:textId="77777777" w:rsidR="005E7ED3" w:rsidRDefault="00000000">
            <w:r>
              <w:rPr>
                <w:sz w:val="14"/>
              </w:rPr>
              <w:t>Tempo massimo continuativo in posizione seduta</w:t>
            </w:r>
          </w:p>
        </w:tc>
        <w:tc>
          <w:tcPr>
            <w:tcW w:w="2649" w:type="dxa"/>
            <w:shd w:val="clear" w:color="auto" w:fill="F4F9FF"/>
            <w:tcMar>
              <w:top w:w="70" w:type="dxa"/>
              <w:left w:w="70" w:type="dxa"/>
              <w:bottom w:w="70" w:type="dxa"/>
              <w:right w:w="70" w:type="dxa"/>
            </w:tcMar>
            <w:vAlign w:val="center"/>
          </w:tcPr>
          <w:p w14:paraId="464AD0C8" w14:textId="77777777" w:rsidR="005E7ED3" w:rsidRDefault="00000000">
            <w:r>
              <w:rPr>
                <w:sz w:val="14"/>
              </w:rPr>
              <w:t>minuti</w:t>
            </w:r>
          </w:p>
        </w:tc>
        <w:tc>
          <w:tcPr>
            <w:tcW w:w="2649" w:type="dxa"/>
            <w:shd w:val="clear" w:color="auto" w:fill="F4F9FF"/>
            <w:tcMar>
              <w:top w:w="70" w:type="dxa"/>
              <w:left w:w="70" w:type="dxa"/>
              <w:bottom w:w="70" w:type="dxa"/>
              <w:right w:w="70" w:type="dxa"/>
            </w:tcMar>
            <w:vAlign w:val="center"/>
          </w:tcPr>
          <w:p w14:paraId="3F386D6F" w14:textId="77777777" w:rsidR="005E7ED3" w:rsidRDefault="00000000">
            <w:r>
              <w:rPr>
                <w:sz w:val="14"/>
              </w:rPr>
              <w:t>osservazione/intervista/web app</w:t>
            </w:r>
          </w:p>
        </w:tc>
      </w:tr>
      <w:tr w:rsidR="005E7ED3" w14:paraId="2BBF274B" w14:textId="77777777">
        <w:trPr>
          <w:jc w:val="center"/>
        </w:trPr>
        <w:tc>
          <w:tcPr>
            <w:tcW w:w="2649" w:type="dxa"/>
            <w:shd w:val="clear" w:color="auto" w:fill="FFFFFF"/>
            <w:tcMar>
              <w:top w:w="70" w:type="dxa"/>
              <w:left w:w="70" w:type="dxa"/>
              <w:bottom w:w="70" w:type="dxa"/>
              <w:right w:w="70" w:type="dxa"/>
            </w:tcMar>
            <w:vAlign w:val="center"/>
          </w:tcPr>
          <w:p w14:paraId="75BB099F" w14:textId="77777777" w:rsidR="005E7ED3" w:rsidRDefault="00000000">
            <w:r>
              <w:rPr>
                <w:sz w:val="14"/>
              </w:rPr>
              <w:t>TSG</w:t>
            </w:r>
          </w:p>
        </w:tc>
        <w:tc>
          <w:tcPr>
            <w:tcW w:w="2649" w:type="dxa"/>
            <w:shd w:val="clear" w:color="auto" w:fill="FFFFFF"/>
            <w:tcMar>
              <w:top w:w="70" w:type="dxa"/>
              <w:left w:w="70" w:type="dxa"/>
              <w:bottom w:w="70" w:type="dxa"/>
              <w:right w:w="70" w:type="dxa"/>
            </w:tcMar>
            <w:vAlign w:val="center"/>
          </w:tcPr>
          <w:p w14:paraId="236D1DC3" w14:textId="77777777" w:rsidR="005E7ED3" w:rsidRDefault="00000000">
            <w:r>
              <w:rPr>
                <w:sz w:val="14"/>
              </w:rPr>
              <w:t>Tempo complessivo giornaliero o per turno in posizione seduta</w:t>
            </w:r>
          </w:p>
        </w:tc>
        <w:tc>
          <w:tcPr>
            <w:tcW w:w="2649" w:type="dxa"/>
            <w:shd w:val="clear" w:color="auto" w:fill="FFFFFF"/>
            <w:tcMar>
              <w:top w:w="70" w:type="dxa"/>
              <w:left w:w="70" w:type="dxa"/>
              <w:bottom w:w="70" w:type="dxa"/>
              <w:right w:w="70" w:type="dxa"/>
            </w:tcMar>
            <w:vAlign w:val="center"/>
          </w:tcPr>
          <w:p w14:paraId="2C1B8534" w14:textId="77777777" w:rsidR="005E7ED3" w:rsidRDefault="00000000">
            <w:r>
              <w:rPr>
                <w:sz w:val="14"/>
              </w:rPr>
              <w:t>ore</w:t>
            </w:r>
          </w:p>
        </w:tc>
        <w:tc>
          <w:tcPr>
            <w:tcW w:w="2649" w:type="dxa"/>
            <w:shd w:val="clear" w:color="auto" w:fill="FFFFFF"/>
            <w:tcMar>
              <w:top w:w="70" w:type="dxa"/>
              <w:left w:w="70" w:type="dxa"/>
              <w:bottom w:w="70" w:type="dxa"/>
              <w:right w:w="70" w:type="dxa"/>
            </w:tcMar>
            <w:vAlign w:val="center"/>
          </w:tcPr>
          <w:p w14:paraId="36D1DAAE" w14:textId="77777777" w:rsidR="005E7ED3" w:rsidRDefault="00000000">
            <w:r>
              <w:rPr>
                <w:sz w:val="14"/>
              </w:rPr>
              <w:t>turno tipo, timesheet, osservazione</w:t>
            </w:r>
          </w:p>
        </w:tc>
      </w:tr>
      <w:tr w:rsidR="005E7ED3" w14:paraId="3BDFFFC0" w14:textId="77777777">
        <w:trPr>
          <w:jc w:val="center"/>
        </w:trPr>
        <w:tc>
          <w:tcPr>
            <w:tcW w:w="2649" w:type="dxa"/>
            <w:shd w:val="clear" w:color="auto" w:fill="F4F9FF"/>
            <w:tcMar>
              <w:top w:w="70" w:type="dxa"/>
              <w:left w:w="70" w:type="dxa"/>
              <w:bottom w:w="70" w:type="dxa"/>
              <w:right w:w="70" w:type="dxa"/>
            </w:tcMar>
            <w:vAlign w:val="center"/>
          </w:tcPr>
          <w:p w14:paraId="5F53392B" w14:textId="77777777" w:rsidR="005E7ED3" w:rsidRDefault="00000000">
            <w:r>
              <w:rPr>
                <w:sz w:val="14"/>
              </w:rPr>
              <w:t>TPC</w:t>
            </w:r>
          </w:p>
        </w:tc>
        <w:tc>
          <w:tcPr>
            <w:tcW w:w="2649" w:type="dxa"/>
            <w:shd w:val="clear" w:color="auto" w:fill="F4F9FF"/>
            <w:tcMar>
              <w:top w:w="70" w:type="dxa"/>
              <w:left w:w="70" w:type="dxa"/>
              <w:bottom w:w="70" w:type="dxa"/>
              <w:right w:w="70" w:type="dxa"/>
            </w:tcMar>
            <w:vAlign w:val="center"/>
          </w:tcPr>
          <w:p w14:paraId="16C5070F" w14:textId="77777777" w:rsidR="005E7ED3" w:rsidRDefault="00000000">
            <w:r>
              <w:rPr>
                <w:sz w:val="14"/>
              </w:rPr>
              <w:t>Tempo massimo continuativo in piedi</w:t>
            </w:r>
          </w:p>
        </w:tc>
        <w:tc>
          <w:tcPr>
            <w:tcW w:w="2649" w:type="dxa"/>
            <w:shd w:val="clear" w:color="auto" w:fill="F4F9FF"/>
            <w:tcMar>
              <w:top w:w="70" w:type="dxa"/>
              <w:left w:w="70" w:type="dxa"/>
              <w:bottom w:w="70" w:type="dxa"/>
              <w:right w:w="70" w:type="dxa"/>
            </w:tcMar>
            <w:vAlign w:val="center"/>
          </w:tcPr>
          <w:p w14:paraId="1FAC7529" w14:textId="77777777" w:rsidR="005E7ED3" w:rsidRDefault="00000000">
            <w:r>
              <w:rPr>
                <w:sz w:val="14"/>
              </w:rPr>
              <w:t>minuti</w:t>
            </w:r>
          </w:p>
        </w:tc>
        <w:tc>
          <w:tcPr>
            <w:tcW w:w="2649" w:type="dxa"/>
            <w:shd w:val="clear" w:color="auto" w:fill="F4F9FF"/>
            <w:tcMar>
              <w:top w:w="70" w:type="dxa"/>
              <w:left w:w="70" w:type="dxa"/>
              <w:bottom w:w="70" w:type="dxa"/>
              <w:right w:w="70" w:type="dxa"/>
            </w:tcMar>
            <w:vAlign w:val="center"/>
          </w:tcPr>
          <w:p w14:paraId="36176DE7" w14:textId="77777777" w:rsidR="005E7ED3" w:rsidRDefault="00000000">
            <w:r>
              <w:rPr>
                <w:sz w:val="14"/>
              </w:rPr>
              <w:t>osservazione/intervista/web app</w:t>
            </w:r>
          </w:p>
        </w:tc>
      </w:tr>
      <w:tr w:rsidR="005E7ED3" w14:paraId="4B489CD8" w14:textId="77777777">
        <w:trPr>
          <w:jc w:val="center"/>
        </w:trPr>
        <w:tc>
          <w:tcPr>
            <w:tcW w:w="2649" w:type="dxa"/>
            <w:shd w:val="clear" w:color="auto" w:fill="FFFFFF"/>
            <w:tcMar>
              <w:top w:w="70" w:type="dxa"/>
              <w:left w:w="70" w:type="dxa"/>
              <w:bottom w:w="70" w:type="dxa"/>
              <w:right w:w="70" w:type="dxa"/>
            </w:tcMar>
            <w:vAlign w:val="center"/>
          </w:tcPr>
          <w:p w14:paraId="1B633182" w14:textId="77777777" w:rsidR="005E7ED3" w:rsidRDefault="00000000">
            <w:r>
              <w:rPr>
                <w:sz w:val="14"/>
              </w:rPr>
              <w:t>TPG</w:t>
            </w:r>
          </w:p>
        </w:tc>
        <w:tc>
          <w:tcPr>
            <w:tcW w:w="2649" w:type="dxa"/>
            <w:shd w:val="clear" w:color="auto" w:fill="FFFFFF"/>
            <w:tcMar>
              <w:top w:w="70" w:type="dxa"/>
              <w:left w:w="70" w:type="dxa"/>
              <w:bottom w:w="70" w:type="dxa"/>
              <w:right w:w="70" w:type="dxa"/>
            </w:tcMar>
            <w:vAlign w:val="center"/>
          </w:tcPr>
          <w:p w14:paraId="476F0A03" w14:textId="77777777" w:rsidR="005E7ED3" w:rsidRDefault="00000000">
            <w:r>
              <w:rPr>
                <w:sz w:val="14"/>
              </w:rPr>
              <w:t>Tempo complessivo giornaliero o per turno in piedi</w:t>
            </w:r>
          </w:p>
        </w:tc>
        <w:tc>
          <w:tcPr>
            <w:tcW w:w="2649" w:type="dxa"/>
            <w:shd w:val="clear" w:color="auto" w:fill="FFFFFF"/>
            <w:tcMar>
              <w:top w:w="70" w:type="dxa"/>
              <w:left w:w="70" w:type="dxa"/>
              <w:bottom w:w="70" w:type="dxa"/>
              <w:right w:w="70" w:type="dxa"/>
            </w:tcMar>
            <w:vAlign w:val="center"/>
          </w:tcPr>
          <w:p w14:paraId="09E0015D" w14:textId="77777777" w:rsidR="005E7ED3" w:rsidRDefault="00000000">
            <w:r>
              <w:rPr>
                <w:sz w:val="14"/>
              </w:rPr>
              <w:t>ore</w:t>
            </w:r>
          </w:p>
        </w:tc>
        <w:tc>
          <w:tcPr>
            <w:tcW w:w="2649" w:type="dxa"/>
            <w:shd w:val="clear" w:color="auto" w:fill="FFFFFF"/>
            <w:tcMar>
              <w:top w:w="70" w:type="dxa"/>
              <w:left w:w="70" w:type="dxa"/>
              <w:bottom w:w="70" w:type="dxa"/>
              <w:right w:w="70" w:type="dxa"/>
            </w:tcMar>
            <w:vAlign w:val="center"/>
          </w:tcPr>
          <w:p w14:paraId="71A11251" w14:textId="77777777" w:rsidR="005E7ED3" w:rsidRDefault="00000000">
            <w:r>
              <w:rPr>
                <w:sz w:val="14"/>
              </w:rPr>
              <w:t>turno tipo, osservazione</w:t>
            </w:r>
          </w:p>
        </w:tc>
      </w:tr>
      <w:tr w:rsidR="005E7ED3" w14:paraId="00BB3B63" w14:textId="77777777">
        <w:trPr>
          <w:jc w:val="center"/>
        </w:trPr>
        <w:tc>
          <w:tcPr>
            <w:tcW w:w="2649" w:type="dxa"/>
            <w:shd w:val="clear" w:color="auto" w:fill="F4F9FF"/>
            <w:tcMar>
              <w:top w:w="70" w:type="dxa"/>
              <w:left w:w="70" w:type="dxa"/>
              <w:bottom w:w="70" w:type="dxa"/>
              <w:right w:w="70" w:type="dxa"/>
            </w:tcMar>
            <w:vAlign w:val="center"/>
          </w:tcPr>
          <w:p w14:paraId="3BB5E834" w14:textId="77777777" w:rsidR="005E7ED3" w:rsidRDefault="00000000">
            <w:r>
              <w:rPr>
                <w:sz w:val="14"/>
              </w:rPr>
              <w:t>MOV</w:t>
            </w:r>
          </w:p>
        </w:tc>
        <w:tc>
          <w:tcPr>
            <w:tcW w:w="2649" w:type="dxa"/>
            <w:shd w:val="clear" w:color="auto" w:fill="F4F9FF"/>
            <w:tcMar>
              <w:top w:w="70" w:type="dxa"/>
              <w:left w:w="70" w:type="dxa"/>
              <w:bottom w:w="70" w:type="dxa"/>
              <w:right w:w="70" w:type="dxa"/>
            </w:tcMar>
            <w:vAlign w:val="center"/>
          </w:tcPr>
          <w:p w14:paraId="4C99F5A5" w14:textId="77777777" w:rsidR="005E7ED3" w:rsidRDefault="00000000">
            <w:r>
              <w:rPr>
                <w:sz w:val="14"/>
              </w:rPr>
              <w:t>Tempo in camminata, spostamento o attivita dinamica</w:t>
            </w:r>
          </w:p>
        </w:tc>
        <w:tc>
          <w:tcPr>
            <w:tcW w:w="2649" w:type="dxa"/>
            <w:shd w:val="clear" w:color="auto" w:fill="F4F9FF"/>
            <w:tcMar>
              <w:top w:w="70" w:type="dxa"/>
              <w:left w:w="70" w:type="dxa"/>
              <w:bottom w:w="70" w:type="dxa"/>
              <w:right w:w="70" w:type="dxa"/>
            </w:tcMar>
            <w:vAlign w:val="center"/>
          </w:tcPr>
          <w:p w14:paraId="4971A437" w14:textId="77777777" w:rsidR="005E7ED3" w:rsidRDefault="00000000">
            <w:r>
              <w:rPr>
                <w:sz w:val="14"/>
              </w:rPr>
              <w:t>ore o % turno</w:t>
            </w:r>
          </w:p>
        </w:tc>
        <w:tc>
          <w:tcPr>
            <w:tcW w:w="2649" w:type="dxa"/>
            <w:shd w:val="clear" w:color="auto" w:fill="F4F9FF"/>
            <w:tcMar>
              <w:top w:w="70" w:type="dxa"/>
              <w:left w:w="70" w:type="dxa"/>
              <w:bottom w:w="70" w:type="dxa"/>
              <w:right w:w="70" w:type="dxa"/>
            </w:tcMar>
            <w:vAlign w:val="center"/>
          </w:tcPr>
          <w:p w14:paraId="27B5B3B0" w14:textId="77777777" w:rsidR="005E7ED3" w:rsidRDefault="00000000">
            <w:r>
              <w:rPr>
                <w:sz w:val="14"/>
              </w:rPr>
              <w:t>stima/cronometro/organizzazione compiti</w:t>
            </w:r>
          </w:p>
        </w:tc>
      </w:tr>
      <w:tr w:rsidR="005E7ED3" w14:paraId="5EFF4E67" w14:textId="77777777">
        <w:trPr>
          <w:jc w:val="center"/>
        </w:trPr>
        <w:tc>
          <w:tcPr>
            <w:tcW w:w="2649" w:type="dxa"/>
            <w:shd w:val="clear" w:color="auto" w:fill="FFFFFF"/>
            <w:tcMar>
              <w:top w:w="70" w:type="dxa"/>
              <w:left w:w="70" w:type="dxa"/>
              <w:bottom w:w="70" w:type="dxa"/>
              <w:right w:w="70" w:type="dxa"/>
            </w:tcMar>
            <w:vAlign w:val="center"/>
          </w:tcPr>
          <w:p w14:paraId="29E1ED47" w14:textId="77777777" w:rsidR="005E7ED3" w:rsidRDefault="00000000">
            <w:r>
              <w:rPr>
                <w:sz w:val="14"/>
              </w:rPr>
              <w:t>AF</w:t>
            </w:r>
          </w:p>
        </w:tc>
        <w:tc>
          <w:tcPr>
            <w:tcW w:w="2649" w:type="dxa"/>
            <w:shd w:val="clear" w:color="auto" w:fill="FFFFFF"/>
            <w:tcMar>
              <w:top w:w="70" w:type="dxa"/>
              <w:left w:w="70" w:type="dxa"/>
              <w:bottom w:w="70" w:type="dxa"/>
              <w:right w:w="70" w:type="dxa"/>
            </w:tcMar>
            <w:vAlign w:val="center"/>
          </w:tcPr>
          <w:p w14:paraId="5B588BFE" w14:textId="77777777" w:rsidR="005E7ED3" w:rsidRDefault="00000000">
            <w:r>
              <w:rPr>
                <w:sz w:val="14"/>
              </w:rPr>
              <w:t>Attivita fisica moderata o intensa giornaliera</w:t>
            </w:r>
          </w:p>
        </w:tc>
        <w:tc>
          <w:tcPr>
            <w:tcW w:w="2649" w:type="dxa"/>
            <w:shd w:val="clear" w:color="auto" w:fill="FFFFFF"/>
            <w:tcMar>
              <w:top w:w="70" w:type="dxa"/>
              <w:left w:w="70" w:type="dxa"/>
              <w:bottom w:w="70" w:type="dxa"/>
              <w:right w:w="70" w:type="dxa"/>
            </w:tcMar>
            <w:vAlign w:val="center"/>
          </w:tcPr>
          <w:p w14:paraId="6EFF7463" w14:textId="77777777" w:rsidR="005E7ED3" w:rsidRDefault="00000000">
            <w:r>
              <w:rPr>
                <w:sz w:val="14"/>
              </w:rPr>
              <w:t>minuti/giorno</w:t>
            </w:r>
          </w:p>
        </w:tc>
        <w:tc>
          <w:tcPr>
            <w:tcW w:w="2649" w:type="dxa"/>
            <w:shd w:val="clear" w:color="auto" w:fill="FFFFFF"/>
            <w:tcMar>
              <w:top w:w="70" w:type="dxa"/>
              <w:left w:w="70" w:type="dxa"/>
              <w:bottom w:w="70" w:type="dxa"/>
              <w:right w:w="70" w:type="dxa"/>
            </w:tcMar>
            <w:vAlign w:val="center"/>
          </w:tcPr>
          <w:p w14:paraId="5920EBB4" w14:textId="77777777" w:rsidR="005E7ED3" w:rsidRDefault="00000000">
            <w:r>
              <w:rPr>
                <w:sz w:val="14"/>
              </w:rPr>
              <w:t>autodichiarazione non sanitaria, solo indicatore preventivo</w:t>
            </w:r>
          </w:p>
        </w:tc>
      </w:tr>
      <w:tr w:rsidR="005E7ED3" w14:paraId="2DCD0E73" w14:textId="77777777">
        <w:trPr>
          <w:jc w:val="center"/>
        </w:trPr>
        <w:tc>
          <w:tcPr>
            <w:tcW w:w="2649" w:type="dxa"/>
            <w:shd w:val="clear" w:color="auto" w:fill="F4F9FF"/>
            <w:tcMar>
              <w:top w:w="70" w:type="dxa"/>
              <w:left w:w="70" w:type="dxa"/>
              <w:bottom w:w="70" w:type="dxa"/>
              <w:right w:w="70" w:type="dxa"/>
            </w:tcMar>
            <w:vAlign w:val="center"/>
          </w:tcPr>
          <w:p w14:paraId="036FA27C" w14:textId="77777777" w:rsidR="005E7ED3" w:rsidRDefault="00000000">
            <w:r>
              <w:rPr>
                <w:sz w:val="14"/>
              </w:rPr>
              <w:t>PC</w:t>
            </w:r>
          </w:p>
        </w:tc>
        <w:tc>
          <w:tcPr>
            <w:tcW w:w="2649" w:type="dxa"/>
            <w:shd w:val="clear" w:color="auto" w:fill="F4F9FF"/>
            <w:tcMar>
              <w:top w:w="70" w:type="dxa"/>
              <w:left w:w="70" w:type="dxa"/>
              <w:bottom w:w="70" w:type="dxa"/>
              <w:right w:w="70" w:type="dxa"/>
            </w:tcMar>
            <w:vAlign w:val="center"/>
          </w:tcPr>
          <w:p w14:paraId="6CB91316" w14:textId="77777777" w:rsidR="005E7ED3" w:rsidRDefault="00000000">
            <w:r>
              <w:rPr>
                <w:sz w:val="14"/>
              </w:rPr>
              <w:t>Postura in piedi costretta</w:t>
            </w:r>
          </w:p>
        </w:tc>
        <w:tc>
          <w:tcPr>
            <w:tcW w:w="2649" w:type="dxa"/>
            <w:shd w:val="clear" w:color="auto" w:fill="F4F9FF"/>
            <w:tcMar>
              <w:top w:w="70" w:type="dxa"/>
              <w:left w:w="70" w:type="dxa"/>
              <w:bottom w:w="70" w:type="dxa"/>
              <w:right w:w="70" w:type="dxa"/>
            </w:tcMar>
            <w:vAlign w:val="center"/>
          </w:tcPr>
          <w:p w14:paraId="131E1AFF" w14:textId="77777777" w:rsidR="005E7ED3" w:rsidRDefault="00000000">
            <w:r>
              <w:rPr>
                <w:sz w:val="14"/>
              </w:rPr>
              <w:t>0/1</w:t>
            </w:r>
          </w:p>
        </w:tc>
        <w:tc>
          <w:tcPr>
            <w:tcW w:w="2649" w:type="dxa"/>
            <w:shd w:val="clear" w:color="auto" w:fill="F4F9FF"/>
            <w:tcMar>
              <w:top w:w="70" w:type="dxa"/>
              <w:left w:w="70" w:type="dxa"/>
              <w:bottom w:w="70" w:type="dxa"/>
              <w:right w:w="70" w:type="dxa"/>
            </w:tcMar>
            <w:vAlign w:val="center"/>
          </w:tcPr>
          <w:p w14:paraId="04FE609D" w14:textId="77777777" w:rsidR="005E7ED3" w:rsidRDefault="00000000">
            <w:r>
              <w:rPr>
                <w:sz w:val="14"/>
              </w:rPr>
              <w:t>assenza di seduta o movimento; area ristretta</w:t>
            </w:r>
          </w:p>
        </w:tc>
      </w:tr>
      <w:tr w:rsidR="005E7ED3" w14:paraId="236FA059" w14:textId="77777777">
        <w:trPr>
          <w:jc w:val="center"/>
        </w:trPr>
        <w:tc>
          <w:tcPr>
            <w:tcW w:w="2649" w:type="dxa"/>
            <w:shd w:val="clear" w:color="auto" w:fill="FFFFFF"/>
            <w:tcMar>
              <w:top w:w="70" w:type="dxa"/>
              <w:left w:w="70" w:type="dxa"/>
              <w:bottom w:w="70" w:type="dxa"/>
              <w:right w:w="70" w:type="dxa"/>
            </w:tcMar>
            <w:vAlign w:val="center"/>
          </w:tcPr>
          <w:p w14:paraId="2EB01A16" w14:textId="77777777" w:rsidR="005E7ED3" w:rsidRDefault="00000000">
            <w:r>
              <w:rPr>
                <w:sz w:val="14"/>
              </w:rPr>
              <w:t>PAU</w:t>
            </w:r>
          </w:p>
        </w:tc>
        <w:tc>
          <w:tcPr>
            <w:tcW w:w="2649" w:type="dxa"/>
            <w:shd w:val="clear" w:color="auto" w:fill="FFFFFF"/>
            <w:tcMar>
              <w:top w:w="70" w:type="dxa"/>
              <w:left w:w="70" w:type="dxa"/>
              <w:bottom w:w="70" w:type="dxa"/>
              <w:right w:w="70" w:type="dxa"/>
            </w:tcMar>
            <w:vAlign w:val="center"/>
          </w:tcPr>
          <w:p w14:paraId="34E57C55" w14:textId="77777777" w:rsidR="005E7ED3" w:rsidRDefault="00000000">
            <w:r>
              <w:rPr>
                <w:sz w:val="14"/>
              </w:rPr>
              <w:t>Qualita delle pause e micro-pause</w:t>
            </w:r>
          </w:p>
        </w:tc>
        <w:tc>
          <w:tcPr>
            <w:tcW w:w="2649" w:type="dxa"/>
            <w:shd w:val="clear" w:color="auto" w:fill="FFFFFF"/>
            <w:tcMar>
              <w:top w:w="70" w:type="dxa"/>
              <w:left w:w="70" w:type="dxa"/>
              <w:bottom w:w="70" w:type="dxa"/>
              <w:right w:w="70" w:type="dxa"/>
            </w:tcMar>
            <w:vAlign w:val="center"/>
          </w:tcPr>
          <w:p w14:paraId="62DFA783" w14:textId="77777777" w:rsidR="005E7ED3" w:rsidRDefault="00000000">
            <w:r>
              <w:rPr>
                <w:sz w:val="14"/>
              </w:rPr>
              <w:t>0-2</w:t>
            </w:r>
          </w:p>
        </w:tc>
        <w:tc>
          <w:tcPr>
            <w:tcW w:w="2649" w:type="dxa"/>
            <w:shd w:val="clear" w:color="auto" w:fill="FFFFFF"/>
            <w:tcMar>
              <w:top w:w="70" w:type="dxa"/>
              <w:left w:w="70" w:type="dxa"/>
              <w:bottom w:w="70" w:type="dxa"/>
              <w:right w:w="70" w:type="dxa"/>
            </w:tcMar>
            <w:vAlign w:val="center"/>
          </w:tcPr>
          <w:p w14:paraId="392A363D" w14:textId="77777777" w:rsidR="005E7ED3" w:rsidRDefault="00000000">
            <w:r>
              <w:rPr>
                <w:sz w:val="14"/>
              </w:rPr>
              <w:t>0 assenti, 1 parziali, 2 adeguate</w:t>
            </w:r>
          </w:p>
        </w:tc>
      </w:tr>
      <w:tr w:rsidR="005E7ED3" w14:paraId="11704953" w14:textId="77777777">
        <w:trPr>
          <w:jc w:val="center"/>
        </w:trPr>
        <w:tc>
          <w:tcPr>
            <w:tcW w:w="2649" w:type="dxa"/>
            <w:shd w:val="clear" w:color="auto" w:fill="F4F9FF"/>
            <w:tcMar>
              <w:top w:w="70" w:type="dxa"/>
              <w:left w:w="70" w:type="dxa"/>
              <w:bottom w:w="70" w:type="dxa"/>
              <w:right w:w="70" w:type="dxa"/>
            </w:tcMar>
            <w:vAlign w:val="center"/>
          </w:tcPr>
          <w:p w14:paraId="0C67362D" w14:textId="77777777" w:rsidR="005E7ED3" w:rsidRDefault="00000000">
            <w:r>
              <w:rPr>
                <w:sz w:val="14"/>
              </w:rPr>
              <w:t>AUT</w:t>
            </w:r>
          </w:p>
        </w:tc>
        <w:tc>
          <w:tcPr>
            <w:tcW w:w="2649" w:type="dxa"/>
            <w:shd w:val="clear" w:color="auto" w:fill="F4F9FF"/>
            <w:tcMar>
              <w:top w:w="70" w:type="dxa"/>
              <w:left w:w="70" w:type="dxa"/>
              <w:bottom w:w="70" w:type="dxa"/>
              <w:right w:w="70" w:type="dxa"/>
            </w:tcMar>
            <w:vAlign w:val="center"/>
          </w:tcPr>
          <w:p w14:paraId="6E960688" w14:textId="77777777" w:rsidR="005E7ED3" w:rsidRDefault="00000000">
            <w:r>
              <w:rPr>
                <w:sz w:val="14"/>
              </w:rPr>
              <w:t>Autonomia nel cambiare postura</w:t>
            </w:r>
          </w:p>
        </w:tc>
        <w:tc>
          <w:tcPr>
            <w:tcW w:w="2649" w:type="dxa"/>
            <w:shd w:val="clear" w:color="auto" w:fill="F4F9FF"/>
            <w:tcMar>
              <w:top w:w="70" w:type="dxa"/>
              <w:left w:w="70" w:type="dxa"/>
              <w:bottom w:w="70" w:type="dxa"/>
              <w:right w:w="70" w:type="dxa"/>
            </w:tcMar>
            <w:vAlign w:val="center"/>
          </w:tcPr>
          <w:p w14:paraId="0C85735D" w14:textId="77777777" w:rsidR="005E7ED3" w:rsidRDefault="00000000">
            <w:r>
              <w:rPr>
                <w:sz w:val="14"/>
              </w:rPr>
              <w:t>0-2</w:t>
            </w:r>
          </w:p>
        </w:tc>
        <w:tc>
          <w:tcPr>
            <w:tcW w:w="2649" w:type="dxa"/>
            <w:shd w:val="clear" w:color="auto" w:fill="F4F9FF"/>
            <w:tcMar>
              <w:top w:w="70" w:type="dxa"/>
              <w:left w:w="70" w:type="dxa"/>
              <w:bottom w:w="70" w:type="dxa"/>
              <w:right w:w="70" w:type="dxa"/>
            </w:tcMar>
            <w:vAlign w:val="center"/>
          </w:tcPr>
          <w:p w14:paraId="76A7763F" w14:textId="77777777" w:rsidR="005E7ED3" w:rsidRDefault="00000000">
            <w:r>
              <w:rPr>
                <w:sz w:val="14"/>
              </w:rPr>
              <w:t>0 assente, 1 parziale, 2 adeguata</w:t>
            </w:r>
          </w:p>
        </w:tc>
      </w:tr>
      <w:tr w:rsidR="005E7ED3" w14:paraId="5B8BA03D" w14:textId="77777777">
        <w:trPr>
          <w:jc w:val="center"/>
        </w:trPr>
        <w:tc>
          <w:tcPr>
            <w:tcW w:w="2649" w:type="dxa"/>
            <w:shd w:val="clear" w:color="auto" w:fill="FFFFFF"/>
            <w:tcMar>
              <w:top w:w="70" w:type="dxa"/>
              <w:left w:w="70" w:type="dxa"/>
              <w:bottom w:w="70" w:type="dxa"/>
              <w:right w:w="70" w:type="dxa"/>
            </w:tcMar>
            <w:vAlign w:val="center"/>
          </w:tcPr>
          <w:p w14:paraId="1BB9A123" w14:textId="77777777" w:rsidR="005E7ED3" w:rsidRDefault="00000000">
            <w:r>
              <w:rPr>
                <w:sz w:val="14"/>
              </w:rPr>
              <w:t>ERG</w:t>
            </w:r>
          </w:p>
        </w:tc>
        <w:tc>
          <w:tcPr>
            <w:tcW w:w="2649" w:type="dxa"/>
            <w:shd w:val="clear" w:color="auto" w:fill="FFFFFF"/>
            <w:tcMar>
              <w:top w:w="70" w:type="dxa"/>
              <w:left w:w="70" w:type="dxa"/>
              <w:bottom w:w="70" w:type="dxa"/>
              <w:right w:w="70" w:type="dxa"/>
            </w:tcMar>
            <w:vAlign w:val="center"/>
          </w:tcPr>
          <w:p w14:paraId="3B678718" w14:textId="77777777" w:rsidR="005E7ED3" w:rsidRDefault="00000000">
            <w:r>
              <w:rPr>
                <w:sz w:val="14"/>
              </w:rPr>
              <w:t>Adeguatezza ergonomica della postazione</w:t>
            </w:r>
          </w:p>
        </w:tc>
        <w:tc>
          <w:tcPr>
            <w:tcW w:w="2649" w:type="dxa"/>
            <w:shd w:val="clear" w:color="auto" w:fill="FFFFFF"/>
            <w:tcMar>
              <w:top w:w="70" w:type="dxa"/>
              <w:left w:w="70" w:type="dxa"/>
              <w:bottom w:w="70" w:type="dxa"/>
              <w:right w:w="70" w:type="dxa"/>
            </w:tcMar>
            <w:vAlign w:val="center"/>
          </w:tcPr>
          <w:p w14:paraId="0DB67339" w14:textId="77777777" w:rsidR="005E7ED3" w:rsidRDefault="00000000">
            <w:r>
              <w:rPr>
                <w:sz w:val="14"/>
              </w:rPr>
              <w:t>0-2</w:t>
            </w:r>
          </w:p>
        </w:tc>
        <w:tc>
          <w:tcPr>
            <w:tcW w:w="2649" w:type="dxa"/>
            <w:shd w:val="clear" w:color="auto" w:fill="FFFFFF"/>
            <w:tcMar>
              <w:top w:w="70" w:type="dxa"/>
              <w:left w:w="70" w:type="dxa"/>
              <w:bottom w:w="70" w:type="dxa"/>
              <w:right w:w="70" w:type="dxa"/>
            </w:tcMar>
            <w:vAlign w:val="center"/>
          </w:tcPr>
          <w:p w14:paraId="2B6EFA78" w14:textId="77777777" w:rsidR="005E7ED3" w:rsidRDefault="00000000">
            <w:r>
              <w:rPr>
                <w:sz w:val="14"/>
              </w:rPr>
              <w:t>sedia, piano, monitor, tappetino, seduta di appoggio</w:t>
            </w:r>
          </w:p>
        </w:tc>
      </w:tr>
      <w:tr w:rsidR="005E7ED3" w14:paraId="02B463C1" w14:textId="77777777">
        <w:trPr>
          <w:jc w:val="center"/>
        </w:trPr>
        <w:tc>
          <w:tcPr>
            <w:tcW w:w="2649" w:type="dxa"/>
            <w:shd w:val="clear" w:color="auto" w:fill="F4F9FF"/>
            <w:tcMar>
              <w:top w:w="70" w:type="dxa"/>
              <w:left w:w="70" w:type="dxa"/>
              <w:bottom w:w="70" w:type="dxa"/>
              <w:right w:w="70" w:type="dxa"/>
            </w:tcMar>
            <w:vAlign w:val="center"/>
          </w:tcPr>
          <w:p w14:paraId="168F2B6A" w14:textId="77777777" w:rsidR="005E7ED3" w:rsidRDefault="00000000">
            <w:r>
              <w:rPr>
                <w:sz w:val="14"/>
              </w:rPr>
              <w:t>ROT</w:t>
            </w:r>
          </w:p>
        </w:tc>
        <w:tc>
          <w:tcPr>
            <w:tcW w:w="2649" w:type="dxa"/>
            <w:shd w:val="clear" w:color="auto" w:fill="F4F9FF"/>
            <w:tcMar>
              <w:top w:w="70" w:type="dxa"/>
              <w:left w:w="70" w:type="dxa"/>
              <w:bottom w:w="70" w:type="dxa"/>
              <w:right w:w="70" w:type="dxa"/>
            </w:tcMar>
            <w:vAlign w:val="center"/>
          </w:tcPr>
          <w:p w14:paraId="0D814087" w14:textId="77777777" w:rsidR="005E7ED3" w:rsidRDefault="00000000">
            <w:r>
              <w:rPr>
                <w:sz w:val="14"/>
              </w:rPr>
              <w:t>Rotazione o alternanza compiti</w:t>
            </w:r>
          </w:p>
        </w:tc>
        <w:tc>
          <w:tcPr>
            <w:tcW w:w="2649" w:type="dxa"/>
            <w:shd w:val="clear" w:color="auto" w:fill="F4F9FF"/>
            <w:tcMar>
              <w:top w:w="70" w:type="dxa"/>
              <w:left w:w="70" w:type="dxa"/>
              <w:bottom w:w="70" w:type="dxa"/>
              <w:right w:w="70" w:type="dxa"/>
            </w:tcMar>
            <w:vAlign w:val="center"/>
          </w:tcPr>
          <w:p w14:paraId="3295254E" w14:textId="77777777" w:rsidR="005E7ED3" w:rsidRDefault="00000000">
            <w:r>
              <w:rPr>
                <w:sz w:val="14"/>
              </w:rPr>
              <w:t>0/1</w:t>
            </w:r>
          </w:p>
        </w:tc>
        <w:tc>
          <w:tcPr>
            <w:tcW w:w="2649" w:type="dxa"/>
            <w:shd w:val="clear" w:color="auto" w:fill="F4F9FF"/>
            <w:tcMar>
              <w:top w:w="70" w:type="dxa"/>
              <w:left w:w="70" w:type="dxa"/>
              <w:bottom w:w="70" w:type="dxa"/>
              <w:right w:w="70" w:type="dxa"/>
            </w:tcMar>
            <w:vAlign w:val="center"/>
          </w:tcPr>
          <w:p w14:paraId="1EC4E5E6" w14:textId="77777777" w:rsidR="005E7ED3" w:rsidRDefault="00000000">
            <w:r>
              <w:rPr>
                <w:sz w:val="14"/>
              </w:rPr>
              <w:t>procedura o prassi osservabile</w:t>
            </w:r>
          </w:p>
        </w:tc>
      </w:tr>
      <w:tr w:rsidR="005E7ED3" w14:paraId="46F0F035" w14:textId="77777777">
        <w:trPr>
          <w:jc w:val="center"/>
        </w:trPr>
        <w:tc>
          <w:tcPr>
            <w:tcW w:w="2649" w:type="dxa"/>
            <w:shd w:val="clear" w:color="auto" w:fill="FFFFFF"/>
            <w:tcMar>
              <w:top w:w="70" w:type="dxa"/>
              <w:left w:w="70" w:type="dxa"/>
              <w:bottom w:w="70" w:type="dxa"/>
              <w:right w:w="70" w:type="dxa"/>
            </w:tcMar>
            <w:vAlign w:val="center"/>
          </w:tcPr>
          <w:p w14:paraId="5D638342" w14:textId="77777777" w:rsidR="005E7ED3" w:rsidRDefault="00000000">
            <w:r>
              <w:rPr>
                <w:sz w:val="14"/>
              </w:rPr>
              <w:t>SENS</w:t>
            </w:r>
          </w:p>
        </w:tc>
        <w:tc>
          <w:tcPr>
            <w:tcW w:w="2649" w:type="dxa"/>
            <w:shd w:val="clear" w:color="auto" w:fill="FFFFFF"/>
            <w:tcMar>
              <w:top w:w="70" w:type="dxa"/>
              <w:left w:w="70" w:type="dxa"/>
              <w:bottom w:w="70" w:type="dxa"/>
              <w:right w:w="70" w:type="dxa"/>
            </w:tcMar>
            <w:vAlign w:val="center"/>
          </w:tcPr>
          <w:p w14:paraId="4DAF51E5" w14:textId="77777777" w:rsidR="005E7ED3" w:rsidRDefault="00000000">
            <w:r>
              <w:rPr>
                <w:sz w:val="14"/>
              </w:rPr>
              <w:t>Presenza di lavoratori con esigenze individuali da gestire</w:t>
            </w:r>
          </w:p>
        </w:tc>
        <w:tc>
          <w:tcPr>
            <w:tcW w:w="2649" w:type="dxa"/>
            <w:shd w:val="clear" w:color="auto" w:fill="FFFFFF"/>
            <w:tcMar>
              <w:top w:w="70" w:type="dxa"/>
              <w:left w:w="70" w:type="dxa"/>
              <w:bottom w:w="70" w:type="dxa"/>
              <w:right w:w="70" w:type="dxa"/>
            </w:tcMar>
            <w:vAlign w:val="center"/>
          </w:tcPr>
          <w:p w14:paraId="59E5A3A5" w14:textId="77777777" w:rsidR="005E7ED3" w:rsidRDefault="00000000">
            <w:r>
              <w:rPr>
                <w:sz w:val="14"/>
              </w:rPr>
              <w:t>0/1</w:t>
            </w:r>
          </w:p>
        </w:tc>
        <w:tc>
          <w:tcPr>
            <w:tcW w:w="2649" w:type="dxa"/>
            <w:shd w:val="clear" w:color="auto" w:fill="FFFFFF"/>
            <w:tcMar>
              <w:top w:w="70" w:type="dxa"/>
              <w:left w:w="70" w:type="dxa"/>
              <w:bottom w:w="70" w:type="dxa"/>
              <w:right w:w="70" w:type="dxa"/>
            </w:tcMar>
            <w:vAlign w:val="center"/>
          </w:tcPr>
          <w:p w14:paraId="59C3C888" w14:textId="77777777" w:rsidR="005E7ED3" w:rsidRDefault="00000000">
            <w:r>
              <w:rPr>
                <w:sz w:val="14"/>
              </w:rPr>
              <w:t>senza indicare diagnosi; gestione tramite medico competente</w:t>
            </w:r>
          </w:p>
        </w:tc>
      </w:tr>
    </w:tbl>
    <w:p w14:paraId="243C0330" w14:textId="77777777" w:rsidR="005E7ED3" w:rsidRDefault="00000000">
      <w:pPr>
        <w:pStyle w:val="Titolo1"/>
      </w:pPr>
      <w:r>
        <w:rPr>
          <w:rFonts w:ascii="Arial" w:hAnsi="Arial"/>
          <w:b w:val="0"/>
        </w:rPr>
        <w:t>4.3 Formula operativa proposta per il punteggio seduta</w:t>
      </w:r>
    </w:p>
    <w:p w14:paraId="2D530B6D" w14:textId="77777777" w:rsidR="005E7ED3" w:rsidRDefault="00000000">
      <w:r>
        <w:rPr>
          <w:sz w:val="17"/>
        </w:rPr>
        <w:t>Il punteggio seduta PS varia da 0 a 4. Le soglie principali sono 2 ore continuative e 5-6 ore totali giornaliere. La formula seguente e una traduzione operativa per il DVR e puo essere adattata dal valutatore.</w:t>
      </w:r>
    </w:p>
    <w:tbl>
      <w:tblPr>
        <w:tblW w:w="0" w:type="auto"/>
        <w:jc w:val="center"/>
        <w:tblBorders>
          <w:top w:val="single" w:sz="8" w:space="0" w:color="145DA0"/>
          <w:left w:val="single" w:sz="8" w:space="0" w:color="145DA0"/>
          <w:bottom w:val="single" w:sz="8" w:space="0" w:color="145DA0"/>
          <w:right w:val="single" w:sz="8" w:space="0" w:color="145DA0"/>
          <w:insideH w:val="single" w:sz="8" w:space="0" w:color="145DA0"/>
          <w:insideV w:val="single" w:sz="8" w:space="0" w:color="145DA0"/>
        </w:tblBorders>
        <w:tblLook w:val="04A0" w:firstRow="1" w:lastRow="0" w:firstColumn="1" w:lastColumn="0" w:noHBand="0" w:noVBand="1"/>
      </w:tblPr>
      <w:tblGrid>
        <w:gridCol w:w="10596"/>
      </w:tblGrid>
      <w:tr w:rsidR="005E7ED3" w14:paraId="114072BE" w14:textId="77777777">
        <w:trPr>
          <w:jc w:val="center"/>
        </w:trPr>
        <w:tc>
          <w:tcPr>
            <w:tcW w:w="10596" w:type="dxa"/>
            <w:shd w:val="clear" w:color="auto" w:fill="F4F9FF"/>
            <w:vAlign w:val="center"/>
          </w:tcPr>
          <w:p w14:paraId="65EA16E8" w14:textId="77777777" w:rsidR="005E7ED3" w:rsidRDefault="005E7ED3"/>
          <w:p w14:paraId="607DB8F7" w14:textId="77777777" w:rsidR="005E7ED3" w:rsidRDefault="00000000">
            <w:pPr>
              <w:pStyle w:val="FormulaText"/>
            </w:pPr>
            <w:r>
              <w:rPr>
                <w:rFonts w:ascii="Arial" w:hAnsi="Arial"/>
                <w:sz w:val="16"/>
              </w:rPr>
              <w:t>S_cont = 0 se TSC &lt;= 30; 1 se 31-60; 2 se 61-120; 3 se TSC &gt; 120</w:t>
            </w:r>
          </w:p>
          <w:p w14:paraId="522DD124" w14:textId="77777777" w:rsidR="005E7ED3" w:rsidRDefault="00000000">
            <w:pPr>
              <w:pStyle w:val="FormulaText"/>
            </w:pPr>
            <w:r>
              <w:rPr>
                <w:rFonts w:ascii="Arial" w:hAnsi="Arial"/>
                <w:sz w:val="16"/>
              </w:rPr>
              <w:t>S_tot  = 0 se TSG &lt;= 4; 1 se 4 &lt; TSG &lt;= 5,5; 2 se 5,5 &lt; TSG &lt;= 7; 3 se TSG &gt; 7</w:t>
            </w:r>
          </w:p>
          <w:p w14:paraId="42BD441F" w14:textId="77777777" w:rsidR="005E7ED3" w:rsidRDefault="00000000">
            <w:pPr>
              <w:pStyle w:val="FormulaText"/>
            </w:pPr>
            <w:r>
              <w:rPr>
                <w:rFonts w:ascii="Arial" w:hAnsi="Arial"/>
                <w:sz w:val="16"/>
              </w:rPr>
              <w:t>PS_raw = max(S_cont, S_tot)</w:t>
            </w:r>
          </w:p>
          <w:p w14:paraId="71EB1E45" w14:textId="77777777" w:rsidR="005E7ED3" w:rsidRDefault="00000000">
            <w:pPr>
              <w:pStyle w:val="FormulaText"/>
            </w:pPr>
            <w:r>
              <w:rPr>
                <w:rFonts w:ascii="Arial" w:hAnsi="Arial"/>
                <w:sz w:val="16"/>
              </w:rPr>
              <w:t>Se TSC &gt; 120 oppure TSG &gt; 5,5 allora PS = max(PS_raw, 3)</w:t>
            </w:r>
          </w:p>
          <w:p w14:paraId="63F52211" w14:textId="77777777" w:rsidR="005E7ED3" w:rsidRDefault="00000000">
            <w:pPr>
              <w:pStyle w:val="FormulaText"/>
            </w:pPr>
            <w:r>
              <w:rPr>
                <w:rFonts w:ascii="Arial" w:hAnsi="Arial"/>
                <w:sz w:val="16"/>
              </w:rPr>
              <w:t>Se TSC &gt; 120 e TSG &gt; 5,5 allora PS = 4</w:t>
            </w:r>
          </w:p>
          <w:p w14:paraId="4E28E0AF" w14:textId="77777777" w:rsidR="005E7ED3" w:rsidRDefault="00000000">
            <w:pPr>
              <w:pStyle w:val="FormulaText"/>
            </w:pPr>
            <w:r>
              <w:rPr>
                <w:rFonts w:ascii="Arial" w:hAnsi="Arial"/>
                <w:sz w:val="16"/>
              </w:rPr>
              <w:t>Se PAU = 0 e TSC &gt; 30 allora PS = min(4, PS + 1)</w:t>
            </w:r>
          </w:p>
        </w:tc>
      </w:tr>
    </w:tbl>
    <w:p w14:paraId="707E9C57" w14:textId="77777777" w:rsidR="005E7ED3" w:rsidRDefault="00000000">
      <w:pPr>
        <w:pStyle w:val="Titolo1"/>
      </w:pPr>
      <w:r>
        <w:rPr>
          <w:rFonts w:ascii="Arial" w:hAnsi="Arial"/>
          <w:b w:val="0"/>
        </w:rPr>
        <w:t>4.4 Formula operativa proposta per il punteggio in piedi</w:t>
      </w:r>
    </w:p>
    <w:tbl>
      <w:tblPr>
        <w:tblW w:w="0" w:type="auto"/>
        <w:jc w:val="center"/>
        <w:tblBorders>
          <w:top w:val="single" w:sz="8" w:space="0" w:color="145DA0"/>
          <w:left w:val="single" w:sz="8" w:space="0" w:color="145DA0"/>
          <w:bottom w:val="single" w:sz="8" w:space="0" w:color="145DA0"/>
          <w:right w:val="single" w:sz="8" w:space="0" w:color="145DA0"/>
          <w:insideH w:val="single" w:sz="8" w:space="0" w:color="145DA0"/>
          <w:insideV w:val="single" w:sz="8" w:space="0" w:color="145DA0"/>
        </w:tblBorders>
        <w:tblLook w:val="04A0" w:firstRow="1" w:lastRow="0" w:firstColumn="1" w:lastColumn="0" w:noHBand="0" w:noVBand="1"/>
      </w:tblPr>
      <w:tblGrid>
        <w:gridCol w:w="10596"/>
      </w:tblGrid>
      <w:tr w:rsidR="005E7ED3" w14:paraId="28EC687A" w14:textId="77777777">
        <w:trPr>
          <w:jc w:val="center"/>
        </w:trPr>
        <w:tc>
          <w:tcPr>
            <w:tcW w:w="10596" w:type="dxa"/>
            <w:shd w:val="clear" w:color="auto" w:fill="F4F9FF"/>
            <w:vAlign w:val="center"/>
          </w:tcPr>
          <w:p w14:paraId="4440B416" w14:textId="77777777" w:rsidR="005E7ED3" w:rsidRDefault="005E7ED3"/>
          <w:p w14:paraId="01497ADA" w14:textId="77777777" w:rsidR="005E7ED3" w:rsidRDefault="00000000">
            <w:pPr>
              <w:pStyle w:val="FormulaText"/>
            </w:pPr>
            <w:r>
              <w:rPr>
                <w:rFonts w:ascii="Arial" w:hAnsi="Arial"/>
                <w:sz w:val="16"/>
              </w:rPr>
              <w:t>P_cont = 0 se TPC &lt;= 15; 1 se 16-30; 2 se 31-60; 3 se TPC &gt; 60</w:t>
            </w:r>
          </w:p>
          <w:p w14:paraId="7AFA9BEA" w14:textId="77777777" w:rsidR="005E7ED3" w:rsidRDefault="00000000">
            <w:pPr>
              <w:pStyle w:val="FormulaText"/>
            </w:pPr>
            <w:r>
              <w:rPr>
                <w:rFonts w:ascii="Arial" w:hAnsi="Arial"/>
                <w:sz w:val="16"/>
              </w:rPr>
              <w:t>P_tot  = 0 se TPG &lt;= 2; 1 se 2 &lt; TPG &lt;= 4; 2 se 4 &lt; TPG &lt;= 5; 3 se TPG &gt; 5</w:t>
            </w:r>
          </w:p>
          <w:p w14:paraId="7B3C4BFA" w14:textId="77777777" w:rsidR="005E7ED3" w:rsidRDefault="00000000">
            <w:pPr>
              <w:pStyle w:val="FormulaText"/>
            </w:pPr>
            <w:r>
              <w:rPr>
                <w:rFonts w:ascii="Arial" w:hAnsi="Arial"/>
                <w:sz w:val="16"/>
              </w:rPr>
              <w:t>PI_raw = max(P_cont, P_tot)</w:t>
            </w:r>
          </w:p>
          <w:p w14:paraId="533BB7D2" w14:textId="77777777" w:rsidR="005E7ED3" w:rsidRDefault="00000000">
            <w:pPr>
              <w:pStyle w:val="FormulaText"/>
            </w:pPr>
            <w:r>
              <w:rPr>
                <w:rFonts w:ascii="Arial" w:hAnsi="Arial"/>
                <w:sz w:val="16"/>
              </w:rPr>
              <w:t>Se TPC &gt; 60 oppure TPG &gt; 4 allora PI = max(PI_raw, 3)</w:t>
            </w:r>
          </w:p>
          <w:p w14:paraId="3507D2D3" w14:textId="77777777" w:rsidR="005E7ED3" w:rsidRDefault="00000000">
            <w:pPr>
              <w:pStyle w:val="FormulaText"/>
            </w:pPr>
            <w:r>
              <w:rPr>
                <w:rFonts w:ascii="Arial" w:hAnsi="Arial"/>
                <w:sz w:val="16"/>
              </w:rPr>
              <w:t>Se TPC &gt; 60 e TPG &gt; 4 allora PI = 4</w:t>
            </w:r>
          </w:p>
          <w:p w14:paraId="082FB2D6" w14:textId="77777777" w:rsidR="005E7ED3" w:rsidRDefault="00000000">
            <w:pPr>
              <w:pStyle w:val="FormulaText"/>
            </w:pPr>
            <w:r>
              <w:rPr>
                <w:rFonts w:ascii="Arial" w:hAnsi="Arial"/>
                <w:sz w:val="16"/>
              </w:rPr>
              <w:t>Se PC = 1 allora PI = min(4, PI + 1)</w:t>
            </w:r>
          </w:p>
        </w:tc>
      </w:tr>
    </w:tbl>
    <w:p w14:paraId="1070D4A8" w14:textId="77777777" w:rsidR="005E7ED3" w:rsidRDefault="00000000">
      <w:pPr>
        <w:pStyle w:val="Titolo1"/>
      </w:pPr>
      <w:r>
        <w:rPr>
          <w:rFonts w:ascii="Arial" w:hAnsi="Arial"/>
          <w:b w:val="0"/>
        </w:rPr>
        <w:t>4.5 Formula dell'indice complessivo di rischio IDR</w:t>
      </w:r>
    </w:p>
    <w:p w14:paraId="539AFDAF" w14:textId="77777777" w:rsidR="005E7ED3" w:rsidRDefault="00000000">
      <w:r>
        <w:rPr>
          <w:sz w:val="17"/>
        </w:rPr>
        <w:t>Il punteggio complessivo integra il rischio da seduta, il rischio da stazione eretta, la matrice sedentarieta/attivita fisica e i fattori correttivi. L'indice IDR e espresso da 0 a 100 ed e utilizzato per il colore finale e la priorita di intervento.</w:t>
      </w:r>
    </w:p>
    <w:tbl>
      <w:tblPr>
        <w:tblW w:w="0" w:type="auto"/>
        <w:jc w:val="center"/>
        <w:tblBorders>
          <w:top w:val="single" w:sz="8" w:space="0" w:color="0B3A66"/>
          <w:left w:val="single" w:sz="8" w:space="0" w:color="0B3A66"/>
          <w:bottom w:val="single" w:sz="8" w:space="0" w:color="0B3A66"/>
          <w:right w:val="single" w:sz="8" w:space="0" w:color="0B3A66"/>
          <w:insideH w:val="single" w:sz="8" w:space="0" w:color="0B3A66"/>
          <w:insideV w:val="single" w:sz="8" w:space="0" w:color="0B3A66"/>
        </w:tblBorders>
        <w:tblLook w:val="04A0" w:firstRow="1" w:lastRow="0" w:firstColumn="1" w:lastColumn="0" w:noHBand="0" w:noVBand="1"/>
      </w:tblPr>
      <w:tblGrid>
        <w:gridCol w:w="10596"/>
      </w:tblGrid>
      <w:tr w:rsidR="005E7ED3" w14:paraId="24C80929" w14:textId="77777777">
        <w:trPr>
          <w:jc w:val="center"/>
        </w:trPr>
        <w:tc>
          <w:tcPr>
            <w:tcW w:w="10596" w:type="dxa"/>
            <w:shd w:val="clear" w:color="auto" w:fill="EAF3FF"/>
            <w:vAlign w:val="center"/>
          </w:tcPr>
          <w:p w14:paraId="7C02F571" w14:textId="77777777" w:rsidR="005E7ED3" w:rsidRDefault="005E7ED3"/>
          <w:p w14:paraId="188EEC36" w14:textId="77777777" w:rsidR="005E7ED3" w:rsidRDefault="00000000">
            <w:pPr>
              <w:pStyle w:val="FormulaText"/>
            </w:pPr>
            <w:r>
              <w:rPr>
                <w:rFonts w:ascii="Arial" w:hAnsi="Arial"/>
                <w:sz w:val="16"/>
              </w:rPr>
              <w:t>PM = punteggio matrice sedentarieta/attivita fisica, da 0 a 4</w:t>
            </w:r>
          </w:p>
          <w:p w14:paraId="3E088658" w14:textId="77777777" w:rsidR="005E7ED3" w:rsidRDefault="00000000">
            <w:pPr>
              <w:pStyle w:val="FormulaText"/>
            </w:pPr>
            <w:r>
              <w:rPr>
                <w:rFonts w:ascii="Arial" w:hAnsi="Arial"/>
                <w:sz w:val="16"/>
              </w:rPr>
              <w:t>P_base = max(PS, PI, PM)</w:t>
            </w:r>
          </w:p>
          <w:p w14:paraId="6816B6AF" w14:textId="77777777" w:rsidR="005E7ED3" w:rsidRDefault="00000000">
            <w:pPr>
              <w:pStyle w:val="FormulaText"/>
            </w:pPr>
            <w:r>
              <w:rPr>
                <w:rFonts w:ascii="Arial" w:hAnsi="Arial"/>
                <w:sz w:val="16"/>
              </w:rPr>
              <w:t>A = numero fattori aggravanti presenti, massimo consigliato 6</w:t>
            </w:r>
          </w:p>
          <w:p w14:paraId="4A6B33D0" w14:textId="77777777" w:rsidR="005E7ED3" w:rsidRDefault="00000000">
            <w:pPr>
              <w:pStyle w:val="FormulaText"/>
            </w:pPr>
            <w:r>
              <w:rPr>
                <w:rFonts w:ascii="Arial" w:hAnsi="Arial"/>
                <w:sz w:val="16"/>
              </w:rPr>
              <w:t>M = numero fattori mitiganti efficaci presenti, massimo consigliato 6</w:t>
            </w:r>
          </w:p>
          <w:p w14:paraId="0DAF7D0B" w14:textId="77777777" w:rsidR="005E7ED3" w:rsidRDefault="00000000">
            <w:pPr>
              <w:pStyle w:val="FormulaText"/>
            </w:pPr>
            <w:r>
              <w:rPr>
                <w:rFonts w:ascii="Arial" w:hAnsi="Arial"/>
                <w:sz w:val="16"/>
              </w:rPr>
              <w:t>IDR = clamp(0, 100, (18 x P_base) + (4 x A) - (3 x M))</w:t>
            </w:r>
          </w:p>
          <w:p w14:paraId="205CD79B" w14:textId="77777777" w:rsidR="005E7ED3" w:rsidRDefault="00000000">
            <w:pPr>
              <w:pStyle w:val="FormulaText"/>
            </w:pPr>
            <w:r>
              <w:rPr>
                <w:rFonts w:ascii="Arial" w:hAnsi="Arial"/>
                <w:sz w:val="16"/>
              </w:rPr>
              <w:t>clamp(0,100,x) significa: se x &lt; 0 usare 0; se x &gt; 100 usare 100.</w:t>
            </w:r>
          </w:p>
        </w:tc>
      </w:tr>
    </w:tbl>
    <w:p w14:paraId="2914380C" w14:textId="77777777" w:rsidR="005E7ED3" w:rsidRDefault="00000000">
      <w:pPr>
        <w:pStyle w:val="Titolo1"/>
      </w:pPr>
      <w:r>
        <w:rPr>
          <w:rFonts w:ascii="Arial" w:hAnsi="Arial"/>
          <w:b w:val="0"/>
        </w:rPr>
        <w:t>4.6 Classificazione dell'indice IDR</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2119"/>
        <w:gridCol w:w="2119"/>
        <w:gridCol w:w="2119"/>
        <w:gridCol w:w="2119"/>
        <w:gridCol w:w="2119"/>
      </w:tblGrid>
      <w:tr w:rsidR="005E7ED3" w14:paraId="25DD4D83" w14:textId="77777777">
        <w:trPr>
          <w:jc w:val="center"/>
        </w:trPr>
        <w:tc>
          <w:tcPr>
            <w:tcW w:w="2119" w:type="dxa"/>
            <w:shd w:val="clear" w:color="auto" w:fill="0B3A66"/>
            <w:tcMar>
              <w:top w:w="70" w:type="dxa"/>
              <w:left w:w="70" w:type="dxa"/>
              <w:bottom w:w="70" w:type="dxa"/>
              <w:right w:w="70" w:type="dxa"/>
            </w:tcMar>
            <w:vAlign w:val="center"/>
          </w:tcPr>
          <w:p w14:paraId="07B6E926" w14:textId="77777777" w:rsidR="005E7ED3" w:rsidRDefault="00000000">
            <w:pPr>
              <w:jc w:val="center"/>
            </w:pPr>
            <w:r>
              <w:rPr>
                <w:b/>
                <w:color w:val="FFFFFF"/>
                <w:sz w:val="16"/>
              </w:rPr>
              <w:t>IDR</w:t>
            </w:r>
          </w:p>
        </w:tc>
        <w:tc>
          <w:tcPr>
            <w:tcW w:w="2119" w:type="dxa"/>
            <w:shd w:val="clear" w:color="auto" w:fill="0B3A66"/>
            <w:tcMar>
              <w:top w:w="70" w:type="dxa"/>
              <w:left w:w="70" w:type="dxa"/>
              <w:bottom w:w="70" w:type="dxa"/>
              <w:right w:w="70" w:type="dxa"/>
            </w:tcMar>
            <w:vAlign w:val="center"/>
          </w:tcPr>
          <w:p w14:paraId="0F1B008B" w14:textId="77777777" w:rsidR="005E7ED3" w:rsidRDefault="00000000">
            <w:pPr>
              <w:jc w:val="center"/>
            </w:pPr>
            <w:r>
              <w:rPr>
                <w:b/>
                <w:color w:val="FFFFFF"/>
                <w:sz w:val="16"/>
              </w:rPr>
              <w:t>Livello</w:t>
            </w:r>
          </w:p>
        </w:tc>
        <w:tc>
          <w:tcPr>
            <w:tcW w:w="2119" w:type="dxa"/>
            <w:shd w:val="clear" w:color="auto" w:fill="0B3A66"/>
            <w:tcMar>
              <w:top w:w="70" w:type="dxa"/>
              <w:left w:w="70" w:type="dxa"/>
              <w:bottom w:w="70" w:type="dxa"/>
              <w:right w:w="70" w:type="dxa"/>
            </w:tcMar>
            <w:vAlign w:val="center"/>
          </w:tcPr>
          <w:p w14:paraId="19F08EA5" w14:textId="77777777" w:rsidR="005E7ED3" w:rsidRDefault="00000000">
            <w:pPr>
              <w:jc w:val="center"/>
            </w:pPr>
            <w:r>
              <w:rPr>
                <w:b/>
                <w:color w:val="FFFFFF"/>
                <w:sz w:val="16"/>
              </w:rPr>
              <w:t>Colore</w:t>
            </w:r>
          </w:p>
        </w:tc>
        <w:tc>
          <w:tcPr>
            <w:tcW w:w="2119" w:type="dxa"/>
            <w:shd w:val="clear" w:color="auto" w:fill="0B3A66"/>
            <w:tcMar>
              <w:top w:w="70" w:type="dxa"/>
              <w:left w:w="70" w:type="dxa"/>
              <w:bottom w:w="70" w:type="dxa"/>
              <w:right w:w="70" w:type="dxa"/>
            </w:tcMar>
            <w:vAlign w:val="center"/>
          </w:tcPr>
          <w:p w14:paraId="3C9D019F" w14:textId="77777777" w:rsidR="005E7ED3" w:rsidRDefault="00000000">
            <w:pPr>
              <w:jc w:val="center"/>
            </w:pPr>
            <w:r>
              <w:rPr>
                <w:b/>
                <w:color w:val="FFFFFF"/>
                <w:sz w:val="16"/>
              </w:rPr>
              <w:t>Significato</w:t>
            </w:r>
          </w:p>
        </w:tc>
        <w:tc>
          <w:tcPr>
            <w:tcW w:w="2119" w:type="dxa"/>
            <w:shd w:val="clear" w:color="auto" w:fill="0B3A66"/>
            <w:tcMar>
              <w:top w:w="70" w:type="dxa"/>
              <w:left w:w="70" w:type="dxa"/>
              <w:bottom w:w="70" w:type="dxa"/>
              <w:right w:w="70" w:type="dxa"/>
            </w:tcMar>
            <w:vAlign w:val="center"/>
          </w:tcPr>
          <w:p w14:paraId="6E53F4A5" w14:textId="77777777" w:rsidR="005E7ED3" w:rsidRDefault="00000000">
            <w:pPr>
              <w:jc w:val="center"/>
            </w:pPr>
            <w:r>
              <w:rPr>
                <w:b/>
                <w:color w:val="FFFFFF"/>
                <w:sz w:val="16"/>
              </w:rPr>
              <w:t>Priorita</w:t>
            </w:r>
          </w:p>
        </w:tc>
      </w:tr>
      <w:tr w:rsidR="005E7ED3" w14:paraId="2C95AA38" w14:textId="77777777">
        <w:trPr>
          <w:jc w:val="center"/>
        </w:trPr>
        <w:tc>
          <w:tcPr>
            <w:tcW w:w="2119" w:type="dxa"/>
            <w:shd w:val="clear" w:color="auto" w:fill="FFFFFF"/>
            <w:tcMar>
              <w:top w:w="70" w:type="dxa"/>
              <w:left w:w="70" w:type="dxa"/>
              <w:bottom w:w="70" w:type="dxa"/>
              <w:right w:w="70" w:type="dxa"/>
            </w:tcMar>
            <w:vAlign w:val="center"/>
          </w:tcPr>
          <w:p w14:paraId="35F35FE6" w14:textId="77777777" w:rsidR="005E7ED3" w:rsidRDefault="00000000">
            <w:r>
              <w:rPr>
                <w:color w:val="000000"/>
                <w:sz w:val="15"/>
              </w:rPr>
              <w:t>0-20</w:t>
            </w:r>
          </w:p>
        </w:tc>
        <w:tc>
          <w:tcPr>
            <w:tcW w:w="2119" w:type="dxa"/>
            <w:shd w:val="clear" w:color="auto" w:fill="A9D18E"/>
            <w:tcMar>
              <w:top w:w="70" w:type="dxa"/>
              <w:left w:w="70" w:type="dxa"/>
              <w:bottom w:w="70" w:type="dxa"/>
              <w:right w:w="70" w:type="dxa"/>
            </w:tcMar>
            <w:vAlign w:val="center"/>
          </w:tcPr>
          <w:p w14:paraId="54B2D511" w14:textId="77777777" w:rsidR="005E7ED3" w:rsidRDefault="00000000">
            <w:r>
              <w:rPr>
                <w:b/>
                <w:color w:val="0B3A66"/>
                <w:sz w:val="15"/>
              </w:rPr>
              <w:t>BASSO</w:t>
            </w:r>
          </w:p>
        </w:tc>
        <w:tc>
          <w:tcPr>
            <w:tcW w:w="2119" w:type="dxa"/>
            <w:shd w:val="clear" w:color="auto" w:fill="A9D18E"/>
            <w:tcMar>
              <w:top w:w="70" w:type="dxa"/>
              <w:left w:w="70" w:type="dxa"/>
              <w:bottom w:w="70" w:type="dxa"/>
              <w:right w:w="70" w:type="dxa"/>
            </w:tcMar>
            <w:vAlign w:val="center"/>
          </w:tcPr>
          <w:p w14:paraId="6BA4D732" w14:textId="77777777" w:rsidR="005E7ED3" w:rsidRDefault="00000000">
            <w:r>
              <w:rPr>
                <w:b/>
                <w:color w:val="0B3A66"/>
                <w:sz w:val="15"/>
              </w:rPr>
              <w:t>Verde</w:t>
            </w:r>
          </w:p>
        </w:tc>
        <w:tc>
          <w:tcPr>
            <w:tcW w:w="2119" w:type="dxa"/>
            <w:shd w:val="clear" w:color="auto" w:fill="FFFFFF"/>
            <w:tcMar>
              <w:top w:w="70" w:type="dxa"/>
              <w:left w:w="70" w:type="dxa"/>
              <w:bottom w:w="70" w:type="dxa"/>
              <w:right w:w="70" w:type="dxa"/>
            </w:tcMar>
            <w:vAlign w:val="center"/>
          </w:tcPr>
          <w:p w14:paraId="2DE09A31" w14:textId="77777777" w:rsidR="005E7ED3" w:rsidRDefault="00000000">
            <w:r>
              <w:rPr>
                <w:color w:val="000000"/>
                <w:sz w:val="15"/>
              </w:rPr>
              <w:t>Condizione generalmente controllata; mantenere misure e monitoraggio.</w:t>
            </w:r>
          </w:p>
        </w:tc>
        <w:tc>
          <w:tcPr>
            <w:tcW w:w="2119" w:type="dxa"/>
            <w:shd w:val="clear" w:color="auto" w:fill="FFFFFF"/>
            <w:tcMar>
              <w:top w:w="70" w:type="dxa"/>
              <w:left w:w="70" w:type="dxa"/>
              <w:bottom w:w="70" w:type="dxa"/>
              <w:right w:w="70" w:type="dxa"/>
            </w:tcMar>
            <w:vAlign w:val="center"/>
          </w:tcPr>
          <w:p w14:paraId="1C881B8D" w14:textId="77777777" w:rsidR="005E7ED3" w:rsidRDefault="00000000">
            <w:r>
              <w:rPr>
                <w:color w:val="000000"/>
                <w:sz w:val="15"/>
              </w:rPr>
              <w:t>Riesame ordinario</w:t>
            </w:r>
          </w:p>
        </w:tc>
      </w:tr>
      <w:tr w:rsidR="005E7ED3" w14:paraId="0DC42C0F" w14:textId="77777777">
        <w:trPr>
          <w:jc w:val="center"/>
        </w:trPr>
        <w:tc>
          <w:tcPr>
            <w:tcW w:w="2119" w:type="dxa"/>
            <w:shd w:val="clear" w:color="auto" w:fill="FFFFFF"/>
            <w:tcMar>
              <w:top w:w="70" w:type="dxa"/>
              <w:left w:w="70" w:type="dxa"/>
              <w:bottom w:w="70" w:type="dxa"/>
              <w:right w:w="70" w:type="dxa"/>
            </w:tcMar>
            <w:vAlign w:val="center"/>
          </w:tcPr>
          <w:p w14:paraId="04AFF074" w14:textId="77777777" w:rsidR="005E7ED3" w:rsidRDefault="00000000">
            <w:r>
              <w:rPr>
                <w:color w:val="000000"/>
                <w:sz w:val="15"/>
              </w:rPr>
              <w:t>21-40</w:t>
            </w:r>
          </w:p>
        </w:tc>
        <w:tc>
          <w:tcPr>
            <w:tcW w:w="2119" w:type="dxa"/>
            <w:shd w:val="clear" w:color="auto" w:fill="FFF2CC"/>
            <w:tcMar>
              <w:top w:w="70" w:type="dxa"/>
              <w:left w:w="70" w:type="dxa"/>
              <w:bottom w:w="70" w:type="dxa"/>
              <w:right w:w="70" w:type="dxa"/>
            </w:tcMar>
            <w:vAlign w:val="center"/>
          </w:tcPr>
          <w:p w14:paraId="6CA837E7" w14:textId="77777777" w:rsidR="005E7ED3" w:rsidRDefault="00000000">
            <w:r>
              <w:rPr>
                <w:b/>
                <w:color w:val="0B3A66"/>
                <w:sz w:val="15"/>
              </w:rPr>
              <w:t>MEDIO-BASSO</w:t>
            </w:r>
          </w:p>
        </w:tc>
        <w:tc>
          <w:tcPr>
            <w:tcW w:w="2119" w:type="dxa"/>
            <w:shd w:val="clear" w:color="auto" w:fill="FFF2CC"/>
            <w:tcMar>
              <w:top w:w="70" w:type="dxa"/>
              <w:left w:w="70" w:type="dxa"/>
              <w:bottom w:w="70" w:type="dxa"/>
              <w:right w:w="70" w:type="dxa"/>
            </w:tcMar>
            <w:vAlign w:val="center"/>
          </w:tcPr>
          <w:p w14:paraId="0C7587BE" w14:textId="77777777" w:rsidR="005E7ED3" w:rsidRDefault="00000000">
            <w:r>
              <w:rPr>
                <w:b/>
                <w:color w:val="0B3A66"/>
                <w:sz w:val="15"/>
              </w:rPr>
              <w:t>Giallo chiaro</w:t>
            </w:r>
          </w:p>
        </w:tc>
        <w:tc>
          <w:tcPr>
            <w:tcW w:w="2119" w:type="dxa"/>
            <w:shd w:val="clear" w:color="auto" w:fill="FFFFFF"/>
            <w:tcMar>
              <w:top w:w="70" w:type="dxa"/>
              <w:left w:w="70" w:type="dxa"/>
              <w:bottom w:w="70" w:type="dxa"/>
              <w:right w:w="70" w:type="dxa"/>
            </w:tcMar>
            <w:vAlign w:val="center"/>
          </w:tcPr>
          <w:p w14:paraId="13E52A04" w14:textId="77777777" w:rsidR="005E7ED3" w:rsidRDefault="00000000">
            <w:r>
              <w:rPr>
                <w:color w:val="000000"/>
                <w:sz w:val="15"/>
              </w:rPr>
              <w:t>Criticita lievi; miglioramenti semplici e formalizzazione buone pratiche.</w:t>
            </w:r>
          </w:p>
        </w:tc>
        <w:tc>
          <w:tcPr>
            <w:tcW w:w="2119" w:type="dxa"/>
            <w:shd w:val="clear" w:color="auto" w:fill="FFFFFF"/>
            <w:tcMar>
              <w:top w:w="70" w:type="dxa"/>
              <w:left w:w="70" w:type="dxa"/>
              <w:bottom w:w="70" w:type="dxa"/>
              <w:right w:w="70" w:type="dxa"/>
            </w:tcMar>
            <w:vAlign w:val="center"/>
          </w:tcPr>
          <w:p w14:paraId="59899273" w14:textId="77777777" w:rsidR="005E7ED3" w:rsidRDefault="00000000">
            <w:r>
              <w:rPr>
                <w:color w:val="000000"/>
                <w:sz w:val="15"/>
              </w:rPr>
              <w:t>Programmare miglioramenti</w:t>
            </w:r>
          </w:p>
        </w:tc>
      </w:tr>
      <w:tr w:rsidR="005E7ED3" w14:paraId="0237F831" w14:textId="77777777">
        <w:trPr>
          <w:jc w:val="center"/>
        </w:trPr>
        <w:tc>
          <w:tcPr>
            <w:tcW w:w="2119" w:type="dxa"/>
            <w:shd w:val="clear" w:color="auto" w:fill="FFFFFF"/>
            <w:tcMar>
              <w:top w:w="70" w:type="dxa"/>
              <w:left w:w="70" w:type="dxa"/>
              <w:bottom w:w="70" w:type="dxa"/>
              <w:right w:w="70" w:type="dxa"/>
            </w:tcMar>
            <w:vAlign w:val="center"/>
          </w:tcPr>
          <w:p w14:paraId="39DAEC9A" w14:textId="77777777" w:rsidR="005E7ED3" w:rsidRDefault="00000000">
            <w:r>
              <w:rPr>
                <w:color w:val="000000"/>
                <w:sz w:val="15"/>
              </w:rPr>
              <w:t>41-60</w:t>
            </w:r>
          </w:p>
        </w:tc>
        <w:tc>
          <w:tcPr>
            <w:tcW w:w="2119" w:type="dxa"/>
            <w:shd w:val="clear" w:color="auto" w:fill="FFD966"/>
            <w:tcMar>
              <w:top w:w="70" w:type="dxa"/>
              <w:left w:w="70" w:type="dxa"/>
              <w:bottom w:w="70" w:type="dxa"/>
              <w:right w:w="70" w:type="dxa"/>
            </w:tcMar>
            <w:vAlign w:val="center"/>
          </w:tcPr>
          <w:p w14:paraId="1EB3AFC8" w14:textId="77777777" w:rsidR="005E7ED3" w:rsidRDefault="00000000">
            <w:r>
              <w:rPr>
                <w:b/>
                <w:color w:val="0B3A66"/>
                <w:sz w:val="15"/>
              </w:rPr>
              <w:t>MEDIO</w:t>
            </w:r>
          </w:p>
        </w:tc>
        <w:tc>
          <w:tcPr>
            <w:tcW w:w="2119" w:type="dxa"/>
            <w:shd w:val="clear" w:color="auto" w:fill="FFD966"/>
            <w:tcMar>
              <w:top w:w="70" w:type="dxa"/>
              <w:left w:w="70" w:type="dxa"/>
              <w:bottom w:w="70" w:type="dxa"/>
              <w:right w:w="70" w:type="dxa"/>
            </w:tcMar>
            <w:vAlign w:val="center"/>
          </w:tcPr>
          <w:p w14:paraId="6E6B4B58" w14:textId="77777777" w:rsidR="005E7ED3" w:rsidRDefault="00000000">
            <w:r>
              <w:rPr>
                <w:b/>
                <w:color w:val="0B3A66"/>
                <w:sz w:val="15"/>
              </w:rPr>
              <w:t>Giallo/arancio</w:t>
            </w:r>
          </w:p>
        </w:tc>
        <w:tc>
          <w:tcPr>
            <w:tcW w:w="2119" w:type="dxa"/>
            <w:shd w:val="clear" w:color="auto" w:fill="FFFFFF"/>
            <w:tcMar>
              <w:top w:w="70" w:type="dxa"/>
              <w:left w:w="70" w:type="dxa"/>
              <w:bottom w:w="70" w:type="dxa"/>
              <w:right w:w="70" w:type="dxa"/>
            </w:tcMar>
            <w:vAlign w:val="center"/>
          </w:tcPr>
          <w:p w14:paraId="253657F2" w14:textId="77777777" w:rsidR="005E7ED3" w:rsidRDefault="00000000">
            <w:r>
              <w:rPr>
                <w:color w:val="000000"/>
                <w:sz w:val="15"/>
              </w:rPr>
              <w:t>Superamento di soglie o alternanza insufficiente; azioni correttive definite.</w:t>
            </w:r>
          </w:p>
        </w:tc>
        <w:tc>
          <w:tcPr>
            <w:tcW w:w="2119" w:type="dxa"/>
            <w:shd w:val="clear" w:color="auto" w:fill="FFFFFF"/>
            <w:tcMar>
              <w:top w:w="70" w:type="dxa"/>
              <w:left w:w="70" w:type="dxa"/>
              <w:bottom w:w="70" w:type="dxa"/>
              <w:right w:w="70" w:type="dxa"/>
            </w:tcMar>
            <w:vAlign w:val="center"/>
          </w:tcPr>
          <w:p w14:paraId="30D8A4D3" w14:textId="77777777" w:rsidR="005E7ED3" w:rsidRDefault="00000000">
            <w:r>
              <w:rPr>
                <w:color w:val="000000"/>
                <w:sz w:val="15"/>
              </w:rPr>
              <w:t>Intervento pianificato</w:t>
            </w:r>
          </w:p>
        </w:tc>
      </w:tr>
      <w:tr w:rsidR="005E7ED3" w14:paraId="7E2D3127" w14:textId="77777777">
        <w:trPr>
          <w:jc w:val="center"/>
        </w:trPr>
        <w:tc>
          <w:tcPr>
            <w:tcW w:w="2119" w:type="dxa"/>
            <w:shd w:val="clear" w:color="auto" w:fill="FFFFFF"/>
            <w:tcMar>
              <w:top w:w="70" w:type="dxa"/>
              <w:left w:w="70" w:type="dxa"/>
              <w:bottom w:w="70" w:type="dxa"/>
              <w:right w:w="70" w:type="dxa"/>
            </w:tcMar>
            <w:vAlign w:val="center"/>
          </w:tcPr>
          <w:p w14:paraId="3839127E" w14:textId="77777777" w:rsidR="005E7ED3" w:rsidRDefault="00000000">
            <w:r>
              <w:rPr>
                <w:color w:val="000000"/>
                <w:sz w:val="15"/>
              </w:rPr>
              <w:t>61-80</w:t>
            </w:r>
          </w:p>
        </w:tc>
        <w:tc>
          <w:tcPr>
            <w:tcW w:w="2119" w:type="dxa"/>
            <w:shd w:val="clear" w:color="auto" w:fill="F4B183"/>
            <w:tcMar>
              <w:top w:w="70" w:type="dxa"/>
              <w:left w:w="70" w:type="dxa"/>
              <w:bottom w:w="70" w:type="dxa"/>
              <w:right w:w="70" w:type="dxa"/>
            </w:tcMar>
            <w:vAlign w:val="center"/>
          </w:tcPr>
          <w:p w14:paraId="00874971" w14:textId="77777777" w:rsidR="005E7ED3" w:rsidRDefault="00000000">
            <w:r>
              <w:rPr>
                <w:b/>
                <w:color w:val="0B3A66"/>
                <w:sz w:val="15"/>
              </w:rPr>
              <w:t>MEDIO-ALTO</w:t>
            </w:r>
          </w:p>
        </w:tc>
        <w:tc>
          <w:tcPr>
            <w:tcW w:w="2119" w:type="dxa"/>
            <w:shd w:val="clear" w:color="auto" w:fill="F4B183"/>
            <w:tcMar>
              <w:top w:w="70" w:type="dxa"/>
              <w:left w:w="70" w:type="dxa"/>
              <w:bottom w:w="70" w:type="dxa"/>
              <w:right w:w="70" w:type="dxa"/>
            </w:tcMar>
            <w:vAlign w:val="center"/>
          </w:tcPr>
          <w:p w14:paraId="61191A1D" w14:textId="77777777" w:rsidR="005E7ED3" w:rsidRDefault="00000000">
            <w:r>
              <w:rPr>
                <w:b/>
                <w:color w:val="0B3A66"/>
                <w:sz w:val="15"/>
              </w:rPr>
              <w:t>Arancione</w:t>
            </w:r>
          </w:p>
        </w:tc>
        <w:tc>
          <w:tcPr>
            <w:tcW w:w="2119" w:type="dxa"/>
            <w:shd w:val="clear" w:color="auto" w:fill="FFFFFF"/>
            <w:tcMar>
              <w:top w:w="70" w:type="dxa"/>
              <w:left w:w="70" w:type="dxa"/>
              <w:bottom w:w="70" w:type="dxa"/>
              <w:right w:w="70" w:type="dxa"/>
            </w:tcMar>
            <w:vAlign w:val="center"/>
          </w:tcPr>
          <w:p w14:paraId="1B0BAEDE" w14:textId="77777777" w:rsidR="005E7ED3" w:rsidRDefault="00000000">
            <w:r>
              <w:rPr>
                <w:color w:val="000000"/>
                <w:sz w:val="15"/>
              </w:rPr>
              <w:t>Criticita rilevante; ridurre esposizione e verificare efficacia entro breve.</w:t>
            </w:r>
          </w:p>
        </w:tc>
        <w:tc>
          <w:tcPr>
            <w:tcW w:w="2119" w:type="dxa"/>
            <w:shd w:val="clear" w:color="auto" w:fill="FFFFFF"/>
            <w:tcMar>
              <w:top w:w="70" w:type="dxa"/>
              <w:left w:w="70" w:type="dxa"/>
              <w:bottom w:w="70" w:type="dxa"/>
              <w:right w:w="70" w:type="dxa"/>
            </w:tcMar>
            <w:vAlign w:val="center"/>
          </w:tcPr>
          <w:p w14:paraId="2A4041E8" w14:textId="77777777" w:rsidR="005E7ED3" w:rsidRDefault="00000000">
            <w:r>
              <w:rPr>
                <w:color w:val="000000"/>
                <w:sz w:val="15"/>
              </w:rPr>
              <w:t>Priorita alta</w:t>
            </w:r>
          </w:p>
        </w:tc>
      </w:tr>
      <w:tr w:rsidR="005E7ED3" w14:paraId="3E3B0119" w14:textId="77777777">
        <w:trPr>
          <w:jc w:val="center"/>
        </w:trPr>
        <w:tc>
          <w:tcPr>
            <w:tcW w:w="2119" w:type="dxa"/>
            <w:shd w:val="clear" w:color="auto" w:fill="FFFFFF"/>
            <w:tcMar>
              <w:top w:w="70" w:type="dxa"/>
              <w:left w:w="70" w:type="dxa"/>
              <w:bottom w:w="70" w:type="dxa"/>
              <w:right w:w="70" w:type="dxa"/>
            </w:tcMar>
            <w:vAlign w:val="center"/>
          </w:tcPr>
          <w:p w14:paraId="26C39723" w14:textId="77777777" w:rsidR="005E7ED3" w:rsidRDefault="00000000">
            <w:r>
              <w:rPr>
                <w:color w:val="000000"/>
                <w:sz w:val="15"/>
              </w:rPr>
              <w:t>81-100</w:t>
            </w:r>
          </w:p>
        </w:tc>
        <w:tc>
          <w:tcPr>
            <w:tcW w:w="2119" w:type="dxa"/>
            <w:shd w:val="clear" w:color="auto" w:fill="F8696B"/>
            <w:tcMar>
              <w:top w:w="70" w:type="dxa"/>
              <w:left w:w="70" w:type="dxa"/>
              <w:bottom w:w="70" w:type="dxa"/>
              <w:right w:w="70" w:type="dxa"/>
            </w:tcMar>
            <w:vAlign w:val="center"/>
          </w:tcPr>
          <w:p w14:paraId="3889D7D5" w14:textId="77777777" w:rsidR="005E7ED3" w:rsidRDefault="00000000">
            <w:r>
              <w:rPr>
                <w:b/>
                <w:color w:val="FFFFFF"/>
                <w:sz w:val="15"/>
              </w:rPr>
              <w:t>ALTO</w:t>
            </w:r>
          </w:p>
        </w:tc>
        <w:tc>
          <w:tcPr>
            <w:tcW w:w="2119" w:type="dxa"/>
            <w:shd w:val="clear" w:color="auto" w:fill="F8696B"/>
            <w:tcMar>
              <w:top w:w="70" w:type="dxa"/>
              <w:left w:w="70" w:type="dxa"/>
              <w:bottom w:w="70" w:type="dxa"/>
              <w:right w:w="70" w:type="dxa"/>
            </w:tcMar>
            <w:vAlign w:val="center"/>
          </w:tcPr>
          <w:p w14:paraId="1B29D01C" w14:textId="77777777" w:rsidR="005E7ED3" w:rsidRDefault="00000000">
            <w:r>
              <w:rPr>
                <w:b/>
                <w:color w:val="FFFFFF"/>
                <w:sz w:val="15"/>
              </w:rPr>
              <w:t>Rosso</w:t>
            </w:r>
          </w:p>
        </w:tc>
        <w:tc>
          <w:tcPr>
            <w:tcW w:w="2119" w:type="dxa"/>
            <w:shd w:val="clear" w:color="auto" w:fill="FFFFFF"/>
            <w:tcMar>
              <w:top w:w="70" w:type="dxa"/>
              <w:left w:w="70" w:type="dxa"/>
              <w:bottom w:w="70" w:type="dxa"/>
              <w:right w:w="70" w:type="dxa"/>
            </w:tcMar>
            <w:vAlign w:val="center"/>
          </w:tcPr>
          <w:p w14:paraId="2E2191D2" w14:textId="77777777" w:rsidR="005E7ED3" w:rsidRDefault="00000000">
            <w:r>
              <w:rPr>
                <w:color w:val="000000"/>
                <w:sz w:val="15"/>
              </w:rPr>
              <w:t>Postura statica/costretta importante o misure insufficienti; azione immediata.</w:t>
            </w:r>
          </w:p>
        </w:tc>
        <w:tc>
          <w:tcPr>
            <w:tcW w:w="2119" w:type="dxa"/>
            <w:shd w:val="clear" w:color="auto" w:fill="FFFFFF"/>
            <w:tcMar>
              <w:top w:w="70" w:type="dxa"/>
              <w:left w:w="70" w:type="dxa"/>
              <w:bottom w:w="70" w:type="dxa"/>
              <w:right w:w="70" w:type="dxa"/>
            </w:tcMar>
            <w:vAlign w:val="center"/>
          </w:tcPr>
          <w:p w14:paraId="58E40259" w14:textId="77777777" w:rsidR="005E7ED3" w:rsidRDefault="00000000">
            <w:r>
              <w:rPr>
                <w:color w:val="000000"/>
                <w:sz w:val="15"/>
              </w:rPr>
              <w:t>Intervento immediato</w:t>
            </w:r>
          </w:p>
        </w:tc>
      </w:tr>
    </w:tbl>
    <w:p w14:paraId="78A60414" w14:textId="77777777" w:rsidR="005E7ED3" w:rsidRDefault="00000000">
      <w:r>
        <w:br w:type="page"/>
      </w:r>
    </w:p>
    <w:p w14:paraId="13F777F7" w14:textId="77777777" w:rsidR="005E7ED3" w:rsidRDefault="00000000">
      <w:pPr>
        <w:pStyle w:val="Titolo1"/>
      </w:pPr>
      <w:r>
        <w:rPr>
          <w:rFonts w:ascii="Arial" w:hAnsi="Arial"/>
          <w:b w:val="0"/>
        </w:rPr>
        <w:t>4.7 KPI consigliati da riportare nel DVR</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3532"/>
        <w:gridCol w:w="3532"/>
        <w:gridCol w:w="3532"/>
      </w:tblGrid>
      <w:tr w:rsidR="005E7ED3" w14:paraId="78CDA602" w14:textId="77777777">
        <w:trPr>
          <w:jc w:val="center"/>
        </w:trPr>
        <w:tc>
          <w:tcPr>
            <w:tcW w:w="3532" w:type="dxa"/>
            <w:shd w:val="clear" w:color="auto" w:fill="0B3A66"/>
            <w:tcMar>
              <w:top w:w="70" w:type="dxa"/>
              <w:left w:w="70" w:type="dxa"/>
              <w:bottom w:w="70" w:type="dxa"/>
              <w:right w:w="70" w:type="dxa"/>
            </w:tcMar>
            <w:vAlign w:val="center"/>
          </w:tcPr>
          <w:p w14:paraId="17C20C95" w14:textId="77777777" w:rsidR="005E7ED3" w:rsidRDefault="00000000">
            <w:r>
              <w:rPr>
                <w:b/>
                <w:color w:val="FFFFFF"/>
                <w:sz w:val="16"/>
              </w:rPr>
              <w:t>KPI</w:t>
            </w:r>
          </w:p>
        </w:tc>
        <w:tc>
          <w:tcPr>
            <w:tcW w:w="3532" w:type="dxa"/>
            <w:shd w:val="clear" w:color="auto" w:fill="0B3A66"/>
            <w:tcMar>
              <w:top w:w="70" w:type="dxa"/>
              <w:left w:w="70" w:type="dxa"/>
              <w:bottom w:w="70" w:type="dxa"/>
              <w:right w:w="70" w:type="dxa"/>
            </w:tcMar>
            <w:vAlign w:val="center"/>
          </w:tcPr>
          <w:p w14:paraId="0A697F68" w14:textId="77777777" w:rsidR="005E7ED3" w:rsidRDefault="00000000">
            <w:r>
              <w:rPr>
                <w:b/>
                <w:color w:val="FFFFFF"/>
                <w:sz w:val="16"/>
              </w:rPr>
              <w:t>Formula / dato</w:t>
            </w:r>
          </w:p>
        </w:tc>
        <w:tc>
          <w:tcPr>
            <w:tcW w:w="3532" w:type="dxa"/>
            <w:shd w:val="clear" w:color="auto" w:fill="0B3A66"/>
            <w:tcMar>
              <w:top w:w="70" w:type="dxa"/>
              <w:left w:w="70" w:type="dxa"/>
              <w:bottom w:w="70" w:type="dxa"/>
              <w:right w:w="70" w:type="dxa"/>
            </w:tcMar>
            <w:vAlign w:val="center"/>
          </w:tcPr>
          <w:p w14:paraId="0C497301" w14:textId="77777777" w:rsidR="005E7ED3" w:rsidRDefault="00000000">
            <w:r>
              <w:rPr>
                <w:b/>
                <w:color w:val="FFFFFF"/>
                <w:sz w:val="16"/>
              </w:rPr>
              <w:t>Interpretazione</w:t>
            </w:r>
          </w:p>
        </w:tc>
      </w:tr>
      <w:tr w:rsidR="005E7ED3" w14:paraId="61EB95BA" w14:textId="77777777">
        <w:trPr>
          <w:jc w:val="center"/>
        </w:trPr>
        <w:tc>
          <w:tcPr>
            <w:tcW w:w="3532" w:type="dxa"/>
            <w:shd w:val="clear" w:color="auto" w:fill="F4F9FF"/>
            <w:tcMar>
              <w:top w:w="70" w:type="dxa"/>
              <w:left w:w="70" w:type="dxa"/>
              <w:bottom w:w="70" w:type="dxa"/>
              <w:right w:w="70" w:type="dxa"/>
            </w:tcMar>
            <w:vAlign w:val="center"/>
          </w:tcPr>
          <w:p w14:paraId="046680DC" w14:textId="77777777" w:rsidR="005E7ED3" w:rsidRDefault="00000000">
            <w:r>
              <w:rPr>
                <w:sz w:val="15"/>
              </w:rPr>
              <w:t>Rischio complessivo</w:t>
            </w:r>
          </w:p>
        </w:tc>
        <w:tc>
          <w:tcPr>
            <w:tcW w:w="3532" w:type="dxa"/>
            <w:shd w:val="clear" w:color="auto" w:fill="F4F9FF"/>
            <w:tcMar>
              <w:top w:w="70" w:type="dxa"/>
              <w:left w:w="70" w:type="dxa"/>
              <w:bottom w:w="70" w:type="dxa"/>
              <w:right w:w="70" w:type="dxa"/>
            </w:tcMar>
            <w:vAlign w:val="center"/>
          </w:tcPr>
          <w:p w14:paraId="6B6A1B36" w14:textId="77777777" w:rsidR="005E7ED3" w:rsidRDefault="00000000">
            <w:r>
              <w:rPr>
                <w:sz w:val="15"/>
              </w:rPr>
              <w:t>Livello IDR 0-100</w:t>
            </w:r>
          </w:p>
        </w:tc>
        <w:tc>
          <w:tcPr>
            <w:tcW w:w="3532" w:type="dxa"/>
            <w:shd w:val="clear" w:color="auto" w:fill="F4F9FF"/>
            <w:tcMar>
              <w:top w:w="70" w:type="dxa"/>
              <w:left w:w="70" w:type="dxa"/>
              <w:bottom w:w="70" w:type="dxa"/>
              <w:right w:w="70" w:type="dxa"/>
            </w:tcMar>
            <w:vAlign w:val="center"/>
          </w:tcPr>
          <w:p w14:paraId="60A2D5A9" w14:textId="77777777" w:rsidR="005E7ED3" w:rsidRDefault="00000000">
            <w:r>
              <w:rPr>
                <w:sz w:val="15"/>
              </w:rPr>
              <w:t>Esito finale colorato e motivato.</w:t>
            </w:r>
          </w:p>
        </w:tc>
      </w:tr>
      <w:tr w:rsidR="005E7ED3" w14:paraId="7431B294" w14:textId="77777777">
        <w:trPr>
          <w:jc w:val="center"/>
        </w:trPr>
        <w:tc>
          <w:tcPr>
            <w:tcW w:w="3532" w:type="dxa"/>
            <w:shd w:val="clear" w:color="auto" w:fill="FFFFFF"/>
            <w:tcMar>
              <w:top w:w="70" w:type="dxa"/>
              <w:left w:w="70" w:type="dxa"/>
              <w:bottom w:w="70" w:type="dxa"/>
              <w:right w:w="70" w:type="dxa"/>
            </w:tcMar>
            <w:vAlign w:val="center"/>
          </w:tcPr>
          <w:p w14:paraId="25DBD88A" w14:textId="77777777" w:rsidR="005E7ED3" w:rsidRDefault="00000000">
            <w:r>
              <w:rPr>
                <w:sz w:val="15"/>
              </w:rPr>
              <w:t>Rischio seduta</w:t>
            </w:r>
          </w:p>
        </w:tc>
        <w:tc>
          <w:tcPr>
            <w:tcW w:w="3532" w:type="dxa"/>
            <w:shd w:val="clear" w:color="auto" w:fill="FFFFFF"/>
            <w:tcMar>
              <w:top w:w="70" w:type="dxa"/>
              <w:left w:w="70" w:type="dxa"/>
              <w:bottom w:w="70" w:type="dxa"/>
              <w:right w:w="70" w:type="dxa"/>
            </w:tcMar>
            <w:vAlign w:val="center"/>
          </w:tcPr>
          <w:p w14:paraId="7E0EE30C" w14:textId="77777777" w:rsidR="005E7ED3" w:rsidRDefault="00000000">
            <w:r>
              <w:rPr>
                <w:sz w:val="15"/>
              </w:rPr>
              <w:t>PS da 0 a 4</w:t>
            </w:r>
          </w:p>
        </w:tc>
        <w:tc>
          <w:tcPr>
            <w:tcW w:w="3532" w:type="dxa"/>
            <w:shd w:val="clear" w:color="auto" w:fill="FFFFFF"/>
            <w:tcMar>
              <w:top w:w="70" w:type="dxa"/>
              <w:left w:w="70" w:type="dxa"/>
              <w:bottom w:w="70" w:type="dxa"/>
              <w:right w:w="70" w:type="dxa"/>
            </w:tcMar>
            <w:vAlign w:val="center"/>
          </w:tcPr>
          <w:p w14:paraId="1C29370D" w14:textId="77777777" w:rsidR="005E7ED3" w:rsidRDefault="00000000">
            <w:r>
              <w:rPr>
                <w:sz w:val="15"/>
              </w:rPr>
              <w:t>Valuta continuita e durata totale della seduta.</w:t>
            </w:r>
          </w:p>
        </w:tc>
      </w:tr>
      <w:tr w:rsidR="005E7ED3" w14:paraId="5AE46FB9" w14:textId="77777777">
        <w:trPr>
          <w:jc w:val="center"/>
        </w:trPr>
        <w:tc>
          <w:tcPr>
            <w:tcW w:w="3532" w:type="dxa"/>
            <w:shd w:val="clear" w:color="auto" w:fill="F4F9FF"/>
            <w:tcMar>
              <w:top w:w="70" w:type="dxa"/>
              <w:left w:w="70" w:type="dxa"/>
              <w:bottom w:w="70" w:type="dxa"/>
              <w:right w:w="70" w:type="dxa"/>
            </w:tcMar>
            <w:vAlign w:val="center"/>
          </w:tcPr>
          <w:p w14:paraId="319CD532" w14:textId="77777777" w:rsidR="005E7ED3" w:rsidRDefault="00000000">
            <w:r>
              <w:rPr>
                <w:sz w:val="15"/>
              </w:rPr>
              <w:t>Rischio in piedi</w:t>
            </w:r>
          </w:p>
        </w:tc>
        <w:tc>
          <w:tcPr>
            <w:tcW w:w="3532" w:type="dxa"/>
            <w:shd w:val="clear" w:color="auto" w:fill="F4F9FF"/>
            <w:tcMar>
              <w:top w:w="70" w:type="dxa"/>
              <w:left w:w="70" w:type="dxa"/>
              <w:bottom w:w="70" w:type="dxa"/>
              <w:right w:w="70" w:type="dxa"/>
            </w:tcMar>
            <w:vAlign w:val="center"/>
          </w:tcPr>
          <w:p w14:paraId="68ABBBB3" w14:textId="77777777" w:rsidR="005E7ED3" w:rsidRDefault="00000000">
            <w:r>
              <w:rPr>
                <w:sz w:val="15"/>
              </w:rPr>
              <w:t>PI da 0 a 4</w:t>
            </w:r>
          </w:p>
        </w:tc>
        <w:tc>
          <w:tcPr>
            <w:tcW w:w="3532" w:type="dxa"/>
            <w:shd w:val="clear" w:color="auto" w:fill="F4F9FF"/>
            <w:tcMar>
              <w:top w:w="70" w:type="dxa"/>
              <w:left w:w="70" w:type="dxa"/>
              <w:bottom w:w="70" w:type="dxa"/>
              <w:right w:w="70" w:type="dxa"/>
            </w:tcMar>
            <w:vAlign w:val="center"/>
          </w:tcPr>
          <w:p w14:paraId="1F4CA862" w14:textId="77777777" w:rsidR="005E7ED3" w:rsidRDefault="00000000">
            <w:r>
              <w:rPr>
                <w:sz w:val="15"/>
              </w:rPr>
              <w:t>Valuta continuita, durata totale e postura costretta.</w:t>
            </w:r>
          </w:p>
        </w:tc>
      </w:tr>
      <w:tr w:rsidR="005E7ED3" w14:paraId="2358EEE8" w14:textId="77777777">
        <w:trPr>
          <w:jc w:val="center"/>
        </w:trPr>
        <w:tc>
          <w:tcPr>
            <w:tcW w:w="3532" w:type="dxa"/>
            <w:shd w:val="clear" w:color="auto" w:fill="FFFFFF"/>
            <w:tcMar>
              <w:top w:w="70" w:type="dxa"/>
              <w:left w:w="70" w:type="dxa"/>
              <w:bottom w:w="70" w:type="dxa"/>
              <w:right w:w="70" w:type="dxa"/>
            </w:tcMar>
            <w:vAlign w:val="center"/>
          </w:tcPr>
          <w:p w14:paraId="089EE7EC" w14:textId="77777777" w:rsidR="005E7ED3" w:rsidRDefault="00000000">
            <w:r>
              <w:rPr>
                <w:sz w:val="15"/>
              </w:rPr>
              <w:t>Indice movimento</w:t>
            </w:r>
          </w:p>
        </w:tc>
        <w:tc>
          <w:tcPr>
            <w:tcW w:w="3532" w:type="dxa"/>
            <w:shd w:val="clear" w:color="auto" w:fill="FFFFFF"/>
            <w:tcMar>
              <w:top w:w="70" w:type="dxa"/>
              <w:left w:w="70" w:type="dxa"/>
              <w:bottom w:w="70" w:type="dxa"/>
              <w:right w:w="70" w:type="dxa"/>
            </w:tcMar>
            <w:vAlign w:val="center"/>
          </w:tcPr>
          <w:p w14:paraId="533408CC" w14:textId="77777777" w:rsidR="005E7ED3" w:rsidRDefault="00000000">
            <w:r>
              <w:rPr>
                <w:sz w:val="15"/>
              </w:rPr>
              <w:t>MOV / durata turno x 100</w:t>
            </w:r>
          </w:p>
        </w:tc>
        <w:tc>
          <w:tcPr>
            <w:tcW w:w="3532" w:type="dxa"/>
            <w:shd w:val="clear" w:color="auto" w:fill="FFFFFF"/>
            <w:tcMar>
              <w:top w:w="70" w:type="dxa"/>
              <w:left w:w="70" w:type="dxa"/>
              <w:bottom w:w="70" w:type="dxa"/>
              <w:right w:w="70" w:type="dxa"/>
            </w:tcMar>
            <w:vAlign w:val="center"/>
          </w:tcPr>
          <w:p w14:paraId="0E425F91" w14:textId="77777777" w:rsidR="005E7ED3" w:rsidRDefault="00000000">
            <w:r>
              <w:rPr>
                <w:sz w:val="15"/>
              </w:rPr>
              <w:t>Target operativo: almeno 10% del turno in camminata/movimento ove praticabile.</w:t>
            </w:r>
          </w:p>
        </w:tc>
      </w:tr>
      <w:tr w:rsidR="005E7ED3" w14:paraId="5E7EA377" w14:textId="77777777">
        <w:trPr>
          <w:jc w:val="center"/>
        </w:trPr>
        <w:tc>
          <w:tcPr>
            <w:tcW w:w="3532" w:type="dxa"/>
            <w:shd w:val="clear" w:color="auto" w:fill="F4F9FF"/>
            <w:tcMar>
              <w:top w:w="70" w:type="dxa"/>
              <w:left w:w="70" w:type="dxa"/>
              <w:bottom w:w="70" w:type="dxa"/>
              <w:right w:w="70" w:type="dxa"/>
            </w:tcMar>
            <w:vAlign w:val="center"/>
          </w:tcPr>
          <w:p w14:paraId="25D1FAB9" w14:textId="77777777" w:rsidR="005E7ED3" w:rsidRDefault="00000000">
            <w:r>
              <w:rPr>
                <w:sz w:val="15"/>
              </w:rPr>
              <w:t>Conformita raccomandazioni</w:t>
            </w:r>
          </w:p>
        </w:tc>
        <w:tc>
          <w:tcPr>
            <w:tcW w:w="3532" w:type="dxa"/>
            <w:shd w:val="clear" w:color="auto" w:fill="F4F9FF"/>
            <w:tcMar>
              <w:top w:w="70" w:type="dxa"/>
              <w:left w:w="70" w:type="dxa"/>
              <w:bottom w:w="70" w:type="dxa"/>
              <w:right w:w="70" w:type="dxa"/>
            </w:tcMar>
            <w:vAlign w:val="center"/>
          </w:tcPr>
          <w:p w14:paraId="038C46C7" w14:textId="77777777" w:rsidR="005E7ED3" w:rsidRDefault="00000000">
            <w:r>
              <w:rPr>
                <w:sz w:val="15"/>
              </w:rPr>
              <w:t>100 - penalita per soglie superate e misure assenti</w:t>
            </w:r>
          </w:p>
        </w:tc>
        <w:tc>
          <w:tcPr>
            <w:tcW w:w="3532" w:type="dxa"/>
            <w:shd w:val="clear" w:color="auto" w:fill="F4F9FF"/>
            <w:tcMar>
              <w:top w:w="70" w:type="dxa"/>
              <w:left w:w="70" w:type="dxa"/>
              <w:bottom w:w="70" w:type="dxa"/>
              <w:right w:w="70" w:type="dxa"/>
            </w:tcMar>
            <w:vAlign w:val="center"/>
          </w:tcPr>
          <w:p w14:paraId="37840348" w14:textId="77777777" w:rsidR="005E7ED3" w:rsidRDefault="00000000">
            <w:r>
              <w:rPr>
                <w:sz w:val="15"/>
              </w:rPr>
              <w:t>Indicatore sintetico di aderenza a pause, alternanza e soglie.</w:t>
            </w:r>
          </w:p>
        </w:tc>
      </w:tr>
      <w:tr w:rsidR="005E7ED3" w14:paraId="691F6804" w14:textId="77777777">
        <w:trPr>
          <w:jc w:val="center"/>
        </w:trPr>
        <w:tc>
          <w:tcPr>
            <w:tcW w:w="3532" w:type="dxa"/>
            <w:shd w:val="clear" w:color="auto" w:fill="FFFFFF"/>
            <w:tcMar>
              <w:top w:w="70" w:type="dxa"/>
              <w:left w:w="70" w:type="dxa"/>
              <w:bottom w:w="70" w:type="dxa"/>
              <w:right w:w="70" w:type="dxa"/>
            </w:tcMar>
            <w:vAlign w:val="center"/>
          </w:tcPr>
          <w:p w14:paraId="3B5202EB" w14:textId="77777777" w:rsidR="005E7ED3" w:rsidRDefault="00000000">
            <w:r>
              <w:rPr>
                <w:sz w:val="15"/>
              </w:rPr>
              <w:t>Priorita intervento</w:t>
            </w:r>
          </w:p>
        </w:tc>
        <w:tc>
          <w:tcPr>
            <w:tcW w:w="3532" w:type="dxa"/>
            <w:shd w:val="clear" w:color="auto" w:fill="FFFFFF"/>
            <w:tcMar>
              <w:top w:w="70" w:type="dxa"/>
              <w:left w:w="70" w:type="dxa"/>
              <w:bottom w:w="70" w:type="dxa"/>
              <w:right w:w="70" w:type="dxa"/>
            </w:tcMar>
            <w:vAlign w:val="center"/>
          </w:tcPr>
          <w:p w14:paraId="5446C06B" w14:textId="77777777" w:rsidR="005E7ED3" w:rsidRDefault="00000000">
            <w:r>
              <w:rPr>
                <w:sz w:val="15"/>
              </w:rPr>
              <w:t>Derivata da IDR + criticita specifiche</w:t>
            </w:r>
          </w:p>
        </w:tc>
        <w:tc>
          <w:tcPr>
            <w:tcW w:w="3532" w:type="dxa"/>
            <w:shd w:val="clear" w:color="auto" w:fill="FFFFFF"/>
            <w:tcMar>
              <w:top w:w="70" w:type="dxa"/>
              <w:left w:w="70" w:type="dxa"/>
              <w:bottom w:w="70" w:type="dxa"/>
              <w:right w:w="70" w:type="dxa"/>
            </w:tcMar>
            <w:vAlign w:val="center"/>
          </w:tcPr>
          <w:p w14:paraId="3950BAEA" w14:textId="77777777" w:rsidR="005E7ED3" w:rsidRDefault="00000000">
            <w:r>
              <w:rPr>
                <w:sz w:val="15"/>
              </w:rPr>
              <w:t>Definisce tempi di attuazione del piano miglioramento.</w:t>
            </w:r>
          </w:p>
        </w:tc>
      </w:tr>
    </w:tbl>
    <w:p w14:paraId="74E64674" w14:textId="77777777" w:rsidR="005E7ED3" w:rsidRDefault="00000000">
      <w:r>
        <w:br w:type="page"/>
      </w:r>
    </w:p>
    <w:tbl>
      <w:tblPr>
        <w:tblW w:w="0" w:type="auto"/>
        <w:jc w:val="center"/>
        <w:tblBorders>
          <w:top w:val="single" w:sz="4" w:space="0" w:color="0B3A66"/>
          <w:left w:val="single" w:sz="4" w:space="0" w:color="0B3A66"/>
          <w:bottom w:val="single" w:sz="4" w:space="0" w:color="0B3A66"/>
          <w:right w:val="single" w:sz="4" w:space="0" w:color="0B3A66"/>
          <w:insideH w:val="single" w:sz="4" w:space="0" w:color="0B3A66"/>
          <w:insideV w:val="single" w:sz="4" w:space="0" w:color="0B3A66"/>
        </w:tblBorders>
        <w:tblLook w:val="04A0" w:firstRow="1" w:lastRow="0" w:firstColumn="1" w:lastColumn="0" w:noHBand="0" w:noVBand="1"/>
      </w:tblPr>
      <w:tblGrid>
        <w:gridCol w:w="10596"/>
      </w:tblGrid>
      <w:tr w:rsidR="005E7ED3" w14:paraId="7B501B8A" w14:textId="77777777">
        <w:trPr>
          <w:jc w:val="center"/>
        </w:trPr>
        <w:tc>
          <w:tcPr>
            <w:tcW w:w="10596" w:type="dxa"/>
            <w:shd w:val="clear" w:color="auto" w:fill="0B3A66"/>
            <w:tcMar>
              <w:top w:w="70" w:type="dxa"/>
              <w:left w:w="70" w:type="dxa"/>
              <w:bottom w:w="70" w:type="dxa"/>
              <w:right w:w="70" w:type="dxa"/>
            </w:tcMar>
            <w:vAlign w:val="center"/>
          </w:tcPr>
          <w:p w14:paraId="4129CAA6" w14:textId="77777777" w:rsidR="005E7ED3" w:rsidRDefault="00000000">
            <w:pPr>
              <w:jc w:val="center"/>
            </w:pPr>
            <w:r>
              <w:rPr>
                <w:b/>
                <w:color w:val="FFFFFF"/>
                <w:sz w:val="21"/>
              </w:rPr>
              <w:t>5. MATRICI COLORATE DI VALUTAZIONE</w:t>
            </w:r>
          </w:p>
        </w:tc>
      </w:tr>
    </w:tbl>
    <w:p w14:paraId="4B3D8A26" w14:textId="77777777" w:rsidR="005E7ED3" w:rsidRDefault="00000000">
      <w:pPr>
        <w:pStyle w:val="Titolo1"/>
      </w:pPr>
      <w:r>
        <w:rPr>
          <w:rFonts w:ascii="Arial" w:hAnsi="Arial"/>
          <w:b w:val="0"/>
        </w:rPr>
        <w:t>5.1 Matrice tempo/postura - metodo SLIC WG EMEX operativo</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2649"/>
        <w:gridCol w:w="2649"/>
        <w:gridCol w:w="2649"/>
        <w:gridCol w:w="2649"/>
      </w:tblGrid>
      <w:tr w:rsidR="005E7ED3" w14:paraId="1D58855D" w14:textId="77777777">
        <w:trPr>
          <w:jc w:val="center"/>
        </w:trPr>
        <w:tc>
          <w:tcPr>
            <w:tcW w:w="2649" w:type="dxa"/>
            <w:shd w:val="clear" w:color="auto" w:fill="0B3A66"/>
            <w:tcMar>
              <w:top w:w="70" w:type="dxa"/>
              <w:left w:w="70" w:type="dxa"/>
              <w:bottom w:w="70" w:type="dxa"/>
              <w:right w:w="70" w:type="dxa"/>
            </w:tcMar>
            <w:vAlign w:val="center"/>
          </w:tcPr>
          <w:p w14:paraId="12E9A7F4" w14:textId="77777777" w:rsidR="005E7ED3" w:rsidRDefault="00000000">
            <w:pPr>
              <w:jc w:val="center"/>
            </w:pPr>
            <w:r>
              <w:rPr>
                <w:b/>
                <w:color w:val="FFFFFF"/>
                <w:sz w:val="15"/>
              </w:rPr>
              <w:t>Livello di rischio</w:t>
            </w:r>
          </w:p>
        </w:tc>
        <w:tc>
          <w:tcPr>
            <w:tcW w:w="2649" w:type="dxa"/>
            <w:shd w:val="clear" w:color="auto" w:fill="0B3A66"/>
            <w:tcMar>
              <w:top w:w="70" w:type="dxa"/>
              <w:left w:w="70" w:type="dxa"/>
              <w:bottom w:w="70" w:type="dxa"/>
              <w:right w:w="70" w:type="dxa"/>
            </w:tcMar>
            <w:vAlign w:val="center"/>
          </w:tcPr>
          <w:p w14:paraId="28DCEE72" w14:textId="77777777" w:rsidR="005E7ED3" w:rsidRDefault="00000000">
            <w:pPr>
              <w:jc w:val="center"/>
            </w:pPr>
            <w:r>
              <w:rPr>
                <w:b/>
                <w:color w:val="FFFFFF"/>
                <w:sz w:val="15"/>
              </w:rPr>
              <w:t>Postura in piedi prolungata - tempo</w:t>
            </w:r>
          </w:p>
        </w:tc>
        <w:tc>
          <w:tcPr>
            <w:tcW w:w="2649" w:type="dxa"/>
            <w:shd w:val="clear" w:color="auto" w:fill="0B3A66"/>
            <w:tcMar>
              <w:top w:w="70" w:type="dxa"/>
              <w:left w:w="70" w:type="dxa"/>
              <w:bottom w:w="70" w:type="dxa"/>
              <w:right w:w="70" w:type="dxa"/>
            </w:tcMar>
            <w:vAlign w:val="center"/>
          </w:tcPr>
          <w:p w14:paraId="3EB444BC" w14:textId="77777777" w:rsidR="005E7ED3" w:rsidRDefault="00000000">
            <w:pPr>
              <w:jc w:val="center"/>
            </w:pPr>
            <w:r>
              <w:rPr>
                <w:b/>
                <w:color w:val="FFFFFF"/>
                <w:sz w:val="15"/>
              </w:rPr>
              <w:t>Postura seduta prolungata - tempo</w:t>
            </w:r>
          </w:p>
        </w:tc>
        <w:tc>
          <w:tcPr>
            <w:tcW w:w="2649" w:type="dxa"/>
            <w:shd w:val="clear" w:color="auto" w:fill="0B3A66"/>
            <w:tcMar>
              <w:top w:w="70" w:type="dxa"/>
              <w:left w:w="70" w:type="dxa"/>
              <w:bottom w:w="70" w:type="dxa"/>
              <w:right w:w="70" w:type="dxa"/>
            </w:tcMar>
            <w:vAlign w:val="center"/>
          </w:tcPr>
          <w:p w14:paraId="24BDB86A" w14:textId="77777777" w:rsidR="005E7ED3" w:rsidRDefault="00000000">
            <w:pPr>
              <w:jc w:val="center"/>
            </w:pPr>
            <w:r>
              <w:rPr>
                <w:b/>
                <w:color w:val="FFFFFF"/>
                <w:sz w:val="15"/>
              </w:rPr>
              <w:t>Azione raccomandata</w:t>
            </w:r>
          </w:p>
        </w:tc>
      </w:tr>
      <w:tr w:rsidR="005E7ED3" w14:paraId="72E8622F" w14:textId="77777777">
        <w:trPr>
          <w:jc w:val="center"/>
        </w:trPr>
        <w:tc>
          <w:tcPr>
            <w:tcW w:w="2649" w:type="dxa"/>
            <w:shd w:val="clear" w:color="auto" w:fill="A9D18E"/>
            <w:tcMar>
              <w:top w:w="70" w:type="dxa"/>
              <w:left w:w="70" w:type="dxa"/>
              <w:bottom w:w="70" w:type="dxa"/>
              <w:right w:w="70" w:type="dxa"/>
            </w:tcMar>
            <w:vAlign w:val="center"/>
          </w:tcPr>
          <w:p w14:paraId="680105DE" w14:textId="77777777" w:rsidR="005E7ED3" w:rsidRDefault="00000000">
            <w:pPr>
              <w:jc w:val="center"/>
            </w:pPr>
            <w:r>
              <w:rPr>
                <w:b/>
                <w:color w:val="000000"/>
                <w:sz w:val="14"/>
              </w:rPr>
              <w:t>BASSO</w:t>
            </w:r>
            <w:r>
              <w:rPr>
                <w:b/>
                <w:color w:val="000000"/>
                <w:sz w:val="14"/>
              </w:rPr>
              <w:br/>
              <w:t>(sicuro/controllato)</w:t>
            </w:r>
          </w:p>
        </w:tc>
        <w:tc>
          <w:tcPr>
            <w:tcW w:w="2649" w:type="dxa"/>
            <w:shd w:val="clear" w:color="auto" w:fill="A9D18E"/>
            <w:tcMar>
              <w:top w:w="70" w:type="dxa"/>
              <w:left w:w="70" w:type="dxa"/>
              <w:bottom w:w="70" w:type="dxa"/>
              <w:right w:w="70" w:type="dxa"/>
            </w:tcMar>
            <w:vAlign w:val="center"/>
          </w:tcPr>
          <w:p w14:paraId="0A4B01A0" w14:textId="77777777" w:rsidR="005E7ED3" w:rsidRDefault="00000000">
            <w:pPr>
              <w:jc w:val="center"/>
            </w:pPr>
            <w:r>
              <w:rPr>
                <w:color w:val="000000"/>
                <w:sz w:val="14"/>
              </w:rPr>
              <w:t>&lt;= 1 ora continuativa</w:t>
            </w:r>
            <w:r>
              <w:rPr>
                <w:color w:val="000000"/>
                <w:sz w:val="14"/>
              </w:rPr>
              <w:br/>
              <w:t>&lt;= 4 ore totali</w:t>
            </w:r>
          </w:p>
        </w:tc>
        <w:tc>
          <w:tcPr>
            <w:tcW w:w="2649" w:type="dxa"/>
            <w:shd w:val="clear" w:color="auto" w:fill="A9D18E"/>
            <w:tcMar>
              <w:top w:w="70" w:type="dxa"/>
              <w:left w:w="70" w:type="dxa"/>
              <w:bottom w:w="70" w:type="dxa"/>
              <w:right w:w="70" w:type="dxa"/>
            </w:tcMar>
            <w:vAlign w:val="center"/>
          </w:tcPr>
          <w:p w14:paraId="7A8A00C8" w14:textId="77777777" w:rsidR="005E7ED3" w:rsidRDefault="00000000">
            <w:pPr>
              <w:jc w:val="center"/>
            </w:pPr>
            <w:r>
              <w:rPr>
                <w:color w:val="000000"/>
                <w:sz w:val="14"/>
              </w:rPr>
              <w:t>&lt;= 2 ore continuative</w:t>
            </w:r>
            <w:r>
              <w:rPr>
                <w:color w:val="000000"/>
                <w:sz w:val="14"/>
              </w:rPr>
              <w:br/>
              <w:t>&lt;= 5-6 ore totali</w:t>
            </w:r>
          </w:p>
        </w:tc>
        <w:tc>
          <w:tcPr>
            <w:tcW w:w="2649" w:type="dxa"/>
            <w:shd w:val="clear" w:color="auto" w:fill="FFFFFF"/>
            <w:tcMar>
              <w:top w:w="70" w:type="dxa"/>
              <w:left w:w="70" w:type="dxa"/>
              <w:bottom w:w="70" w:type="dxa"/>
              <w:right w:w="70" w:type="dxa"/>
            </w:tcMar>
            <w:vAlign w:val="center"/>
          </w:tcPr>
          <w:p w14:paraId="1B4CF890" w14:textId="77777777" w:rsidR="005E7ED3" w:rsidRDefault="00000000">
            <w:r>
              <w:rPr>
                <w:color w:val="000000"/>
                <w:sz w:val="14"/>
              </w:rPr>
              <w:t>Mantenere misure, monitorare e promuovere alternanza.</w:t>
            </w:r>
          </w:p>
        </w:tc>
      </w:tr>
      <w:tr w:rsidR="005E7ED3" w14:paraId="5D81F87F" w14:textId="77777777">
        <w:trPr>
          <w:jc w:val="center"/>
        </w:trPr>
        <w:tc>
          <w:tcPr>
            <w:tcW w:w="2649" w:type="dxa"/>
            <w:shd w:val="clear" w:color="auto" w:fill="FFD966"/>
            <w:tcMar>
              <w:top w:w="70" w:type="dxa"/>
              <w:left w:w="70" w:type="dxa"/>
              <w:bottom w:w="70" w:type="dxa"/>
              <w:right w:w="70" w:type="dxa"/>
            </w:tcMar>
            <w:vAlign w:val="center"/>
          </w:tcPr>
          <w:p w14:paraId="580B95EA" w14:textId="77777777" w:rsidR="005E7ED3" w:rsidRDefault="00000000">
            <w:pPr>
              <w:jc w:val="center"/>
            </w:pPr>
            <w:r>
              <w:rPr>
                <w:b/>
                <w:color w:val="000000"/>
                <w:sz w:val="14"/>
              </w:rPr>
              <w:t>MEDIO</w:t>
            </w:r>
            <w:r>
              <w:rPr>
                <w:b/>
                <w:color w:val="000000"/>
                <w:sz w:val="14"/>
              </w:rPr>
              <w:br/>
              <w:t>(qualche rischio)</w:t>
            </w:r>
          </w:p>
        </w:tc>
        <w:tc>
          <w:tcPr>
            <w:tcW w:w="2649" w:type="dxa"/>
            <w:shd w:val="clear" w:color="auto" w:fill="FFD966"/>
            <w:tcMar>
              <w:top w:w="70" w:type="dxa"/>
              <w:left w:w="70" w:type="dxa"/>
              <w:bottom w:w="70" w:type="dxa"/>
              <w:right w:w="70" w:type="dxa"/>
            </w:tcMar>
            <w:vAlign w:val="center"/>
          </w:tcPr>
          <w:p w14:paraId="4F832120" w14:textId="77777777" w:rsidR="005E7ED3" w:rsidRDefault="00000000">
            <w:pPr>
              <w:jc w:val="center"/>
            </w:pPr>
            <w:r>
              <w:rPr>
                <w:color w:val="000000"/>
                <w:sz w:val="14"/>
              </w:rPr>
              <w:t>&gt; 1 ora continuativa</w:t>
            </w:r>
            <w:r>
              <w:rPr>
                <w:color w:val="000000"/>
                <w:sz w:val="14"/>
              </w:rPr>
              <w:br/>
              <w:t>oppure &gt; 4 ore totali</w:t>
            </w:r>
          </w:p>
        </w:tc>
        <w:tc>
          <w:tcPr>
            <w:tcW w:w="2649" w:type="dxa"/>
            <w:shd w:val="clear" w:color="auto" w:fill="FFD966"/>
            <w:tcMar>
              <w:top w:w="70" w:type="dxa"/>
              <w:left w:w="70" w:type="dxa"/>
              <w:bottom w:w="70" w:type="dxa"/>
              <w:right w:w="70" w:type="dxa"/>
            </w:tcMar>
            <w:vAlign w:val="center"/>
          </w:tcPr>
          <w:p w14:paraId="749AB0C6" w14:textId="77777777" w:rsidR="005E7ED3" w:rsidRDefault="00000000">
            <w:pPr>
              <w:jc w:val="center"/>
            </w:pPr>
            <w:r>
              <w:rPr>
                <w:color w:val="000000"/>
                <w:sz w:val="14"/>
              </w:rPr>
              <w:t>&gt; 2 ore continuative</w:t>
            </w:r>
            <w:r>
              <w:rPr>
                <w:color w:val="000000"/>
                <w:sz w:val="14"/>
              </w:rPr>
              <w:br/>
              <w:t>oppure &gt; 5-6 ore totali</w:t>
            </w:r>
          </w:p>
        </w:tc>
        <w:tc>
          <w:tcPr>
            <w:tcW w:w="2649" w:type="dxa"/>
            <w:shd w:val="clear" w:color="auto" w:fill="FFFFFF"/>
            <w:tcMar>
              <w:top w:w="70" w:type="dxa"/>
              <w:left w:w="70" w:type="dxa"/>
              <w:bottom w:w="70" w:type="dxa"/>
              <w:right w:w="70" w:type="dxa"/>
            </w:tcMar>
            <w:vAlign w:val="center"/>
          </w:tcPr>
          <w:p w14:paraId="6D7C8833" w14:textId="77777777" w:rsidR="005E7ED3" w:rsidRDefault="00000000">
            <w:r>
              <w:rPr>
                <w:color w:val="000000"/>
                <w:sz w:val="14"/>
              </w:rPr>
              <w:t>Aumento del rischio. Azione raccomandata e piano di miglioramento.</w:t>
            </w:r>
          </w:p>
        </w:tc>
      </w:tr>
      <w:tr w:rsidR="005E7ED3" w14:paraId="3CFB58E8" w14:textId="77777777">
        <w:trPr>
          <w:jc w:val="center"/>
        </w:trPr>
        <w:tc>
          <w:tcPr>
            <w:tcW w:w="2649" w:type="dxa"/>
            <w:shd w:val="clear" w:color="auto" w:fill="F8696B"/>
            <w:tcMar>
              <w:top w:w="70" w:type="dxa"/>
              <w:left w:w="70" w:type="dxa"/>
              <w:bottom w:w="70" w:type="dxa"/>
              <w:right w:w="70" w:type="dxa"/>
            </w:tcMar>
            <w:vAlign w:val="center"/>
          </w:tcPr>
          <w:p w14:paraId="5E271699" w14:textId="77777777" w:rsidR="005E7ED3" w:rsidRDefault="00000000">
            <w:pPr>
              <w:jc w:val="center"/>
            </w:pPr>
            <w:r>
              <w:rPr>
                <w:b/>
                <w:color w:val="FFFFFF"/>
                <w:sz w:val="14"/>
              </w:rPr>
              <w:t>ALTO</w:t>
            </w:r>
            <w:r>
              <w:rPr>
                <w:b/>
                <w:color w:val="FFFFFF"/>
                <w:sz w:val="14"/>
              </w:rPr>
              <w:br/>
              <w:t>(rischio salute)</w:t>
            </w:r>
          </w:p>
        </w:tc>
        <w:tc>
          <w:tcPr>
            <w:tcW w:w="2649" w:type="dxa"/>
            <w:shd w:val="clear" w:color="auto" w:fill="F8696B"/>
            <w:tcMar>
              <w:top w:w="70" w:type="dxa"/>
              <w:left w:w="70" w:type="dxa"/>
              <w:bottom w:w="70" w:type="dxa"/>
              <w:right w:w="70" w:type="dxa"/>
            </w:tcMar>
            <w:vAlign w:val="center"/>
          </w:tcPr>
          <w:p w14:paraId="1C9ACC18" w14:textId="77777777" w:rsidR="005E7ED3" w:rsidRDefault="00000000">
            <w:pPr>
              <w:jc w:val="center"/>
            </w:pPr>
            <w:r>
              <w:rPr>
                <w:color w:val="FFFFFF"/>
                <w:sz w:val="14"/>
              </w:rPr>
              <w:t>&gt; 1 ora continuativa</w:t>
            </w:r>
            <w:r>
              <w:rPr>
                <w:color w:val="FFFFFF"/>
                <w:sz w:val="14"/>
              </w:rPr>
              <w:br/>
              <w:t>e &gt; 4 ore totali</w:t>
            </w:r>
          </w:p>
        </w:tc>
        <w:tc>
          <w:tcPr>
            <w:tcW w:w="2649" w:type="dxa"/>
            <w:shd w:val="clear" w:color="auto" w:fill="F8696B"/>
            <w:tcMar>
              <w:top w:w="70" w:type="dxa"/>
              <w:left w:w="70" w:type="dxa"/>
              <w:bottom w:w="70" w:type="dxa"/>
              <w:right w:w="70" w:type="dxa"/>
            </w:tcMar>
            <w:vAlign w:val="center"/>
          </w:tcPr>
          <w:p w14:paraId="79946665" w14:textId="77777777" w:rsidR="005E7ED3" w:rsidRDefault="00000000">
            <w:pPr>
              <w:jc w:val="center"/>
            </w:pPr>
            <w:r>
              <w:rPr>
                <w:color w:val="FFFFFF"/>
                <w:sz w:val="14"/>
              </w:rPr>
              <w:t>&gt; 2 ore continuative</w:t>
            </w:r>
            <w:r>
              <w:rPr>
                <w:color w:val="FFFFFF"/>
                <w:sz w:val="14"/>
              </w:rPr>
              <w:br/>
              <w:t>e &gt; 5-6 ore totali</w:t>
            </w:r>
          </w:p>
        </w:tc>
        <w:tc>
          <w:tcPr>
            <w:tcW w:w="2649" w:type="dxa"/>
            <w:shd w:val="clear" w:color="auto" w:fill="FFFFFF"/>
            <w:tcMar>
              <w:top w:w="70" w:type="dxa"/>
              <w:left w:w="70" w:type="dxa"/>
              <w:bottom w:w="70" w:type="dxa"/>
              <w:right w:w="70" w:type="dxa"/>
            </w:tcMar>
            <w:vAlign w:val="center"/>
          </w:tcPr>
          <w:p w14:paraId="4D291AF0" w14:textId="77777777" w:rsidR="005E7ED3" w:rsidRDefault="00000000">
            <w:r>
              <w:rPr>
                <w:color w:val="000000"/>
                <w:sz w:val="14"/>
              </w:rPr>
              <w:t>Alto rischio. Necessita di azione immediata e riesame.</w:t>
            </w:r>
          </w:p>
        </w:tc>
      </w:tr>
    </w:tbl>
    <w:p w14:paraId="118E8F74" w14:textId="77777777" w:rsidR="005E7ED3" w:rsidRDefault="00000000">
      <w:pPr>
        <w:pStyle w:val="SmallText"/>
      </w:pPr>
      <w:r>
        <w:t>Nota: la matrice considera le soglie operative principali. Il valutatore deve comunque integrare pause, possibilita di movimento, posture costrette, ritmi di lavoro, ergonomia e presenza di lavoratori sensibili.</w:t>
      </w:r>
    </w:p>
    <w:p w14:paraId="25222072" w14:textId="77777777" w:rsidR="005E7ED3" w:rsidRDefault="00000000">
      <w:pPr>
        <w:pStyle w:val="Titolo1"/>
      </w:pPr>
      <w:r>
        <w:rPr>
          <w:rFonts w:ascii="Arial" w:hAnsi="Arial"/>
          <w:b w:val="0"/>
        </w:rPr>
        <w:t>5.2 Matrice sedentarieta / attivita fisica</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2119"/>
        <w:gridCol w:w="2119"/>
        <w:gridCol w:w="2119"/>
        <w:gridCol w:w="2119"/>
        <w:gridCol w:w="2119"/>
      </w:tblGrid>
      <w:tr w:rsidR="005E7ED3" w14:paraId="3902F0CB" w14:textId="77777777">
        <w:trPr>
          <w:jc w:val="center"/>
        </w:trPr>
        <w:tc>
          <w:tcPr>
            <w:tcW w:w="2119" w:type="dxa"/>
            <w:shd w:val="clear" w:color="auto" w:fill="0B3A66"/>
            <w:tcMar>
              <w:top w:w="70" w:type="dxa"/>
              <w:left w:w="70" w:type="dxa"/>
              <w:bottom w:w="70" w:type="dxa"/>
              <w:right w:w="70" w:type="dxa"/>
            </w:tcMar>
            <w:vAlign w:val="center"/>
          </w:tcPr>
          <w:p w14:paraId="29437DF2" w14:textId="77777777" w:rsidR="005E7ED3" w:rsidRDefault="00000000">
            <w:pPr>
              <w:jc w:val="center"/>
            </w:pPr>
            <w:r>
              <w:rPr>
                <w:b/>
                <w:color w:val="FFFFFF"/>
                <w:sz w:val="14"/>
              </w:rPr>
              <w:t>Minuti attivita fisica moderata/intensa al giorno</w:t>
            </w:r>
          </w:p>
        </w:tc>
        <w:tc>
          <w:tcPr>
            <w:tcW w:w="2119" w:type="dxa"/>
            <w:shd w:val="clear" w:color="auto" w:fill="0B3A66"/>
            <w:tcMar>
              <w:top w:w="70" w:type="dxa"/>
              <w:left w:w="70" w:type="dxa"/>
              <w:bottom w:w="70" w:type="dxa"/>
              <w:right w:w="70" w:type="dxa"/>
            </w:tcMar>
            <w:vAlign w:val="center"/>
          </w:tcPr>
          <w:p w14:paraId="1D438029" w14:textId="77777777" w:rsidR="005E7ED3" w:rsidRDefault="00000000">
            <w:pPr>
              <w:jc w:val="center"/>
            </w:pPr>
            <w:r>
              <w:rPr>
                <w:b/>
                <w:color w:val="FFFFFF"/>
                <w:sz w:val="14"/>
              </w:rPr>
              <w:t>&lt; 4 ore seduti</w:t>
            </w:r>
          </w:p>
        </w:tc>
        <w:tc>
          <w:tcPr>
            <w:tcW w:w="2119" w:type="dxa"/>
            <w:shd w:val="clear" w:color="auto" w:fill="0B3A66"/>
            <w:tcMar>
              <w:top w:w="70" w:type="dxa"/>
              <w:left w:w="70" w:type="dxa"/>
              <w:bottom w:w="70" w:type="dxa"/>
              <w:right w:w="70" w:type="dxa"/>
            </w:tcMar>
            <w:vAlign w:val="center"/>
          </w:tcPr>
          <w:p w14:paraId="4198772B" w14:textId="77777777" w:rsidR="005E7ED3" w:rsidRDefault="00000000">
            <w:pPr>
              <w:jc w:val="center"/>
            </w:pPr>
            <w:r>
              <w:rPr>
                <w:b/>
                <w:color w:val="FFFFFF"/>
                <w:sz w:val="14"/>
              </w:rPr>
              <w:t>4-6 ore seduti</w:t>
            </w:r>
          </w:p>
        </w:tc>
        <w:tc>
          <w:tcPr>
            <w:tcW w:w="2119" w:type="dxa"/>
            <w:shd w:val="clear" w:color="auto" w:fill="0B3A66"/>
            <w:tcMar>
              <w:top w:w="70" w:type="dxa"/>
              <w:left w:w="70" w:type="dxa"/>
              <w:bottom w:w="70" w:type="dxa"/>
              <w:right w:w="70" w:type="dxa"/>
            </w:tcMar>
            <w:vAlign w:val="center"/>
          </w:tcPr>
          <w:p w14:paraId="11207109" w14:textId="77777777" w:rsidR="005E7ED3" w:rsidRDefault="00000000">
            <w:pPr>
              <w:jc w:val="center"/>
            </w:pPr>
            <w:r>
              <w:rPr>
                <w:b/>
                <w:color w:val="FFFFFF"/>
                <w:sz w:val="14"/>
              </w:rPr>
              <w:t>6-8 ore seduti</w:t>
            </w:r>
          </w:p>
        </w:tc>
        <w:tc>
          <w:tcPr>
            <w:tcW w:w="2119" w:type="dxa"/>
            <w:shd w:val="clear" w:color="auto" w:fill="0B3A66"/>
            <w:tcMar>
              <w:top w:w="70" w:type="dxa"/>
              <w:left w:w="70" w:type="dxa"/>
              <w:bottom w:w="70" w:type="dxa"/>
              <w:right w:w="70" w:type="dxa"/>
            </w:tcMar>
            <w:vAlign w:val="center"/>
          </w:tcPr>
          <w:p w14:paraId="249D1387" w14:textId="77777777" w:rsidR="005E7ED3" w:rsidRDefault="00000000">
            <w:pPr>
              <w:jc w:val="center"/>
            </w:pPr>
            <w:r>
              <w:rPr>
                <w:b/>
                <w:color w:val="FFFFFF"/>
                <w:sz w:val="14"/>
              </w:rPr>
              <w:t>&gt; 8 ore seduti</w:t>
            </w:r>
          </w:p>
        </w:tc>
      </w:tr>
      <w:tr w:rsidR="005E7ED3" w14:paraId="76302A74" w14:textId="77777777">
        <w:trPr>
          <w:jc w:val="center"/>
        </w:trPr>
        <w:tc>
          <w:tcPr>
            <w:tcW w:w="2119" w:type="dxa"/>
            <w:shd w:val="clear" w:color="auto" w:fill="F2F5F8"/>
            <w:tcMar>
              <w:top w:w="70" w:type="dxa"/>
              <w:left w:w="70" w:type="dxa"/>
              <w:bottom w:w="70" w:type="dxa"/>
              <w:right w:w="70" w:type="dxa"/>
            </w:tcMar>
            <w:vAlign w:val="center"/>
          </w:tcPr>
          <w:p w14:paraId="40DC71EA" w14:textId="77777777" w:rsidR="005E7ED3" w:rsidRDefault="00000000">
            <w:pPr>
              <w:jc w:val="center"/>
            </w:pPr>
            <w:r>
              <w:rPr>
                <w:b/>
                <w:color w:val="0B3A66"/>
                <w:sz w:val="14"/>
              </w:rPr>
              <w:t>&gt; 60</w:t>
            </w:r>
          </w:p>
        </w:tc>
        <w:tc>
          <w:tcPr>
            <w:tcW w:w="2119" w:type="dxa"/>
            <w:shd w:val="clear" w:color="auto" w:fill="A9D18E"/>
            <w:tcMar>
              <w:top w:w="70" w:type="dxa"/>
              <w:left w:w="70" w:type="dxa"/>
              <w:bottom w:w="70" w:type="dxa"/>
              <w:right w:w="70" w:type="dxa"/>
            </w:tcMar>
            <w:vAlign w:val="center"/>
          </w:tcPr>
          <w:p w14:paraId="640AF380" w14:textId="77777777" w:rsidR="005E7ED3" w:rsidRDefault="00000000">
            <w:pPr>
              <w:jc w:val="center"/>
            </w:pPr>
            <w:r>
              <w:rPr>
                <w:b/>
                <w:color w:val="000000"/>
                <w:sz w:val="14"/>
              </w:rPr>
              <w:t>Basso</w:t>
            </w:r>
          </w:p>
        </w:tc>
        <w:tc>
          <w:tcPr>
            <w:tcW w:w="2119" w:type="dxa"/>
            <w:shd w:val="clear" w:color="auto" w:fill="A9D18E"/>
            <w:tcMar>
              <w:top w:w="70" w:type="dxa"/>
              <w:left w:w="70" w:type="dxa"/>
              <w:bottom w:w="70" w:type="dxa"/>
              <w:right w:w="70" w:type="dxa"/>
            </w:tcMar>
            <w:vAlign w:val="center"/>
          </w:tcPr>
          <w:p w14:paraId="132C5902" w14:textId="77777777" w:rsidR="005E7ED3" w:rsidRDefault="00000000">
            <w:pPr>
              <w:jc w:val="center"/>
            </w:pPr>
            <w:r>
              <w:rPr>
                <w:b/>
                <w:color w:val="000000"/>
                <w:sz w:val="14"/>
              </w:rPr>
              <w:t>Basso</w:t>
            </w:r>
          </w:p>
        </w:tc>
        <w:tc>
          <w:tcPr>
            <w:tcW w:w="2119" w:type="dxa"/>
            <w:shd w:val="clear" w:color="auto" w:fill="A9D18E"/>
            <w:tcMar>
              <w:top w:w="70" w:type="dxa"/>
              <w:left w:w="70" w:type="dxa"/>
              <w:bottom w:w="70" w:type="dxa"/>
              <w:right w:w="70" w:type="dxa"/>
            </w:tcMar>
            <w:vAlign w:val="center"/>
          </w:tcPr>
          <w:p w14:paraId="275F5D99" w14:textId="77777777" w:rsidR="005E7ED3" w:rsidRDefault="00000000">
            <w:pPr>
              <w:jc w:val="center"/>
            </w:pPr>
            <w:r>
              <w:rPr>
                <w:b/>
                <w:color w:val="000000"/>
                <w:sz w:val="14"/>
              </w:rPr>
              <w:t>Basso</w:t>
            </w:r>
          </w:p>
        </w:tc>
        <w:tc>
          <w:tcPr>
            <w:tcW w:w="2119" w:type="dxa"/>
            <w:shd w:val="clear" w:color="auto" w:fill="A9D18E"/>
            <w:tcMar>
              <w:top w:w="70" w:type="dxa"/>
              <w:left w:w="70" w:type="dxa"/>
              <w:bottom w:w="70" w:type="dxa"/>
              <w:right w:w="70" w:type="dxa"/>
            </w:tcMar>
            <w:vAlign w:val="center"/>
          </w:tcPr>
          <w:p w14:paraId="10966F15" w14:textId="77777777" w:rsidR="005E7ED3" w:rsidRDefault="00000000">
            <w:pPr>
              <w:jc w:val="center"/>
            </w:pPr>
            <w:r>
              <w:rPr>
                <w:b/>
                <w:color w:val="000000"/>
                <w:sz w:val="14"/>
              </w:rPr>
              <w:t>Basso</w:t>
            </w:r>
          </w:p>
        </w:tc>
      </w:tr>
      <w:tr w:rsidR="005E7ED3" w14:paraId="349BC37C" w14:textId="77777777">
        <w:trPr>
          <w:jc w:val="center"/>
        </w:trPr>
        <w:tc>
          <w:tcPr>
            <w:tcW w:w="2119" w:type="dxa"/>
            <w:shd w:val="clear" w:color="auto" w:fill="F2F5F8"/>
            <w:tcMar>
              <w:top w:w="70" w:type="dxa"/>
              <w:left w:w="70" w:type="dxa"/>
              <w:bottom w:w="70" w:type="dxa"/>
              <w:right w:w="70" w:type="dxa"/>
            </w:tcMar>
            <w:vAlign w:val="center"/>
          </w:tcPr>
          <w:p w14:paraId="30D99C54" w14:textId="77777777" w:rsidR="005E7ED3" w:rsidRDefault="00000000">
            <w:pPr>
              <w:jc w:val="center"/>
            </w:pPr>
            <w:r>
              <w:rPr>
                <w:b/>
                <w:color w:val="0B3A66"/>
                <w:sz w:val="14"/>
              </w:rPr>
              <w:t>30-60</w:t>
            </w:r>
          </w:p>
        </w:tc>
        <w:tc>
          <w:tcPr>
            <w:tcW w:w="2119" w:type="dxa"/>
            <w:shd w:val="clear" w:color="auto" w:fill="A9D18E"/>
            <w:tcMar>
              <w:top w:w="70" w:type="dxa"/>
              <w:left w:w="70" w:type="dxa"/>
              <w:bottom w:w="70" w:type="dxa"/>
              <w:right w:w="70" w:type="dxa"/>
            </w:tcMar>
            <w:vAlign w:val="center"/>
          </w:tcPr>
          <w:p w14:paraId="274F037B" w14:textId="77777777" w:rsidR="005E7ED3" w:rsidRDefault="00000000">
            <w:pPr>
              <w:jc w:val="center"/>
            </w:pPr>
            <w:r>
              <w:rPr>
                <w:b/>
                <w:color w:val="000000"/>
                <w:sz w:val="14"/>
              </w:rPr>
              <w:t>Basso</w:t>
            </w:r>
          </w:p>
        </w:tc>
        <w:tc>
          <w:tcPr>
            <w:tcW w:w="2119" w:type="dxa"/>
            <w:shd w:val="clear" w:color="auto" w:fill="FFF2CC"/>
            <w:tcMar>
              <w:top w:w="70" w:type="dxa"/>
              <w:left w:w="70" w:type="dxa"/>
              <w:bottom w:w="70" w:type="dxa"/>
              <w:right w:w="70" w:type="dxa"/>
            </w:tcMar>
            <w:vAlign w:val="center"/>
          </w:tcPr>
          <w:p w14:paraId="1D454BAB" w14:textId="77777777" w:rsidR="005E7ED3" w:rsidRDefault="00000000">
            <w:pPr>
              <w:jc w:val="center"/>
            </w:pPr>
            <w:r>
              <w:rPr>
                <w:b/>
                <w:color w:val="000000"/>
                <w:sz w:val="14"/>
              </w:rPr>
              <w:t>Medio-basso</w:t>
            </w:r>
          </w:p>
        </w:tc>
        <w:tc>
          <w:tcPr>
            <w:tcW w:w="2119" w:type="dxa"/>
            <w:shd w:val="clear" w:color="auto" w:fill="FFF2CC"/>
            <w:tcMar>
              <w:top w:w="70" w:type="dxa"/>
              <w:left w:w="70" w:type="dxa"/>
              <w:bottom w:w="70" w:type="dxa"/>
              <w:right w:w="70" w:type="dxa"/>
            </w:tcMar>
            <w:vAlign w:val="center"/>
          </w:tcPr>
          <w:p w14:paraId="0674ABA0" w14:textId="77777777" w:rsidR="005E7ED3" w:rsidRDefault="00000000">
            <w:pPr>
              <w:jc w:val="center"/>
            </w:pPr>
            <w:r>
              <w:rPr>
                <w:b/>
                <w:color w:val="000000"/>
                <w:sz w:val="14"/>
              </w:rPr>
              <w:t>Medio-basso</w:t>
            </w:r>
          </w:p>
        </w:tc>
        <w:tc>
          <w:tcPr>
            <w:tcW w:w="2119" w:type="dxa"/>
            <w:shd w:val="clear" w:color="auto" w:fill="FFF2CC"/>
            <w:tcMar>
              <w:top w:w="70" w:type="dxa"/>
              <w:left w:w="70" w:type="dxa"/>
              <w:bottom w:w="70" w:type="dxa"/>
              <w:right w:w="70" w:type="dxa"/>
            </w:tcMar>
            <w:vAlign w:val="center"/>
          </w:tcPr>
          <w:p w14:paraId="44E8DE0F" w14:textId="77777777" w:rsidR="005E7ED3" w:rsidRDefault="00000000">
            <w:pPr>
              <w:jc w:val="center"/>
            </w:pPr>
            <w:r>
              <w:rPr>
                <w:b/>
                <w:color w:val="000000"/>
                <w:sz w:val="14"/>
              </w:rPr>
              <w:t>Medio-basso</w:t>
            </w:r>
          </w:p>
        </w:tc>
      </w:tr>
      <w:tr w:rsidR="005E7ED3" w14:paraId="2070DF20" w14:textId="77777777">
        <w:trPr>
          <w:jc w:val="center"/>
        </w:trPr>
        <w:tc>
          <w:tcPr>
            <w:tcW w:w="2119" w:type="dxa"/>
            <w:shd w:val="clear" w:color="auto" w:fill="F2F5F8"/>
            <w:tcMar>
              <w:top w:w="70" w:type="dxa"/>
              <w:left w:w="70" w:type="dxa"/>
              <w:bottom w:w="70" w:type="dxa"/>
              <w:right w:w="70" w:type="dxa"/>
            </w:tcMar>
            <w:vAlign w:val="center"/>
          </w:tcPr>
          <w:p w14:paraId="56A74450" w14:textId="77777777" w:rsidR="005E7ED3" w:rsidRDefault="00000000">
            <w:pPr>
              <w:jc w:val="center"/>
            </w:pPr>
            <w:r>
              <w:rPr>
                <w:b/>
                <w:color w:val="0B3A66"/>
                <w:sz w:val="14"/>
              </w:rPr>
              <w:t>5-29</w:t>
            </w:r>
          </w:p>
        </w:tc>
        <w:tc>
          <w:tcPr>
            <w:tcW w:w="2119" w:type="dxa"/>
            <w:shd w:val="clear" w:color="auto" w:fill="FFF2CC"/>
            <w:tcMar>
              <w:top w:w="70" w:type="dxa"/>
              <w:left w:w="70" w:type="dxa"/>
              <w:bottom w:w="70" w:type="dxa"/>
              <w:right w:w="70" w:type="dxa"/>
            </w:tcMar>
            <w:vAlign w:val="center"/>
          </w:tcPr>
          <w:p w14:paraId="69F489DA" w14:textId="77777777" w:rsidR="005E7ED3" w:rsidRDefault="00000000">
            <w:pPr>
              <w:jc w:val="center"/>
            </w:pPr>
            <w:r>
              <w:rPr>
                <w:b/>
                <w:color w:val="000000"/>
                <w:sz w:val="14"/>
              </w:rPr>
              <w:t>Medio-basso</w:t>
            </w:r>
          </w:p>
        </w:tc>
        <w:tc>
          <w:tcPr>
            <w:tcW w:w="2119" w:type="dxa"/>
            <w:shd w:val="clear" w:color="auto" w:fill="FFD966"/>
            <w:tcMar>
              <w:top w:w="70" w:type="dxa"/>
              <w:left w:w="70" w:type="dxa"/>
              <w:bottom w:w="70" w:type="dxa"/>
              <w:right w:w="70" w:type="dxa"/>
            </w:tcMar>
            <w:vAlign w:val="center"/>
          </w:tcPr>
          <w:p w14:paraId="65595366" w14:textId="77777777" w:rsidR="005E7ED3" w:rsidRDefault="00000000">
            <w:pPr>
              <w:jc w:val="center"/>
            </w:pPr>
            <w:r>
              <w:rPr>
                <w:b/>
                <w:color w:val="000000"/>
                <w:sz w:val="14"/>
              </w:rPr>
              <w:t>Medio</w:t>
            </w:r>
          </w:p>
        </w:tc>
        <w:tc>
          <w:tcPr>
            <w:tcW w:w="2119" w:type="dxa"/>
            <w:shd w:val="clear" w:color="auto" w:fill="FFD966"/>
            <w:tcMar>
              <w:top w:w="70" w:type="dxa"/>
              <w:left w:w="70" w:type="dxa"/>
              <w:bottom w:w="70" w:type="dxa"/>
              <w:right w:w="70" w:type="dxa"/>
            </w:tcMar>
            <w:vAlign w:val="center"/>
          </w:tcPr>
          <w:p w14:paraId="2EE15CC7" w14:textId="77777777" w:rsidR="005E7ED3" w:rsidRDefault="00000000">
            <w:pPr>
              <w:jc w:val="center"/>
            </w:pPr>
            <w:r>
              <w:rPr>
                <w:b/>
                <w:color w:val="000000"/>
                <w:sz w:val="14"/>
              </w:rPr>
              <w:t>Medio</w:t>
            </w:r>
          </w:p>
        </w:tc>
        <w:tc>
          <w:tcPr>
            <w:tcW w:w="2119" w:type="dxa"/>
            <w:shd w:val="clear" w:color="auto" w:fill="FFD966"/>
            <w:tcMar>
              <w:top w:w="70" w:type="dxa"/>
              <w:left w:w="70" w:type="dxa"/>
              <w:bottom w:w="70" w:type="dxa"/>
              <w:right w:w="70" w:type="dxa"/>
            </w:tcMar>
            <w:vAlign w:val="center"/>
          </w:tcPr>
          <w:p w14:paraId="16B10747" w14:textId="77777777" w:rsidR="005E7ED3" w:rsidRDefault="00000000">
            <w:pPr>
              <w:jc w:val="center"/>
            </w:pPr>
            <w:r>
              <w:rPr>
                <w:b/>
                <w:color w:val="000000"/>
                <w:sz w:val="14"/>
              </w:rPr>
              <w:t>Medio</w:t>
            </w:r>
          </w:p>
        </w:tc>
      </w:tr>
      <w:tr w:rsidR="005E7ED3" w14:paraId="6722AA7F" w14:textId="77777777">
        <w:trPr>
          <w:jc w:val="center"/>
        </w:trPr>
        <w:tc>
          <w:tcPr>
            <w:tcW w:w="2119" w:type="dxa"/>
            <w:shd w:val="clear" w:color="auto" w:fill="F2F5F8"/>
            <w:tcMar>
              <w:top w:w="70" w:type="dxa"/>
              <w:left w:w="70" w:type="dxa"/>
              <w:bottom w:w="70" w:type="dxa"/>
              <w:right w:w="70" w:type="dxa"/>
            </w:tcMar>
            <w:vAlign w:val="center"/>
          </w:tcPr>
          <w:p w14:paraId="252C882C" w14:textId="77777777" w:rsidR="005E7ED3" w:rsidRDefault="00000000">
            <w:pPr>
              <w:jc w:val="center"/>
            </w:pPr>
            <w:r>
              <w:rPr>
                <w:b/>
                <w:color w:val="0B3A66"/>
                <w:sz w:val="14"/>
              </w:rPr>
              <w:t>&lt; 5</w:t>
            </w:r>
          </w:p>
        </w:tc>
        <w:tc>
          <w:tcPr>
            <w:tcW w:w="2119" w:type="dxa"/>
            <w:shd w:val="clear" w:color="auto" w:fill="FFD966"/>
            <w:tcMar>
              <w:top w:w="70" w:type="dxa"/>
              <w:left w:w="70" w:type="dxa"/>
              <w:bottom w:w="70" w:type="dxa"/>
              <w:right w:w="70" w:type="dxa"/>
            </w:tcMar>
            <w:vAlign w:val="center"/>
          </w:tcPr>
          <w:p w14:paraId="3870C6A4" w14:textId="77777777" w:rsidR="005E7ED3" w:rsidRDefault="00000000">
            <w:pPr>
              <w:jc w:val="center"/>
            </w:pPr>
            <w:r>
              <w:rPr>
                <w:b/>
                <w:color w:val="000000"/>
                <w:sz w:val="14"/>
              </w:rPr>
              <w:t>Medio</w:t>
            </w:r>
          </w:p>
        </w:tc>
        <w:tc>
          <w:tcPr>
            <w:tcW w:w="2119" w:type="dxa"/>
            <w:shd w:val="clear" w:color="auto" w:fill="F4B183"/>
            <w:tcMar>
              <w:top w:w="70" w:type="dxa"/>
              <w:left w:w="70" w:type="dxa"/>
              <w:bottom w:w="70" w:type="dxa"/>
              <w:right w:w="70" w:type="dxa"/>
            </w:tcMar>
            <w:vAlign w:val="center"/>
          </w:tcPr>
          <w:p w14:paraId="5981666E" w14:textId="77777777" w:rsidR="005E7ED3" w:rsidRDefault="00000000">
            <w:pPr>
              <w:jc w:val="center"/>
            </w:pPr>
            <w:r>
              <w:rPr>
                <w:b/>
                <w:color w:val="000000"/>
                <w:sz w:val="14"/>
              </w:rPr>
              <w:t>Medio-alto</w:t>
            </w:r>
          </w:p>
        </w:tc>
        <w:tc>
          <w:tcPr>
            <w:tcW w:w="2119" w:type="dxa"/>
            <w:shd w:val="clear" w:color="auto" w:fill="F4B183"/>
            <w:tcMar>
              <w:top w:w="70" w:type="dxa"/>
              <w:left w:w="70" w:type="dxa"/>
              <w:bottom w:w="70" w:type="dxa"/>
              <w:right w:w="70" w:type="dxa"/>
            </w:tcMar>
            <w:vAlign w:val="center"/>
          </w:tcPr>
          <w:p w14:paraId="54437688" w14:textId="77777777" w:rsidR="005E7ED3" w:rsidRDefault="00000000">
            <w:pPr>
              <w:jc w:val="center"/>
            </w:pPr>
            <w:r>
              <w:rPr>
                <w:b/>
                <w:color w:val="000000"/>
                <w:sz w:val="14"/>
              </w:rPr>
              <w:t>Medio-alto</w:t>
            </w:r>
          </w:p>
        </w:tc>
        <w:tc>
          <w:tcPr>
            <w:tcW w:w="2119" w:type="dxa"/>
            <w:shd w:val="clear" w:color="auto" w:fill="F8696B"/>
            <w:tcMar>
              <w:top w:w="70" w:type="dxa"/>
              <w:left w:w="70" w:type="dxa"/>
              <w:bottom w:w="70" w:type="dxa"/>
              <w:right w:w="70" w:type="dxa"/>
            </w:tcMar>
            <w:vAlign w:val="center"/>
          </w:tcPr>
          <w:p w14:paraId="3B2720D0" w14:textId="77777777" w:rsidR="005E7ED3" w:rsidRDefault="00000000">
            <w:pPr>
              <w:jc w:val="center"/>
            </w:pPr>
            <w:r>
              <w:rPr>
                <w:b/>
                <w:color w:val="FFFFFF"/>
                <w:sz w:val="14"/>
              </w:rPr>
              <w:t>Alto</w:t>
            </w:r>
          </w:p>
        </w:tc>
      </w:tr>
    </w:tbl>
    <w:p w14:paraId="37F3A94C" w14:textId="77777777" w:rsidR="005E7ED3" w:rsidRDefault="00000000">
      <w:pPr>
        <w:pStyle w:val="Titolo1"/>
      </w:pPr>
      <w:r>
        <w:rPr>
          <w:rFonts w:ascii="Arial" w:hAnsi="Arial"/>
          <w:b w:val="0"/>
        </w:rPr>
        <w:t>5.3 Matrice fattori aggravanti e mitiganti</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5298"/>
        <w:gridCol w:w="5298"/>
      </w:tblGrid>
      <w:tr w:rsidR="005E7ED3" w14:paraId="0F42FDE2" w14:textId="77777777">
        <w:trPr>
          <w:jc w:val="center"/>
        </w:trPr>
        <w:tc>
          <w:tcPr>
            <w:tcW w:w="5298" w:type="dxa"/>
            <w:shd w:val="clear" w:color="auto" w:fill="C00000"/>
            <w:tcMar>
              <w:top w:w="70" w:type="dxa"/>
              <w:left w:w="70" w:type="dxa"/>
              <w:bottom w:w="70" w:type="dxa"/>
              <w:right w:w="70" w:type="dxa"/>
            </w:tcMar>
            <w:vAlign w:val="center"/>
          </w:tcPr>
          <w:p w14:paraId="19B29650" w14:textId="77777777" w:rsidR="005E7ED3" w:rsidRDefault="00000000">
            <w:pPr>
              <w:jc w:val="center"/>
            </w:pPr>
            <w:r>
              <w:rPr>
                <w:b/>
                <w:color w:val="FFFFFF"/>
                <w:sz w:val="16"/>
              </w:rPr>
              <w:t>Aumentano il rischio</w:t>
            </w:r>
          </w:p>
        </w:tc>
        <w:tc>
          <w:tcPr>
            <w:tcW w:w="5298" w:type="dxa"/>
            <w:shd w:val="clear" w:color="auto" w:fill="548235"/>
            <w:tcMar>
              <w:top w:w="70" w:type="dxa"/>
              <w:left w:w="70" w:type="dxa"/>
              <w:bottom w:w="70" w:type="dxa"/>
              <w:right w:w="70" w:type="dxa"/>
            </w:tcMar>
            <w:vAlign w:val="center"/>
          </w:tcPr>
          <w:p w14:paraId="733D3C66" w14:textId="77777777" w:rsidR="005E7ED3" w:rsidRDefault="00000000">
            <w:pPr>
              <w:jc w:val="center"/>
            </w:pPr>
            <w:r>
              <w:rPr>
                <w:b/>
                <w:color w:val="FFFFFF"/>
                <w:sz w:val="16"/>
              </w:rPr>
              <w:t>Riducono il rischio</w:t>
            </w:r>
          </w:p>
        </w:tc>
      </w:tr>
      <w:tr w:rsidR="005E7ED3" w14:paraId="57627A6A" w14:textId="77777777">
        <w:trPr>
          <w:jc w:val="center"/>
        </w:trPr>
        <w:tc>
          <w:tcPr>
            <w:tcW w:w="5298" w:type="dxa"/>
            <w:shd w:val="clear" w:color="auto" w:fill="FCE4D6"/>
            <w:vAlign w:val="center"/>
          </w:tcPr>
          <w:p w14:paraId="18127F13" w14:textId="77777777" w:rsidR="005E7ED3" w:rsidRDefault="005E7ED3"/>
          <w:p w14:paraId="18A1C9AE" w14:textId="77777777" w:rsidR="005E7ED3" w:rsidRDefault="00000000">
            <w:pPr>
              <w:spacing w:after="20"/>
            </w:pPr>
            <w:r>
              <w:rPr>
                <w:sz w:val="15"/>
              </w:rPr>
              <w:t>- Postura statica e prolungata.</w:t>
            </w:r>
          </w:p>
          <w:p w14:paraId="11C2E085" w14:textId="77777777" w:rsidR="005E7ED3" w:rsidRDefault="00000000">
            <w:pPr>
              <w:spacing w:after="20"/>
            </w:pPr>
            <w:r>
              <w:rPr>
                <w:sz w:val="15"/>
              </w:rPr>
              <w:t>- Pause assenti o non praticabili.</w:t>
            </w:r>
          </w:p>
          <w:p w14:paraId="7C2C0CA7" w14:textId="77777777" w:rsidR="005E7ED3" w:rsidRDefault="00000000">
            <w:pPr>
              <w:spacing w:after="20"/>
            </w:pPr>
            <w:r>
              <w:rPr>
                <w:sz w:val="15"/>
              </w:rPr>
              <w:t>- Postura in piedi costretta.</w:t>
            </w:r>
          </w:p>
          <w:p w14:paraId="40EE67AA" w14:textId="77777777" w:rsidR="005E7ED3" w:rsidRDefault="00000000">
            <w:pPr>
              <w:spacing w:after="20"/>
            </w:pPr>
            <w:r>
              <w:rPr>
                <w:sz w:val="15"/>
              </w:rPr>
              <w:t>- Impossibilita di sedersi o camminare.</w:t>
            </w:r>
          </w:p>
          <w:p w14:paraId="150BCE7C" w14:textId="77777777" w:rsidR="005E7ED3" w:rsidRDefault="00000000">
            <w:pPr>
              <w:spacing w:after="20"/>
            </w:pPr>
            <w:r>
              <w:rPr>
                <w:sz w:val="15"/>
              </w:rPr>
              <w:t>- Basso controllo sui ritmi.</w:t>
            </w:r>
          </w:p>
          <w:p w14:paraId="00FD29D7" w14:textId="77777777" w:rsidR="005E7ED3" w:rsidRDefault="00000000">
            <w:pPr>
              <w:spacing w:after="20"/>
            </w:pPr>
            <w:r>
              <w:rPr>
                <w:sz w:val="15"/>
              </w:rPr>
              <w:t>- Carico di lavoro elevato.</w:t>
            </w:r>
          </w:p>
          <w:p w14:paraId="0B3AD8D4" w14:textId="77777777" w:rsidR="005E7ED3" w:rsidRDefault="00000000">
            <w:pPr>
              <w:spacing w:after="20"/>
            </w:pPr>
            <w:r>
              <w:rPr>
                <w:sz w:val="15"/>
              </w:rPr>
              <w:t>- Postazione non regolabile o non ergonomica.</w:t>
            </w:r>
          </w:p>
          <w:p w14:paraId="6B9CE793" w14:textId="77777777" w:rsidR="005E7ED3" w:rsidRDefault="00000000">
            <w:pPr>
              <w:spacing w:after="20"/>
            </w:pPr>
            <w:r>
              <w:rPr>
                <w:sz w:val="15"/>
              </w:rPr>
              <w:t>- Telelavoro senza pause.</w:t>
            </w:r>
          </w:p>
          <w:p w14:paraId="7D6CDE55" w14:textId="77777777" w:rsidR="005E7ED3" w:rsidRDefault="00000000">
            <w:pPr>
              <w:spacing w:after="20"/>
            </w:pPr>
            <w:r>
              <w:rPr>
                <w:sz w:val="15"/>
              </w:rPr>
              <w:t>- Presenza di lavoratori sensibili senza adattamenti.</w:t>
            </w:r>
          </w:p>
        </w:tc>
        <w:tc>
          <w:tcPr>
            <w:tcW w:w="5298" w:type="dxa"/>
            <w:shd w:val="clear" w:color="auto" w:fill="EAF3FF"/>
            <w:vAlign w:val="center"/>
          </w:tcPr>
          <w:p w14:paraId="549A6913" w14:textId="77777777" w:rsidR="005E7ED3" w:rsidRDefault="005E7ED3"/>
          <w:p w14:paraId="42BDE408" w14:textId="77777777" w:rsidR="005E7ED3" w:rsidRDefault="00000000">
            <w:pPr>
              <w:spacing w:after="20"/>
            </w:pPr>
            <w:r>
              <w:rPr>
                <w:sz w:val="15"/>
              </w:rPr>
              <w:t>- Alternanza seduto/in piedi/movimento.</w:t>
            </w:r>
          </w:p>
          <w:p w14:paraId="09E1D07D" w14:textId="77777777" w:rsidR="005E7ED3" w:rsidRDefault="00000000">
            <w:pPr>
              <w:spacing w:after="20"/>
            </w:pPr>
            <w:r>
              <w:rPr>
                <w:sz w:val="15"/>
              </w:rPr>
              <w:t>- Pause brevi e frequenti ogni 20-30 minuti.</w:t>
            </w:r>
          </w:p>
          <w:p w14:paraId="37080D20" w14:textId="77777777" w:rsidR="005E7ED3" w:rsidRDefault="00000000">
            <w:pPr>
              <w:spacing w:after="20"/>
            </w:pPr>
            <w:r>
              <w:rPr>
                <w:sz w:val="15"/>
              </w:rPr>
              <w:t>- Rotazione dei compiti.</w:t>
            </w:r>
          </w:p>
          <w:p w14:paraId="4AEC4390" w14:textId="77777777" w:rsidR="005E7ED3" w:rsidRDefault="00000000">
            <w:pPr>
              <w:spacing w:after="20"/>
            </w:pPr>
            <w:r>
              <w:rPr>
                <w:sz w:val="15"/>
              </w:rPr>
              <w:t>- Sedute, sgabelli e postazioni regolabili.</w:t>
            </w:r>
          </w:p>
          <w:p w14:paraId="64E8DB54" w14:textId="77777777" w:rsidR="005E7ED3" w:rsidRDefault="00000000">
            <w:pPr>
              <w:spacing w:after="20"/>
            </w:pPr>
            <w:r>
              <w:rPr>
                <w:sz w:val="15"/>
              </w:rPr>
              <w:t>- Tappetini antifatica ove utili.</w:t>
            </w:r>
          </w:p>
          <w:p w14:paraId="5433148F" w14:textId="77777777" w:rsidR="005E7ED3" w:rsidRDefault="00000000">
            <w:pPr>
              <w:spacing w:after="20"/>
            </w:pPr>
            <w:r>
              <w:rPr>
                <w:sz w:val="15"/>
              </w:rPr>
              <w:t>- Autonomia nel cambiare postura.</w:t>
            </w:r>
          </w:p>
          <w:p w14:paraId="46A89322" w14:textId="77777777" w:rsidR="005E7ED3" w:rsidRDefault="00000000">
            <w:pPr>
              <w:spacing w:after="20"/>
            </w:pPr>
            <w:r>
              <w:rPr>
                <w:sz w:val="15"/>
              </w:rPr>
              <w:t>- Formazione e sensibilizzazione.</w:t>
            </w:r>
          </w:p>
          <w:p w14:paraId="4C214961" w14:textId="77777777" w:rsidR="005E7ED3" w:rsidRDefault="00000000">
            <w:pPr>
              <w:spacing w:after="20"/>
            </w:pPr>
            <w:r>
              <w:rPr>
                <w:sz w:val="15"/>
              </w:rPr>
              <w:t>- Coinvolgimento dei lavoratori.</w:t>
            </w:r>
          </w:p>
          <w:p w14:paraId="3408F9C3" w14:textId="77777777" w:rsidR="005E7ED3" w:rsidRDefault="00000000">
            <w:pPr>
              <w:spacing w:after="20"/>
            </w:pPr>
            <w:r>
              <w:rPr>
                <w:sz w:val="15"/>
              </w:rPr>
              <w:t>- Monitoraggio, segnalazioni e riesame.</w:t>
            </w:r>
          </w:p>
        </w:tc>
      </w:tr>
    </w:tbl>
    <w:p w14:paraId="77FF26C5" w14:textId="77777777" w:rsidR="005E7ED3" w:rsidRDefault="00000000">
      <w:r>
        <w:br w:type="page"/>
      </w:r>
    </w:p>
    <w:tbl>
      <w:tblPr>
        <w:tblW w:w="0" w:type="auto"/>
        <w:jc w:val="center"/>
        <w:tblBorders>
          <w:top w:val="single" w:sz="4" w:space="0" w:color="0B3A66"/>
          <w:left w:val="single" w:sz="4" w:space="0" w:color="0B3A66"/>
          <w:bottom w:val="single" w:sz="4" w:space="0" w:color="0B3A66"/>
          <w:right w:val="single" w:sz="4" w:space="0" w:color="0B3A66"/>
          <w:insideH w:val="single" w:sz="4" w:space="0" w:color="0B3A66"/>
          <w:insideV w:val="single" w:sz="4" w:space="0" w:color="0B3A66"/>
        </w:tblBorders>
        <w:tblLook w:val="04A0" w:firstRow="1" w:lastRow="0" w:firstColumn="1" w:lastColumn="0" w:noHBand="0" w:noVBand="1"/>
      </w:tblPr>
      <w:tblGrid>
        <w:gridCol w:w="10596"/>
      </w:tblGrid>
      <w:tr w:rsidR="005E7ED3" w14:paraId="39C05E1C" w14:textId="77777777">
        <w:trPr>
          <w:jc w:val="center"/>
        </w:trPr>
        <w:tc>
          <w:tcPr>
            <w:tcW w:w="10596" w:type="dxa"/>
            <w:shd w:val="clear" w:color="auto" w:fill="0B3A66"/>
            <w:tcMar>
              <w:top w:w="70" w:type="dxa"/>
              <w:left w:w="70" w:type="dxa"/>
              <w:bottom w:w="70" w:type="dxa"/>
              <w:right w:w="70" w:type="dxa"/>
            </w:tcMar>
            <w:vAlign w:val="center"/>
          </w:tcPr>
          <w:p w14:paraId="127F53D9" w14:textId="77777777" w:rsidR="005E7ED3" w:rsidRDefault="00000000">
            <w:pPr>
              <w:jc w:val="center"/>
            </w:pPr>
            <w:r>
              <w:rPr>
                <w:b/>
                <w:color w:val="FFFFFF"/>
                <w:sz w:val="21"/>
              </w:rPr>
              <w:t>6. SEZIONE PER INCOLLARE MANUALMENTE LE VALUTAZIONI EFFETTUATE</w:t>
            </w:r>
          </w:p>
        </w:tc>
      </w:tr>
    </w:tbl>
    <w:p w14:paraId="23E72D71" w14:textId="77777777" w:rsidR="005E7ED3" w:rsidRDefault="00000000">
      <w:pPr>
        <w:pStyle w:val="Titolo1"/>
      </w:pPr>
      <w:r>
        <w:rPr>
          <w:rFonts w:ascii="Arial" w:hAnsi="Arial"/>
          <w:b w:val="0"/>
        </w:rPr>
        <w:t>6.1 Istruzioni per l'inserimento delle valutazioni</w:t>
      </w:r>
    </w:p>
    <w:p w14:paraId="76C716A6" w14:textId="77777777" w:rsidR="005E7ED3" w:rsidRDefault="00000000">
      <w:pPr>
        <w:pStyle w:val="Puntoelenco"/>
        <w:spacing w:after="40"/>
      </w:pPr>
      <w:r>
        <w:rPr>
          <w:sz w:val="17"/>
        </w:rPr>
        <w:t>Per ciascuna mansione incollare o trascrivere l'esito della valutazione effettuata con Posture Dinamiche Free o con altra procedura interna equivalente.</w:t>
      </w:r>
    </w:p>
    <w:p w14:paraId="4EBCCCE6" w14:textId="77777777" w:rsidR="005E7ED3" w:rsidRDefault="00000000">
      <w:pPr>
        <w:pStyle w:val="Puntoelenco"/>
        <w:spacing w:after="40"/>
      </w:pPr>
      <w:r>
        <w:rPr>
          <w:sz w:val="17"/>
        </w:rPr>
        <w:t>Riportare sempre: mansione, reparto, numero lavoratori esposti, tempi seduta/in piedi, KPI, livello di rischio, criticita, misure e piano di miglioramento.</w:t>
      </w:r>
    </w:p>
    <w:p w14:paraId="3C0D714A" w14:textId="77777777" w:rsidR="005E7ED3" w:rsidRDefault="00000000">
      <w:pPr>
        <w:pStyle w:val="Puntoelenco"/>
        <w:spacing w:after="40"/>
      </w:pPr>
      <w:r>
        <w:rPr>
          <w:sz w:val="17"/>
        </w:rPr>
        <w:t>Se si incolla una schermata o immagine della web app, accompagnarla con una sintesi testuale, per garantire leggibilita e aggiornabilita del DVR.</w:t>
      </w:r>
    </w:p>
    <w:p w14:paraId="6AC006A3" w14:textId="77777777" w:rsidR="005E7ED3" w:rsidRDefault="00000000">
      <w:pPr>
        <w:pStyle w:val="Puntoelenco"/>
        <w:spacing w:after="40"/>
      </w:pPr>
      <w:r>
        <w:rPr>
          <w:sz w:val="17"/>
        </w:rPr>
        <w:t>Evitare l'inserimento di dati sanitari individuali. Le condizioni personali devono essere gestite dal medico competente e riportate nel DVR solo come necessita organizzativa generale.</w:t>
      </w:r>
    </w:p>
    <w:p w14:paraId="63CB847D" w14:textId="77777777" w:rsidR="005E7ED3" w:rsidRDefault="00000000">
      <w:pPr>
        <w:pStyle w:val="Puntoelenco"/>
        <w:spacing w:after="40"/>
      </w:pPr>
      <w:r>
        <w:rPr>
          <w:sz w:val="17"/>
        </w:rPr>
        <w:t>Conservare le evidenze di sopralluogo, interviste, rilevazioni e decisioni organizzative adottate.</w:t>
      </w:r>
    </w:p>
    <w:p w14:paraId="11A6911F" w14:textId="77777777" w:rsidR="005E7ED3" w:rsidRDefault="00000000">
      <w:pPr>
        <w:pStyle w:val="Titolo1"/>
      </w:pPr>
      <w:r>
        <w:rPr>
          <w:rFonts w:ascii="Arial" w:hAnsi="Arial"/>
          <w:b w:val="0"/>
        </w:rPr>
        <w:t>6.2 Registro riepilogativo delle valutazioni</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1324"/>
        <w:gridCol w:w="1324"/>
        <w:gridCol w:w="1324"/>
        <w:gridCol w:w="1324"/>
        <w:gridCol w:w="1324"/>
        <w:gridCol w:w="1324"/>
        <w:gridCol w:w="1324"/>
        <w:gridCol w:w="1324"/>
      </w:tblGrid>
      <w:tr w:rsidR="005E7ED3" w14:paraId="78D716B6" w14:textId="77777777">
        <w:trPr>
          <w:jc w:val="center"/>
        </w:trPr>
        <w:tc>
          <w:tcPr>
            <w:tcW w:w="1324" w:type="dxa"/>
            <w:shd w:val="clear" w:color="auto" w:fill="0B3A66"/>
            <w:tcMar>
              <w:top w:w="70" w:type="dxa"/>
              <w:left w:w="70" w:type="dxa"/>
              <w:bottom w:w="70" w:type="dxa"/>
              <w:right w:w="70" w:type="dxa"/>
            </w:tcMar>
            <w:vAlign w:val="center"/>
          </w:tcPr>
          <w:p w14:paraId="3E1A0058" w14:textId="77777777" w:rsidR="005E7ED3" w:rsidRDefault="00000000">
            <w:pPr>
              <w:jc w:val="center"/>
            </w:pPr>
            <w:r>
              <w:rPr>
                <w:b/>
                <w:color w:val="FFFFFF"/>
                <w:sz w:val="13"/>
              </w:rPr>
              <w:t>N.</w:t>
            </w:r>
          </w:p>
        </w:tc>
        <w:tc>
          <w:tcPr>
            <w:tcW w:w="1324" w:type="dxa"/>
            <w:shd w:val="clear" w:color="auto" w:fill="0B3A66"/>
            <w:tcMar>
              <w:top w:w="70" w:type="dxa"/>
              <w:left w:w="70" w:type="dxa"/>
              <w:bottom w:w="70" w:type="dxa"/>
              <w:right w:w="70" w:type="dxa"/>
            </w:tcMar>
            <w:vAlign w:val="center"/>
          </w:tcPr>
          <w:p w14:paraId="068BFEA6" w14:textId="77777777" w:rsidR="005E7ED3" w:rsidRDefault="00000000">
            <w:pPr>
              <w:jc w:val="center"/>
            </w:pPr>
            <w:r>
              <w:rPr>
                <w:b/>
                <w:color w:val="FFFFFF"/>
                <w:sz w:val="13"/>
              </w:rPr>
              <w:t>Reparto</w:t>
            </w:r>
          </w:p>
        </w:tc>
        <w:tc>
          <w:tcPr>
            <w:tcW w:w="1324" w:type="dxa"/>
            <w:shd w:val="clear" w:color="auto" w:fill="0B3A66"/>
            <w:tcMar>
              <w:top w:w="70" w:type="dxa"/>
              <w:left w:w="70" w:type="dxa"/>
              <w:bottom w:w="70" w:type="dxa"/>
              <w:right w:w="70" w:type="dxa"/>
            </w:tcMar>
            <w:vAlign w:val="center"/>
          </w:tcPr>
          <w:p w14:paraId="43B4CF24" w14:textId="77777777" w:rsidR="005E7ED3" w:rsidRDefault="00000000">
            <w:pPr>
              <w:jc w:val="center"/>
            </w:pPr>
            <w:r>
              <w:rPr>
                <w:b/>
                <w:color w:val="FFFFFF"/>
                <w:sz w:val="13"/>
              </w:rPr>
              <w:t>Mansione</w:t>
            </w:r>
          </w:p>
        </w:tc>
        <w:tc>
          <w:tcPr>
            <w:tcW w:w="1324" w:type="dxa"/>
            <w:shd w:val="clear" w:color="auto" w:fill="0B3A66"/>
            <w:tcMar>
              <w:top w:w="70" w:type="dxa"/>
              <w:left w:w="70" w:type="dxa"/>
              <w:bottom w:w="70" w:type="dxa"/>
              <w:right w:w="70" w:type="dxa"/>
            </w:tcMar>
            <w:vAlign w:val="center"/>
          </w:tcPr>
          <w:p w14:paraId="0A7B71B2" w14:textId="77777777" w:rsidR="005E7ED3" w:rsidRDefault="00000000">
            <w:pPr>
              <w:jc w:val="center"/>
            </w:pPr>
            <w:r>
              <w:rPr>
                <w:b/>
                <w:color w:val="FFFFFF"/>
                <w:sz w:val="13"/>
              </w:rPr>
              <w:t>N. lavoratori</w:t>
            </w:r>
          </w:p>
        </w:tc>
        <w:tc>
          <w:tcPr>
            <w:tcW w:w="1324" w:type="dxa"/>
            <w:shd w:val="clear" w:color="auto" w:fill="0B3A66"/>
            <w:tcMar>
              <w:top w:w="70" w:type="dxa"/>
              <w:left w:w="70" w:type="dxa"/>
              <w:bottom w:w="70" w:type="dxa"/>
              <w:right w:w="70" w:type="dxa"/>
            </w:tcMar>
            <w:vAlign w:val="center"/>
          </w:tcPr>
          <w:p w14:paraId="3CC5766E" w14:textId="77777777" w:rsidR="005E7ED3" w:rsidRDefault="00000000">
            <w:pPr>
              <w:jc w:val="center"/>
            </w:pPr>
            <w:r>
              <w:rPr>
                <w:b/>
                <w:color w:val="FFFFFF"/>
                <w:sz w:val="13"/>
              </w:rPr>
              <w:t>Rischio</w:t>
            </w:r>
          </w:p>
        </w:tc>
        <w:tc>
          <w:tcPr>
            <w:tcW w:w="1324" w:type="dxa"/>
            <w:shd w:val="clear" w:color="auto" w:fill="0B3A66"/>
            <w:tcMar>
              <w:top w:w="70" w:type="dxa"/>
              <w:left w:w="70" w:type="dxa"/>
              <w:bottom w:w="70" w:type="dxa"/>
              <w:right w:w="70" w:type="dxa"/>
            </w:tcMar>
            <w:vAlign w:val="center"/>
          </w:tcPr>
          <w:p w14:paraId="7E5D3FB6" w14:textId="77777777" w:rsidR="005E7ED3" w:rsidRDefault="00000000">
            <w:pPr>
              <w:jc w:val="center"/>
            </w:pPr>
            <w:r>
              <w:rPr>
                <w:b/>
                <w:color w:val="FFFFFF"/>
                <w:sz w:val="13"/>
              </w:rPr>
              <w:t>Priorita</w:t>
            </w:r>
          </w:p>
        </w:tc>
        <w:tc>
          <w:tcPr>
            <w:tcW w:w="1324" w:type="dxa"/>
            <w:shd w:val="clear" w:color="auto" w:fill="0B3A66"/>
            <w:tcMar>
              <w:top w:w="70" w:type="dxa"/>
              <w:left w:w="70" w:type="dxa"/>
              <w:bottom w:w="70" w:type="dxa"/>
              <w:right w:w="70" w:type="dxa"/>
            </w:tcMar>
            <w:vAlign w:val="center"/>
          </w:tcPr>
          <w:p w14:paraId="5A621C95" w14:textId="77777777" w:rsidR="005E7ED3" w:rsidRDefault="00000000">
            <w:pPr>
              <w:jc w:val="center"/>
            </w:pPr>
            <w:r>
              <w:rPr>
                <w:b/>
                <w:color w:val="FFFFFF"/>
                <w:sz w:val="13"/>
              </w:rPr>
              <w:t>Misure principali</w:t>
            </w:r>
          </w:p>
        </w:tc>
        <w:tc>
          <w:tcPr>
            <w:tcW w:w="1324" w:type="dxa"/>
            <w:shd w:val="clear" w:color="auto" w:fill="0B3A66"/>
            <w:tcMar>
              <w:top w:w="70" w:type="dxa"/>
              <w:left w:w="70" w:type="dxa"/>
              <w:bottom w:w="70" w:type="dxa"/>
              <w:right w:w="70" w:type="dxa"/>
            </w:tcMar>
            <w:vAlign w:val="center"/>
          </w:tcPr>
          <w:p w14:paraId="00EF5687" w14:textId="77777777" w:rsidR="005E7ED3" w:rsidRDefault="00000000">
            <w:pPr>
              <w:jc w:val="center"/>
            </w:pPr>
            <w:r>
              <w:rPr>
                <w:b/>
                <w:color w:val="FFFFFF"/>
                <w:sz w:val="13"/>
              </w:rPr>
              <w:t>Stato</w:t>
            </w:r>
          </w:p>
        </w:tc>
      </w:tr>
      <w:tr w:rsidR="005E7ED3" w14:paraId="06CE0E83" w14:textId="77777777">
        <w:trPr>
          <w:jc w:val="center"/>
        </w:trPr>
        <w:tc>
          <w:tcPr>
            <w:tcW w:w="1324" w:type="dxa"/>
            <w:shd w:val="clear" w:color="auto" w:fill="FFFFFF"/>
            <w:tcMar>
              <w:top w:w="70" w:type="dxa"/>
              <w:left w:w="70" w:type="dxa"/>
              <w:bottom w:w="70" w:type="dxa"/>
              <w:right w:w="70" w:type="dxa"/>
            </w:tcMar>
            <w:vAlign w:val="center"/>
          </w:tcPr>
          <w:p w14:paraId="6E8F419F" w14:textId="77777777" w:rsidR="005E7ED3" w:rsidRDefault="00000000">
            <w:r>
              <w:rPr>
                <w:sz w:val="13"/>
              </w:rPr>
              <w:t>1</w:t>
            </w:r>
          </w:p>
        </w:tc>
        <w:tc>
          <w:tcPr>
            <w:tcW w:w="1324" w:type="dxa"/>
            <w:shd w:val="clear" w:color="auto" w:fill="FFFFFF"/>
            <w:tcMar>
              <w:top w:w="70" w:type="dxa"/>
              <w:left w:w="70" w:type="dxa"/>
              <w:bottom w:w="70" w:type="dxa"/>
              <w:right w:w="70" w:type="dxa"/>
            </w:tcMar>
            <w:vAlign w:val="center"/>
          </w:tcPr>
          <w:p w14:paraId="08D55FBC"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7CC66338"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61D956D3"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69E4C3AD"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0833BAB0"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438DA88F"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2C885FC0" w14:textId="77777777" w:rsidR="005E7ED3" w:rsidRDefault="00000000">
            <w:r>
              <w:rPr>
                <w:sz w:val="13"/>
              </w:rPr>
              <w:t>[...]</w:t>
            </w:r>
          </w:p>
        </w:tc>
      </w:tr>
      <w:tr w:rsidR="005E7ED3" w14:paraId="6E8A7179" w14:textId="77777777">
        <w:trPr>
          <w:jc w:val="center"/>
        </w:trPr>
        <w:tc>
          <w:tcPr>
            <w:tcW w:w="1324" w:type="dxa"/>
            <w:shd w:val="clear" w:color="auto" w:fill="F4F9FF"/>
            <w:tcMar>
              <w:top w:w="70" w:type="dxa"/>
              <w:left w:w="70" w:type="dxa"/>
              <w:bottom w:w="70" w:type="dxa"/>
              <w:right w:w="70" w:type="dxa"/>
            </w:tcMar>
            <w:vAlign w:val="center"/>
          </w:tcPr>
          <w:p w14:paraId="2A0F6F30" w14:textId="77777777" w:rsidR="005E7ED3" w:rsidRDefault="00000000">
            <w:r>
              <w:rPr>
                <w:sz w:val="13"/>
              </w:rPr>
              <w:t>2</w:t>
            </w:r>
          </w:p>
        </w:tc>
        <w:tc>
          <w:tcPr>
            <w:tcW w:w="1324" w:type="dxa"/>
            <w:shd w:val="clear" w:color="auto" w:fill="F4F9FF"/>
            <w:tcMar>
              <w:top w:w="70" w:type="dxa"/>
              <w:left w:w="70" w:type="dxa"/>
              <w:bottom w:w="70" w:type="dxa"/>
              <w:right w:w="70" w:type="dxa"/>
            </w:tcMar>
            <w:vAlign w:val="center"/>
          </w:tcPr>
          <w:p w14:paraId="2D2955BC"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25CAEA36"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7487D615"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1A2CD3E0"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44C8EFBF"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6BA25524"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4DA92F5A" w14:textId="77777777" w:rsidR="005E7ED3" w:rsidRDefault="00000000">
            <w:r>
              <w:rPr>
                <w:sz w:val="13"/>
              </w:rPr>
              <w:t>[...]</w:t>
            </w:r>
          </w:p>
        </w:tc>
      </w:tr>
      <w:tr w:rsidR="005E7ED3" w14:paraId="6002DF0A" w14:textId="77777777">
        <w:trPr>
          <w:jc w:val="center"/>
        </w:trPr>
        <w:tc>
          <w:tcPr>
            <w:tcW w:w="1324" w:type="dxa"/>
            <w:shd w:val="clear" w:color="auto" w:fill="FFFFFF"/>
            <w:tcMar>
              <w:top w:w="70" w:type="dxa"/>
              <w:left w:w="70" w:type="dxa"/>
              <w:bottom w:w="70" w:type="dxa"/>
              <w:right w:w="70" w:type="dxa"/>
            </w:tcMar>
            <w:vAlign w:val="center"/>
          </w:tcPr>
          <w:p w14:paraId="503030BB" w14:textId="77777777" w:rsidR="005E7ED3" w:rsidRDefault="00000000">
            <w:r>
              <w:rPr>
                <w:sz w:val="13"/>
              </w:rPr>
              <w:t>3</w:t>
            </w:r>
          </w:p>
        </w:tc>
        <w:tc>
          <w:tcPr>
            <w:tcW w:w="1324" w:type="dxa"/>
            <w:shd w:val="clear" w:color="auto" w:fill="FFFFFF"/>
            <w:tcMar>
              <w:top w:w="70" w:type="dxa"/>
              <w:left w:w="70" w:type="dxa"/>
              <w:bottom w:w="70" w:type="dxa"/>
              <w:right w:w="70" w:type="dxa"/>
            </w:tcMar>
            <w:vAlign w:val="center"/>
          </w:tcPr>
          <w:p w14:paraId="63CA66D9"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66D888C4"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1C03C3A9"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5775F8EB"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63DB36FF"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6BD9B67E"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1A3AE228" w14:textId="77777777" w:rsidR="005E7ED3" w:rsidRDefault="00000000">
            <w:r>
              <w:rPr>
                <w:sz w:val="13"/>
              </w:rPr>
              <w:t>[...]</w:t>
            </w:r>
          </w:p>
        </w:tc>
      </w:tr>
      <w:tr w:rsidR="005E7ED3" w14:paraId="15148839" w14:textId="77777777">
        <w:trPr>
          <w:jc w:val="center"/>
        </w:trPr>
        <w:tc>
          <w:tcPr>
            <w:tcW w:w="1324" w:type="dxa"/>
            <w:shd w:val="clear" w:color="auto" w:fill="F4F9FF"/>
            <w:tcMar>
              <w:top w:w="70" w:type="dxa"/>
              <w:left w:w="70" w:type="dxa"/>
              <w:bottom w:w="70" w:type="dxa"/>
              <w:right w:w="70" w:type="dxa"/>
            </w:tcMar>
            <w:vAlign w:val="center"/>
          </w:tcPr>
          <w:p w14:paraId="6933598C" w14:textId="77777777" w:rsidR="005E7ED3" w:rsidRDefault="00000000">
            <w:r>
              <w:rPr>
                <w:sz w:val="13"/>
              </w:rPr>
              <w:t>4</w:t>
            </w:r>
          </w:p>
        </w:tc>
        <w:tc>
          <w:tcPr>
            <w:tcW w:w="1324" w:type="dxa"/>
            <w:shd w:val="clear" w:color="auto" w:fill="F4F9FF"/>
            <w:tcMar>
              <w:top w:w="70" w:type="dxa"/>
              <w:left w:w="70" w:type="dxa"/>
              <w:bottom w:w="70" w:type="dxa"/>
              <w:right w:w="70" w:type="dxa"/>
            </w:tcMar>
            <w:vAlign w:val="center"/>
          </w:tcPr>
          <w:p w14:paraId="71FF44AB"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68FA5B24"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67875A34"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4E9C6CD5"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62080F74"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6A45BA71"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100E7112" w14:textId="77777777" w:rsidR="005E7ED3" w:rsidRDefault="00000000">
            <w:r>
              <w:rPr>
                <w:sz w:val="13"/>
              </w:rPr>
              <w:t>[...]</w:t>
            </w:r>
          </w:p>
        </w:tc>
      </w:tr>
      <w:tr w:rsidR="005E7ED3" w14:paraId="598BE82B" w14:textId="77777777">
        <w:trPr>
          <w:jc w:val="center"/>
        </w:trPr>
        <w:tc>
          <w:tcPr>
            <w:tcW w:w="1324" w:type="dxa"/>
            <w:shd w:val="clear" w:color="auto" w:fill="FFFFFF"/>
            <w:tcMar>
              <w:top w:w="70" w:type="dxa"/>
              <w:left w:w="70" w:type="dxa"/>
              <w:bottom w:w="70" w:type="dxa"/>
              <w:right w:w="70" w:type="dxa"/>
            </w:tcMar>
            <w:vAlign w:val="center"/>
          </w:tcPr>
          <w:p w14:paraId="4FBAAD86" w14:textId="77777777" w:rsidR="005E7ED3" w:rsidRDefault="00000000">
            <w:r>
              <w:rPr>
                <w:sz w:val="13"/>
              </w:rPr>
              <w:t>5</w:t>
            </w:r>
          </w:p>
        </w:tc>
        <w:tc>
          <w:tcPr>
            <w:tcW w:w="1324" w:type="dxa"/>
            <w:shd w:val="clear" w:color="auto" w:fill="FFFFFF"/>
            <w:tcMar>
              <w:top w:w="70" w:type="dxa"/>
              <w:left w:w="70" w:type="dxa"/>
              <w:bottom w:w="70" w:type="dxa"/>
              <w:right w:w="70" w:type="dxa"/>
            </w:tcMar>
            <w:vAlign w:val="center"/>
          </w:tcPr>
          <w:p w14:paraId="479FDE12"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5B17440F"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269AE664"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1F85563C"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5949EF59"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047001FA"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580882B9" w14:textId="77777777" w:rsidR="005E7ED3" w:rsidRDefault="00000000">
            <w:r>
              <w:rPr>
                <w:sz w:val="13"/>
              </w:rPr>
              <w:t>[...]</w:t>
            </w:r>
          </w:p>
        </w:tc>
      </w:tr>
      <w:tr w:rsidR="005E7ED3" w14:paraId="7C0EA1F6" w14:textId="77777777">
        <w:trPr>
          <w:jc w:val="center"/>
        </w:trPr>
        <w:tc>
          <w:tcPr>
            <w:tcW w:w="1324" w:type="dxa"/>
            <w:shd w:val="clear" w:color="auto" w:fill="F4F9FF"/>
            <w:tcMar>
              <w:top w:w="70" w:type="dxa"/>
              <w:left w:w="70" w:type="dxa"/>
              <w:bottom w:w="70" w:type="dxa"/>
              <w:right w:w="70" w:type="dxa"/>
            </w:tcMar>
            <w:vAlign w:val="center"/>
          </w:tcPr>
          <w:p w14:paraId="6756A837" w14:textId="77777777" w:rsidR="005E7ED3" w:rsidRDefault="00000000">
            <w:r>
              <w:rPr>
                <w:sz w:val="13"/>
              </w:rPr>
              <w:t>6</w:t>
            </w:r>
          </w:p>
        </w:tc>
        <w:tc>
          <w:tcPr>
            <w:tcW w:w="1324" w:type="dxa"/>
            <w:shd w:val="clear" w:color="auto" w:fill="F4F9FF"/>
            <w:tcMar>
              <w:top w:w="70" w:type="dxa"/>
              <w:left w:w="70" w:type="dxa"/>
              <w:bottom w:w="70" w:type="dxa"/>
              <w:right w:w="70" w:type="dxa"/>
            </w:tcMar>
            <w:vAlign w:val="center"/>
          </w:tcPr>
          <w:p w14:paraId="028023B8"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08E7063D"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21E71513"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39204C3D"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2719A2A8"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1D81C4C6"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1666AD2F" w14:textId="77777777" w:rsidR="005E7ED3" w:rsidRDefault="00000000">
            <w:r>
              <w:rPr>
                <w:sz w:val="13"/>
              </w:rPr>
              <w:t>[...]</w:t>
            </w:r>
          </w:p>
        </w:tc>
      </w:tr>
      <w:tr w:rsidR="005E7ED3" w14:paraId="471196E6" w14:textId="77777777">
        <w:trPr>
          <w:jc w:val="center"/>
        </w:trPr>
        <w:tc>
          <w:tcPr>
            <w:tcW w:w="1324" w:type="dxa"/>
            <w:shd w:val="clear" w:color="auto" w:fill="FFFFFF"/>
            <w:tcMar>
              <w:top w:w="70" w:type="dxa"/>
              <w:left w:w="70" w:type="dxa"/>
              <w:bottom w:w="70" w:type="dxa"/>
              <w:right w:w="70" w:type="dxa"/>
            </w:tcMar>
            <w:vAlign w:val="center"/>
          </w:tcPr>
          <w:p w14:paraId="58685BEB" w14:textId="77777777" w:rsidR="005E7ED3" w:rsidRDefault="00000000">
            <w:r>
              <w:rPr>
                <w:sz w:val="13"/>
              </w:rPr>
              <w:t>7</w:t>
            </w:r>
          </w:p>
        </w:tc>
        <w:tc>
          <w:tcPr>
            <w:tcW w:w="1324" w:type="dxa"/>
            <w:shd w:val="clear" w:color="auto" w:fill="FFFFFF"/>
            <w:tcMar>
              <w:top w:w="70" w:type="dxa"/>
              <w:left w:w="70" w:type="dxa"/>
              <w:bottom w:w="70" w:type="dxa"/>
              <w:right w:w="70" w:type="dxa"/>
            </w:tcMar>
            <w:vAlign w:val="center"/>
          </w:tcPr>
          <w:p w14:paraId="369B2275"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7885C568"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3EF31DFE"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0FD272D1"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178B71BA"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5B96B014" w14:textId="77777777" w:rsidR="005E7ED3" w:rsidRDefault="00000000">
            <w:r>
              <w:rPr>
                <w:sz w:val="13"/>
              </w:rPr>
              <w:t>[...]</w:t>
            </w:r>
          </w:p>
        </w:tc>
        <w:tc>
          <w:tcPr>
            <w:tcW w:w="1324" w:type="dxa"/>
            <w:shd w:val="clear" w:color="auto" w:fill="FFFFFF"/>
            <w:tcMar>
              <w:top w:w="70" w:type="dxa"/>
              <w:left w:w="70" w:type="dxa"/>
              <w:bottom w:w="70" w:type="dxa"/>
              <w:right w:w="70" w:type="dxa"/>
            </w:tcMar>
            <w:vAlign w:val="center"/>
          </w:tcPr>
          <w:p w14:paraId="3EEDE25B" w14:textId="77777777" w:rsidR="005E7ED3" w:rsidRDefault="00000000">
            <w:r>
              <w:rPr>
                <w:sz w:val="13"/>
              </w:rPr>
              <w:t>[...]</w:t>
            </w:r>
          </w:p>
        </w:tc>
      </w:tr>
      <w:tr w:rsidR="005E7ED3" w14:paraId="31AF92FB" w14:textId="77777777">
        <w:trPr>
          <w:jc w:val="center"/>
        </w:trPr>
        <w:tc>
          <w:tcPr>
            <w:tcW w:w="1324" w:type="dxa"/>
            <w:shd w:val="clear" w:color="auto" w:fill="F4F9FF"/>
            <w:tcMar>
              <w:top w:w="70" w:type="dxa"/>
              <w:left w:w="70" w:type="dxa"/>
              <w:bottom w:w="70" w:type="dxa"/>
              <w:right w:w="70" w:type="dxa"/>
            </w:tcMar>
            <w:vAlign w:val="center"/>
          </w:tcPr>
          <w:p w14:paraId="08D6C73B" w14:textId="77777777" w:rsidR="005E7ED3" w:rsidRDefault="00000000">
            <w:r>
              <w:rPr>
                <w:sz w:val="13"/>
              </w:rPr>
              <w:t>8</w:t>
            </w:r>
          </w:p>
        </w:tc>
        <w:tc>
          <w:tcPr>
            <w:tcW w:w="1324" w:type="dxa"/>
            <w:shd w:val="clear" w:color="auto" w:fill="F4F9FF"/>
            <w:tcMar>
              <w:top w:w="70" w:type="dxa"/>
              <w:left w:w="70" w:type="dxa"/>
              <w:bottom w:w="70" w:type="dxa"/>
              <w:right w:w="70" w:type="dxa"/>
            </w:tcMar>
            <w:vAlign w:val="center"/>
          </w:tcPr>
          <w:p w14:paraId="32A5D576"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1EFADE18"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19270A79"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09C98FF0"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14A3A4B6"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64F28845" w14:textId="77777777" w:rsidR="005E7ED3" w:rsidRDefault="00000000">
            <w:r>
              <w:rPr>
                <w:sz w:val="13"/>
              </w:rPr>
              <w:t>[...]</w:t>
            </w:r>
          </w:p>
        </w:tc>
        <w:tc>
          <w:tcPr>
            <w:tcW w:w="1324" w:type="dxa"/>
            <w:shd w:val="clear" w:color="auto" w:fill="F4F9FF"/>
            <w:tcMar>
              <w:top w:w="70" w:type="dxa"/>
              <w:left w:w="70" w:type="dxa"/>
              <w:bottom w:w="70" w:type="dxa"/>
              <w:right w:w="70" w:type="dxa"/>
            </w:tcMar>
            <w:vAlign w:val="center"/>
          </w:tcPr>
          <w:p w14:paraId="4762BB13" w14:textId="77777777" w:rsidR="005E7ED3" w:rsidRDefault="00000000">
            <w:r>
              <w:rPr>
                <w:sz w:val="13"/>
              </w:rPr>
              <w:t>[...]</w:t>
            </w:r>
          </w:p>
        </w:tc>
      </w:tr>
    </w:tbl>
    <w:p w14:paraId="37A6812C" w14:textId="77777777" w:rsidR="005E7ED3" w:rsidRDefault="00000000">
      <w:r>
        <w:br w:type="page"/>
      </w:r>
    </w:p>
    <w:tbl>
      <w:tblPr>
        <w:tblW w:w="0" w:type="auto"/>
        <w:jc w:val="center"/>
        <w:tblBorders>
          <w:top w:val="single" w:sz="4" w:space="0" w:color="145DA0"/>
          <w:left w:val="single" w:sz="4" w:space="0" w:color="145DA0"/>
          <w:bottom w:val="single" w:sz="4" w:space="0" w:color="145DA0"/>
          <w:right w:val="single" w:sz="4" w:space="0" w:color="145DA0"/>
          <w:insideH w:val="single" w:sz="4" w:space="0" w:color="145DA0"/>
          <w:insideV w:val="single" w:sz="4" w:space="0" w:color="145DA0"/>
        </w:tblBorders>
        <w:tblLook w:val="04A0" w:firstRow="1" w:lastRow="0" w:firstColumn="1" w:lastColumn="0" w:noHBand="0" w:noVBand="1"/>
      </w:tblPr>
      <w:tblGrid>
        <w:gridCol w:w="2649"/>
        <w:gridCol w:w="2649"/>
        <w:gridCol w:w="2649"/>
        <w:gridCol w:w="2649"/>
      </w:tblGrid>
      <w:tr w:rsidR="005E7ED3" w14:paraId="32D81C5E" w14:textId="77777777">
        <w:trPr>
          <w:jc w:val="center"/>
        </w:trPr>
        <w:tc>
          <w:tcPr>
            <w:tcW w:w="10596" w:type="dxa"/>
            <w:gridSpan w:val="4"/>
            <w:shd w:val="clear" w:color="auto" w:fill="145DA0"/>
            <w:tcMar>
              <w:top w:w="70" w:type="dxa"/>
              <w:left w:w="70" w:type="dxa"/>
              <w:bottom w:w="70" w:type="dxa"/>
              <w:right w:w="70" w:type="dxa"/>
            </w:tcMar>
            <w:vAlign w:val="center"/>
          </w:tcPr>
          <w:p w14:paraId="09B65499" w14:textId="77777777" w:rsidR="005E7ED3" w:rsidRDefault="00000000">
            <w:pPr>
              <w:jc w:val="center"/>
            </w:pPr>
            <w:r>
              <w:rPr>
                <w:b/>
                <w:color w:val="FFFFFF"/>
                <w:sz w:val="21"/>
              </w:rPr>
              <w:t>SCHEDA VALUTAZIONE MANSIONE N. 1</w:t>
            </w:r>
          </w:p>
        </w:tc>
      </w:tr>
      <w:tr w:rsidR="005E7ED3" w14:paraId="4E2EBD55" w14:textId="77777777">
        <w:trPr>
          <w:jc w:val="center"/>
        </w:trPr>
        <w:tc>
          <w:tcPr>
            <w:tcW w:w="10596" w:type="dxa"/>
            <w:gridSpan w:val="4"/>
            <w:shd w:val="clear" w:color="auto" w:fill="145DA0"/>
            <w:tcMar>
              <w:top w:w="70" w:type="dxa"/>
              <w:left w:w="70" w:type="dxa"/>
              <w:bottom w:w="70" w:type="dxa"/>
              <w:right w:w="70" w:type="dxa"/>
            </w:tcMar>
            <w:vAlign w:val="center"/>
          </w:tcPr>
          <w:p w14:paraId="27C51120" w14:textId="77777777" w:rsidR="005E7ED3" w:rsidRDefault="00000000">
            <w:pPr>
              <w:jc w:val="center"/>
            </w:pPr>
            <w:r>
              <w:rPr>
                <w:b/>
                <w:color w:val="FFFFFF"/>
              </w:rPr>
              <w:t>Dati generali della mansione</w:t>
            </w:r>
          </w:p>
        </w:tc>
      </w:tr>
      <w:tr w:rsidR="005E7ED3" w14:paraId="12C6E773"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7222555F" w14:textId="77777777" w:rsidR="005E7ED3" w:rsidRDefault="00000000">
            <w:r>
              <w:rPr>
                <w:b/>
                <w:color w:val="0B3A66"/>
                <w:sz w:val="16"/>
              </w:rPr>
              <w:t>Reparto / area</w:t>
            </w:r>
          </w:p>
        </w:tc>
        <w:tc>
          <w:tcPr>
            <w:tcW w:w="2649" w:type="dxa"/>
            <w:shd w:val="clear" w:color="auto" w:fill="FFFFFF"/>
            <w:tcMar>
              <w:top w:w="70" w:type="dxa"/>
              <w:left w:w="70" w:type="dxa"/>
              <w:bottom w:w="70" w:type="dxa"/>
              <w:right w:w="70" w:type="dxa"/>
            </w:tcMar>
            <w:vAlign w:val="center"/>
          </w:tcPr>
          <w:p w14:paraId="2A320224" w14:textId="77777777" w:rsidR="005E7ED3" w:rsidRDefault="00000000">
            <w:r>
              <w:rPr>
                <w:color w:val="404040"/>
                <w:sz w:val="16"/>
              </w:rPr>
              <w:t>[inserire]</w:t>
            </w:r>
          </w:p>
        </w:tc>
        <w:tc>
          <w:tcPr>
            <w:tcW w:w="2649" w:type="dxa"/>
            <w:shd w:val="clear" w:color="auto" w:fill="F2F5F8"/>
            <w:tcMar>
              <w:top w:w="70" w:type="dxa"/>
              <w:left w:w="70" w:type="dxa"/>
              <w:bottom w:w="70" w:type="dxa"/>
              <w:right w:w="70" w:type="dxa"/>
            </w:tcMar>
            <w:vAlign w:val="center"/>
          </w:tcPr>
          <w:p w14:paraId="5B88F6D1" w14:textId="77777777" w:rsidR="005E7ED3" w:rsidRDefault="00000000">
            <w:r>
              <w:rPr>
                <w:b/>
                <w:color w:val="0B3A66"/>
                <w:sz w:val="16"/>
              </w:rPr>
              <w:t>Mansione / postazione</w:t>
            </w:r>
          </w:p>
        </w:tc>
        <w:tc>
          <w:tcPr>
            <w:tcW w:w="2649" w:type="dxa"/>
            <w:shd w:val="clear" w:color="auto" w:fill="FFFFFF"/>
            <w:tcMar>
              <w:top w:w="70" w:type="dxa"/>
              <w:left w:w="70" w:type="dxa"/>
              <w:bottom w:w="70" w:type="dxa"/>
              <w:right w:w="70" w:type="dxa"/>
            </w:tcMar>
            <w:vAlign w:val="center"/>
          </w:tcPr>
          <w:p w14:paraId="3071A4AA" w14:textId="77777777" w:rsidR="005E7ED3" w:rsidRDefault="00000000">
            <w:r>
              <w:rPr>
                <w:color w:val="404040"/>
                <w:sz w:val="16"/>
              </w:rPr>
              <w:t>[inserire]</w:t>
            </w:r>
          </w:p>
        </w:tc>
      </w:tr>
      <w:tr w:rsidR="005E7ED3" w14:paraId="720C9DB9"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73A9EA82" w14:textId="77777777" w:rsidR="005E7ED3" w:rsidRDefault="00000000">
            <w:r>
              <w:rPr>
                <w:b/>
                <w:color w:val="0B3A66"/>
                <w:sz w:val="16"/>
              </w:rPr>
              <w:t>Numero lavoratori esposti</w:t>
            </w:r>
          </w:p>
        </w:tc>
        <w:tc>
          <w:tcPr>
            <w:tcW w:w="2649" w:type="dxa"/>
            <w:shd w:val="clear" w:color="auto" w:fill="FFFFFF"/>
            <w:tcMar>
              <w:top w:w="70" w:type="dxa"/>
              <w:left w:w="70" w:type="dxa"/>
              <w:bottom w:w="70" w:type="dxa"/>
              <w:right w:w="70" w:type="dxa"/>
            </w:tcMar>
            <w:vAlign w:val="center"/>
          </w:tcPr>
          <w:p w14:paraId="58968538" w14:textId="77777777" w:rsidR="005E7ED3" w:rsidRDefault="00000000">
            <w:r>
              <w:rPr>
                <w:color w:val="404040"/>
                <w:sz w:val="16"/>
              </w:rPr>
              <w:t>[inserire]</w:t>
            </w:r>
          </w:p>
        </w:tc>
        <w:tc>
          <w:tcPr>
            <w:tcW w:w="2649" w:type="dxa"/>
            <w:shd w:val="clear" w:color="auto" w:fill="F2F5F8"/>
            <w:tcMar>
              <w:top w:w="70" w:type="dxa"/>
              <w:left w:w="70" w:type="dxa"/>
              <w:bottom w:w="70" w:type="dxa"/>
              <w:right w:w="70" w:type="dxa"/>
            </w:tcMar>
            <w:vAlign w:val="center"/>
          </w:tcPr>
          <w:p w14:paraId="2181A943" w14:textId="77777777" w:rsidR="005E7ED3" w:rsidRDefault="00000000">
            <w:r>
              <w:rPr>
                <w:b/>
                <w:color w:val="0B3A66"/>
                <w:sz w:val="16"/>
              </w:rPr>
              <w:t>Turno / durata effettiva</w:t>
            </w:r>
          </w:p>
        </w:tc>
        <w:tc>
          <w:tcPr>
            <w:tcW w:w="2649" w:type="dxa"/>
            <w:shd w:val="clear" w:color="auto" w:fill="FFFFFF"/>
            <w:tcMar>
              <w:top w:w="70" w:type="dxa"/>
              <w:left w:w="70" w:type="dxa"/>
              <w:bottom w:w="70" w:type="dxa"/>
              <w:right w:w="70" w:type="dxa"/>
            </w:tcMar>
            <w:vAlign w:val="center"/>
          </w:tcPr>
          <w:p w14:paraId="064722BF" w14:textId="77777777" w:rsidR="005E7ED3" w:rsidRDefault="00000000">
            <w:r>
              <w:rPr>
                <w:color w:val="404040"/>
                <w:sz w:val="16"/>
              </w:rPr>
              <w:t>[inserire]</w:t>
            </w:r>
          </w:p>
        </w:tc>
      </w:tr>
      <w:tr w:rsidR="005E7ED3" w14:paraId="3C8F7E80"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690BC614" w14:textId="77777777" w:rsidR="005E7ED3" w:rsidRDefault="00000000">
            <w:r>
              <w:rPr>
                <w:b/>
                <w:color w:val="0B3A66"/>
                <w:sz w:val="16"/>
              </w:rPr>
              <w:t>Descrizione sintetica attivita</w:t>
            </w:r>
          </w:p>
        </w:tc>
        <w:tc>
          <w:tcPr>
            <w:tcW w:w="2649" w:type="dxa"/>
            <w:shd w:val="clear" w:color="auto" w:fill="FFFFFF"/>
            <w:tcMar>
              <w:top w:w="70" w:type="dxa"/>
              <w:left w:w="70" w:type="dxa"/>
              <w:bottom w:w="70" w:type="dxa"/>
              <w:right w:w="70" w:type="dxa"/>
            </w:tcMar>
            <w:vAlign w:val="center"/>
          </w:tcPr>
          <w:p w14:paraId="03BAE17C" w14:textId="77777777" w:rsidR="005E7ED3" w:rsidRDefault="00000000">
            <w:r>
              <w:rPr>
                <w:color w:val="404040"/>
                <w:sz w:val="16"/>
              </w:rPr>
              <w:t>[incollare o descrivere]</w:t>
            </w:r>
          </w:p>
        </w:tc>
        <w:tc>
          <w:tcPr>
            <w:tcW w:w="2649" w:type="dxa"/>
            <w:shd w:val="clear" w:color="auto" w:fill="F2F5F8"/>
            <w:tcMar>
              <w:top w:w="70" w:type="dxa"/>
              <w:left w:w="70" w:type="dxa"/>
              <w:bottom w:w="70" w:type="dxa"/>
              <w:right w:w="70" w:type="dxa"/>
            </w:tcMar>
            <w:vAlign w:val="center"/>
          </w:tcPr>
          <w:p w14:paraId="3368FAF5" w14:textId="77777777" w:rsidR="005E7ED3" w:rsidRDefault="00000000">
            <w:r>
              <w:rPr>
                <w:b/>
                <w:color w:val="0B3A66"/>
                <w:sz w:val="16"/>
              </w:rPr>
              <w:t>Fonte dati</w:t>
            </w:r>
          </w:p>
        </w:tc>
        <w:tc>
          <w:tcPr>
            <w:tcW w:w="2649" w:type="dxa"/>
            <w:shd w:val="clear" w:color="auto" w:fill="FFFFFF"/>
            <w:tcMar>
              <w:top w:w="70" w:type="dxa"/>
              <w:left w:w="70" w:type="dxa"/>
              <w:bottom w:w="70" w:type="dxa"/>
              <w:right w:w="70" w:type="dxa"/>
            </w:tcMar>
            <w:vAlign w:val="center"/>
          </w:tcPr>
          <w:p w14:paraId="5D706996" w14:textId="77777777" w:rsidR="005E7ED3" w:rsidRDefault="00000000">
            <w:r>
              <w:rPr>
                <w:color w:val="404040"/>
                <w:sz w:val="16"/>
              </w:rPr>
              <w:t>[web app / sopralluogo / intervista / cronometro]</w:t>
            </w:r>
          </w:p>
        </w:tc>
      </w:tr>
      <w:tr w:rsidR="005E7ED3" w14:paraId="5B9FBD3D"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67F4DAA0" w14:textId="77777777" w:rsidR="005E7ED3" w:rsidRDefault="00000000">
            <w:r>
              <w:rPr>
                <w:b/>
                <w:color w:val="0B3A66"/>
                <w:sz w:val="16"/>
              </w:rPr>
              <w:t>Data valutazione</w:t>
            </w:r>
          </w:p>
        </w:tc>
        <w:tc>
          <w:tcPr>
            <w:tcW w:w="2649" w:type="dxa"/>
            <w:shd w:val="clear" w:color="auto" w:fill="FFFFFF"/>
            <w:tcMar>
              <w:top w:w="70" w:type="dxa"/>
              <w:left w:w="70" w:type="dxa"/>
              <w:bottom w:w="70" w:type="dxa"/>
              <w:right w:w="70" w:type="dxa"/>
            </w:tcMar>
            <w:vAlign w:val="center"/>
          </w:tcPr>
          <w:p w14:paraId="37741C12" w14:textId="77777777" w:rsidR="005E7ED3" w:rsidRDefault="00000000">
            <w:r>
              <w:rPr>
                <w:color w:val="404040"/>
                <w:sz w:val="16"/>
              </w:rPr>
              <w:t>[inserire]</w:t>
            </w:r>
          </w:p>
        </w:tc>
        <w:tc>
          <w:tcPr>
            <w:tcW w:w="2649" w:type="dxa"/>
            <w:shd w:val="clear" w:color="auto" w:fill="F2F5F8"/>
            <w:tcMar>
              <w:top w:w="70" w:type="dxa"/>
              <w:left w:w="70" w:type="dxa"/>
              <w:bottom w:w="70" w:type="dxa"/>
              <w:right w:w="70" w:type="dxa"/>
            </w:tcMar>
            <w:vAlign w:val="center"/>
          </w:tcPr>
          <w:p w14:paraId="7C65A03F" w14:textId="77777777" w:rsidR="005E7ED3" w:rsidRDefault="00000000">
            <w:r>
              <w:rPr>
                <w:b/>
                <w:color w:val="0B3A66"/>
                <w:sz w:val="16"/>
              </w:rPr>
              <w:t>Valutatore</w:t>
            </w:r>
          </w:p>
        </w:tc>
        <w:tc>
          <w:tcPr>
            <w:tcW w:w="2649" w:type="dxa"/>
            <w:shd w:val="clear" w:color="auto" w:fill="FFFFFF"/>
            <w:tcMar>
              <w:top w:w="70" w:type="dxa"/>
              <w:left w:w="70" w:type="dxa"/>
              <w:bottom w:w="70" w:type="dxa"/>
              <w:right w:w="70" w:type="dxa"/>
            </w:tcMar>
            <w:vAlign w:val="center"/>
          </w:tcPr>
          <w:p w14:paraId="61C19C8D" w14:textId="77777777" w:rsidR="005E7ED3" w:rsidRDefault="00000000">
            <w:r>
              <w:rPr>
                <w:color w:val="404040"/>
                <w:sz w:val="16"/>
              </w:rPr>
              <w:t>[inserire]</w:t>
            </w:r>
          </w:p>
        </w:tc>
      </w:tr>
    </w:tbl>
    <w:p w14:paraId="1A2BBC35" w14:textId="77777777" w:rsidR="005E7ED3" w:rsidRDefault="00000000">
      <w:pPr>
        <w:pStyle w:val="Titolo2"/>
      </w:pPr>
      <w:r>
        <w:rPr>
          <w:rFonts w:ascii="Arial" w:hAnsi="Arial"/>
          <w:b w:val="0"/>
        </w:rPr>
        <w:t>Tempi e condizioni posturali rilevate</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2119"/>
        <w:gridCol w:w="2119"/>
        <w:gridCol w:w="2119"/>
        <w:gridCol w:w="2119"/>
        <w:gridCol w:w="2119"/>
      </w:tblGrid>
      <w:tr w:rsidR="005E7ED3" w14:paraId="04B6C2F6" w14:textId="77777777">
        <w:trPr>
          <w:jc w:val="center"/>
        </w:trPr>
        <w:tc>
          <w:tcPr>
            <w:tcW w:w="2119" w:type="dxa"/>
            <w:shd w:val="clear" w:color="auto" w:fill="0B3A66"/>
            <w:tcMar>
              <w:top w:w="70" w:type="dxa"/>
              <w:left w:w="70" w:type="dxa"/>
              <w:bottom w:w="70" w:type="dxa"/>
              <w:right w:w="70" w:type="dxa"/>
            </w:tcMar>
            <w:vAlign w:val="center"/>
          </w:tcPr>
          <w:p w14:paraId="1ADFF813" w14:textId="77777777" w:rsidR="005E7ED3" w:rsidRDefault="00000000">
            <w:pPr>
              <w:jc w:val="center"/>
            </w:pPr>
            <w:r>
              <w:rPr>
                <w:b/>
                <w:color w:val="FFFFFF"/>
                <w:sz w:val="14"/>
              </w:rPr>
              <w:t>Parametro</w:t>
            </w:r>
          </w:p>
        </w:tc>
        <w:tc>
          <w:tcPr>
            <w:tcW w:w="2119" w:type="dxa"/>
            <w:shd w:val="clear" w:color="auto" w:fill="0B3A66"/>
            <w:tcMar>
              <w:top w:w="70" w:type="dxa"/>
              <w:left w:w="70" w:type="dxa"/>
              <w:bottom w:w="70" w:type="dxa"/>
              <w:right w:w="70" w:type="dxa"/>
            </w:tcMar>
            <w:vAlign w:val="center"/>
          </w:tcPr>
          <w:p w14:paraId="1D3CBAEF" w14:textId="77777777" w:rsidR="005E7ED3" w:rsidRDefault="00000000">
            <w:pPr>
              <w:jc w:val="center"/>
            </w:pPr>
            <w:r>
              <w:rPr>
                <w:b/>
                <w:color w:val="FFFFFF"/>
                <w:sz w:val="14"/>
              </w:rPr>
              <w:t>Dato rilevato</w:t>
            </w:r>
          </w:p>
        </w:tc>
        <w:tc>
          <w:tcPr>
            <w:tcW w:w="2119" w:type="dxa"/>
            <w:shd w:val="clear" w:color="auto" w:fill="0B3A66"/>
            <w:tcMar>
              <w:top w:w="70" w:type="dxa"/>
              <w:left w:w="70" w:type="dxa"/>
              <w:bottom w:w="70" w:type="dxa"/>
              <w:right w:w="70" w:type="dxa"/>
            </w:tcMar>
            <w:vAlign w:val="center"/>
          </w:tcPr>
          <w:p w14:paraId="3DDC27FC" w14:textId="77777777" w:rsidR="005E7ED3" w:rsidRDefault="00000000">
            <w:pPr>
              <w:jc w:val="center"/>
            </w:pPr>
            <w:r>
              <w:rPr>
                <w:b/>
                <w:color w:val="FFFFFF"/>
                <w:sz w:val="14"/>
              </w:rPr>
              <w:t>Soglia/metodo</w:t>
            </w:r>
          </w:p>
        </w:tc>
        <w:tc>
          <w:tcPr>
            <w:tcW w:w="2119" w:type="dxa"/>
            <w:shd w:val="clear" w:color="auto" w:fill="0B3A66"/>
            <w:tcMar>
              <w:top w:w="70" w:type="dxa"/>
              <w:left w:w="70" w:type="dxa"/>
              <w:bottom w:w="70" w:type="dxa"/>
              <w:right w:w="70" w:type="dxa"/>
            </w:tcMar>
            <w:vAlign w:val="center"/>
          </w:tcPr>
          <w:p w14:paraId="41F6BB20" w14:textId="77777777" w:rsidR="005E7ED3" w:rsidRDefault="00000000">
            <w:pPr>
              <w:jc w:val="center"/>
            </w:pPr>
            <w:r>
              <w:rPr>
                <w:b/>
                <w:color w:val="FFFFFF"/>
                <w:sz w:val="14"/>
              </w:rPr>
              <w:t>Esito parziale</w:t>
            </w:r>
          </w:p>
        </w:tc>
        <w:tc>
          <w:tcPr>
            <w:tcW w:w="2119" w:type="dxa"/>
            <w:shd w:val="clear" w:color="auto" w:fill="0B3A66"/>
            <w:tcMar>
              <w:top w:w="70" w:type="dxa"/>
              <w:left w:w="70" w:type="dxa"/>
              <w:bottom w:w="70" w:type="dxa"/>
              <w:right w:w="70" w:type="dxa"/>
            </w:tcMar>
            <w:vAlign w:val="center"/>
          </w:tcPr>
          <w:p w14:paraId="31758687" w14:textId="77777777" w:rsidR="005E7ED3" w:rsidRDefault="00000000">
            <w:pPr>
              <w:jc w:val="center"/>
            </w:pPr>
            <w:r>
              <w:rPr>
                <w:b/>
                <w:color w:val="FFFFFF"/>
                <w:sz w:val="14"/>
              </w:rPr>
              <w:t>Note</w:t>
            </w:r>
          </w:p>
        </w:tc>
      </w:tr>
      <w:tr w:rsidR="005E7ED3" w14:paraId="7920D09D" w14:textId="77777777">
        <w:trPr>
          <w:jc w:val="center"/>
        </w:trPr>
        <w:tc>
          <w:tcPr>
            <w:tcW w:w="2119" w:type="dxa"/>
            <w:shd w:val="clear" w:color="auto" w:fill="F4F9FF"/>
            <w:tcMar>
              <w:top w:w="70" w:type="dxa"/>
              <w:left w:w="70" w:type="dxa"/>
              <w:bottom w:w="70" w:type="dxa"/>
              <w:right w:w="70" w:type="dxa"/>
            </w:tcMar>
            <w:vAlign w:val="center"/>
          </w:tcPr>
          <w:p w14:paraId="726209A4" w14:textId="77777777" w:rsidR="005E7ED3" w:rsidRDefault="00000000">
            <w:r>
              <w:rPr>
                <w:sz w:val="13"/>
              </w:rPr>
              <w:t>TSC - seduta continuativa max</w:t>
            </w:r>
          </w:p>
        </w:tc>
        <w:tc>
          <w:tcPr>
            <w:tcW w:w="2119" w:type="dxa"/>
            <w:shd w:val="clear" w:color="auto" w:fill="F4F9FF"/>
            <w:tcMar>
              <w:top w:w="70" w:type="dxa"/>
              <w:left w:w="70" w:type="dxa"/>
              <w:bottom w:w="70" w:type="dxa"/>
              <w:right w:w="70" w:type="dxa"/>
            </w:tcMar>
            <w:vAlign w:val="center"/>
          </w:tcPr>
          <w:p w14:paraId="3618D436" w14:textId="77777777" w:rsidR="005E7ED3" w:rsidRDefault="00000000">
            <w:r>
              <w:rPr>
                <w:sz w:val="13"/>
              </w:rPr>
              <w:t>[minuti]</w:t>
            </w:r>
          </w:p>
        </w:tc>
        <w:tc>
          <w:tcPr>
            <w:tcW w:w="2119" w:type="dxa"/>
            <w:shd w:val="clear" w:color="auto" w:fill="F4F9FF"/>
            <w:tcMar>
              <w:top w:w="70" w:type="dxa"/>
              <w:left w:w="70" w:type="dxa"/>
              <w:bottom w:w="70" w:type="dxa"/>
              <w:right w:w="70" w:type="dxa"/>
            </w:tcMar>
            <w:vAlign w:val="center"/>
          </w:tcPr>
          <w:p w14:paraId="7191EA5D" w14:textId="77777777" w:rsidR="005E7ED3" w:rsidRDefault="00000000">
            <w:r>
              <w:rPr>
                <w:sz w:val="13"/>
              </w:rPr>
              <w:t>&lt;= 120 min; attenzione gia oltre 20-30 min senza pausa</w:t>
            </w:r>
          </w:p>
        </w:tc>
        <w:tc>
          <w:tcPr>
            <w:tcW w:w="2119" w:type="dxa"/>
            <w:shd w:val="clear" w:color="auto" w:fill="F4F9FF"/>
            <w:tcMar>
              <w:top w:w="70" w:type="dxa"/>
              <w:left w:w="70" w:type="dxa"/>
              <w:bottom w:w="70" w:type="dxa"/>
              <w:right w:w="70" w:type="dxa"/>
            </w:tcMar>
            <w:vAlign w:val="center"/>
          </w:tcPr>
          <w:p w14:paraId="05D8EE52" w14:textId="77777777" w:rsidR="005E7ED3" w:rsidRDefault="00000000">
            <w:r>
              <w:rPr>
                <w:sz w:val="13"/>
              </w:rPr>
              <w:t>[basso/medio/alto]</w:t>
            </w:r>
          </w:p>
        </w:tc>
        <w:tc>
          <w:tcPr>
            <w:tcW w:w="2119" w:type="dxa"/>
            <w:shd w:val="clear" w:color="auto" w:fill="F4F9FF"/>
            <w:tcMar>
              <w:top w:w="70" w:type="dxa"/>
              <w:left w:w="70" w:type="dxa"/>
              <w:bottom w:w="70" w:type="dxa"/>
              <w:right w:w="70" w:type="dxa"/>
            </w:tcMar>
            <w:vAlign w:val="center"/>
          </w:tcPr>
          <w:p w14:paraId="6E3B6F11" w14:textId="77777777" w:rsidR="005E7ED3" w:rsidRDefault="00000000">
            <w:r>
              <w:rPr>
                <w:sz w:val="13"/>
              </w:rPr>
              <w:t>[...]</w:t>
            </w:r>
          </w:p>
        </w:tc>
      </w:tr>
      <w:tr w:rsidR="005E7ED3" w14:paraId="72AE77AC" w14:textId="77777777">
        <w:trPr>
          <w:jc w:val="center"/>
        </w:trPr>
        <w:tc>
          <w:tcPr>
            <w:tcW w:w="2119" w:type="dxa"/>
            <w:shd w:val="clear" w:color="auto" w:fill="FFFFFF"/>
            <w:tcMar>
              <w:top w:w="70" w:type="dxa"/>
              <w:left w:w="70" w:type="dxa"/>
              <w:bottom w:w="70" w:type="dxa"/>
              <w:right w:w="70" w:type="dxa"/>
            </w:tcMar>
            <w:vAlign w:val="center"/>
          </w:tcPr>
          <w:p w14:paraId="7AF01789" w14:textId="77777777" w:rsidR="005E7ED3" w:rsidRDefault="00000000">
            <w:r>
              <w:rPr>
                <w:sz w:val="13"/>
              </w:rPr>
              <w:t>TSG - seduta totale turno</w:t>
            </w:r>
          </w:p>
        </w:tc>
        <w:tc>
          <w:tcPr>
            <w:tcW w:w="2119" w:type="dxa"/>
            <w:shd w:val="clear" w:color="auto" w:fill="FFFFFF"/>
            <w:tcMar>
              <w:top w:w="70" w:type="dxa"/>
              <w:left w:w="70" w:type="dxa"/>
              <w:bottom w:w="70" w:type="dxa"/>
              <w:right w:w="70" w:type="dxa"/>
            </w:tcMar>
            <w:vAlign w:val="center"/>
          </w:tcPr>
          <w:p w14:paraId="67C3D063" w14:textId="77777777" w:rsidR="005E7ED3" w:rsidRDefault="00000000">
            <w:r>
              <w:rPr>
                <w:sz w:val="13"/>
              </w:rPr>
              <w:t>[ore]</w:t>
            </w:r>
          </w:p>
        </w:tc>
        <w:tc>
          <w:tcPr>
            <w:tcW w:w="2119" w:type="dxa"/>
            <w:shd w:val="clear" w:color="auto" w:fill="FFFFFF"/>
            <w:tcMar>
              <w:top w:w="70" w:type="dxa"/>
              <w:left w:w="70" w:type="dxa"/>
              <w:bottom w:w="70" w:type="dxa"/>
              <w:right w:w="70" w:type="dxa"/>
            </w:tcMar>
            <w:vAlign w:val="center"/>
          </w:tcPr>
          <w:p w14:paraId="5E1E5C46" w14:textId="77777777" w:rsidR="005E7ED3" w:rsidRDefault="00000000">
            <w:r>
              <w:rPr>
                <w:sz w:val="13"/>
              </w:rPr>
              <w:t>&lt;= 5-6 ore</w:t>
            </w:r>
          </w:p>
        </w:tc>
        <w:tc>
          <w:tcPr>
            <w:tcW w:w="2119" w:type="dxa"/>
            <w:shd w:val="clear" w:color="auto" w:fill="FFFFFF"/>
            <w:tcMar>
              <w:top w:w="70" w:type="dxa"/>
              <w:left w:w="70" w:type="dxa"/>
              <w:bottom w:w="70" w:type="dxa"/>
              <w:right w:w="70" w:type="dxa"/>
            </w:tcMar>
            <w:vAlign w:val="center"/>
          </w:tcPr>
          <w:p w14:paraId="4DC6E25D" w14:textId="77777777" w:rsidR="005E7ED3" w:rsidRDefault="00000000">
            <w:r>
              <w:rPr>
                <w:sz w:val="13"/>
              </w:rPr>
              <w:t>[basso/medio/alto]</w:t>
            </w:r>
          </w:p>
        </w:tc>
        <w:tc>
          <w:tcPr>
            <w:tcW w:w="2119" w:type="dxa"/>
            <w:shd w:val="clear" w:color="auto" w:fill="FFFFFF"/>
            <w:tcMar>
              <w:top w:w="70" w:type="dxa"/>
              <w:left w:w="70" w:type="dxa"/>
              <w:bottom w:w="70" w:type="dxa"/>
              <w:right w:w="70" w:type="dxa"/>
            </w:tcMar>
            <w:vAlign w:val="center"/>
          </w:tcPr>
          <w:p w14:paraId="61E6EA11" w14:textId="77777777" w:rsidR="005E7ED3" w:rsidRDefault="00000000">
            <w:r>
              <w:rPr>
                <w:sz w:val="13"/>
              </w:rPr>
              <w:t>[...]</w:t>
            </w:r>
          </w:p>
        </w:tc>
      </w:tr>
      <w:tr w:rsidR="005E7ED3" w14:paraId="50070828" w14:textId="77777777">
        <w:trPr>
          <w:jc w:val="center"/>
        </w:trPr>
        <w:tc>
          <w:tcPr>
            <w:tcW w:w="2119" w:type="dxa"/>
            <w:shd w:val="clear" w:color="auto" w:fill="F4F9FF"/>
            <w:tcMar>
              <w:top w:w="70" w:type="dxa"/>
              <w:left w:w="70" w:type="dxa"/>
              <w:bottom w:w="70" w:type="dxa"/>
              <w:right w:w="70" w:type="dxa"/>
            </w:tcMar>
            <w:vAlign w:val="center"/>
          </w:tcPr>
          <w:p w14:paraId="2A31F819" w14:textId="77777777" w:rsidR="005E7ED3" w:rsidRDefault="00000000">
            <w:r>
              <w:rPr>
                <w:sz w:val="13"/>
              </w:rPr>
              <w:t>TPC - in piedi continuativo max</w:t>
            </w:r>
          </w:p>
        </w:tc>
        <w:tc>
          <w:tcPr>
            <w:tcW w:w="2119" w:type="dxa"/>
            <w:shd w:val="clear" w:color="auto" w:fill="F4F9FF"/>
            <w:tcMar>
              <w:top w:w="70" w:type="dxa"/>
              <w:left w:w="70" w:type="dxa"/>
              <w:bottom w:w="70" w:type="dxa"/>
              <w:right w:w="70" w:type="dxa"/>
            </w:tcMar>
            <w:vAlign w:val="center"/>
          </w:tcPr>
          <w:p w14:paraId="5A079F3D" w14:textId="77777777" w:rsidR="005E7ED3" w:rsidRDefault="00000000">
            <w:r>
              <w:rPr>
                <w:sz w:val="13"/>
              </w:rPr>
              <w:t>[minuti]</w:t>
            </w:r>
          </w:p>
        </w:tc>
        <w:tc>
          <w:tcPr>
            <w:tcW w:w="2119" w:type="dxa"/>
            <w:shd w:val="clear" w:color="auto" w:fill="F4F9FF"/>
            <w:tcMar>
              <w:top w:w="70" w:type="dxa"/>
              <w:left w:w="70" w:type="dxa"/>
              <w:bottom w:w="70" w:type="dxa"/>
              <w:right w:w="70" w:type="dxa"/>
            </w:tcMar>
            <w:vAlign w:val="center"/>
          </w:tcPr>
          <w:p w14:paraId="7174BDED" w14:textId="77777777" w:rsidR="005E7ED3" w:rsidRDefault="00000000">
            <w:r>
              <w:rPr>
                <w:sz w:val="13"/>
              </w:rPr>
              <w:t>&lt;= 60 min</w:t>
            </w:r>
          </w:p>
        </w:tc>
        <w:tc>
          <w:tcPr>
            <w:tcW w:w="2119" w:type="dxa"/>
            <w:shd w:val="clear" w:color="auto" w:fill="F4F9FF"/>
            <w:tcMar>
              <w:top w:w="70" w:type="dxa"/>
              <w:left w:w="70" w:type="dxa"/>
              <w:bottom w:w="70" w:type="dxa"/>
              <w:right w:w="70" w:type="dxa"/>
            </w:tcMar>
            <w:vAlign w:val="center"/>
          </w:tcPr>
          <w:p w14:paraId="26A713FA" w14:textId="77777777" w:rsidR="005E7ED3" w:rsidRDefault="00000000">
            <w:r>
              <w:rPr>
                <w:sz w:val="13"/>
              </w:rPr>
              <w:t>[basso/medio/alto]</w:t>
            </w:r>
          </w:p>
        </w:tc>
        <w:tc>
          <w:tcPr>
            <w:tcW w:w="2119" w:type="dxa"/>
            <w:shd w:val="clear" w:color="auto" w:fill="F4F9FF"/>
            <w:tcMar>
              <w:top w:w="70" w:type="dxa"/>
              <w:left w:w="70" w:type="dxa"/>
              <w:bottom w:w="70" w:type="dxa"/>
              <w:right w:w="70" w:type="dxa"/>
            </w:tcMar>
            <w:vAlign w:val="center"/>
          </w:tcPr>
          <w:p w14:paraId="72B6206E" w14:textId="77777777" w:rsidR="005E7ED3" w:rsidRDefault="00000000">
            <w:r>
              <w:rPr>
                <w:sz w:val="13"/>
              </w:rPr>
              <w:t>[...]</w:t>
            </w:r>
          </w:p>
        </w:tc>
      </w:tr>
      <w:tr w:rsidR="005E7ED3" w14:paraId="7E947F2E" w14:textId="77777777">
        <w:trPr>
          <w:jc w:val="center"/>
        </w:trPr>
        <w:tc>
          <w:tcPr>
            <w:tcW w:w="2119" w:type="dxa"/>
            <w:shd w:val="clear" w:color="auto" w:fill="FFFFFF"/>
            <w:tcMar>
              <w:top w:w="70" w:type="dxa"/>
              <w:left w:w="70" w:type="dxa"/>
              <w:bottom w:w="70" w:type="dxa"/>
              <w:right w:w="70" w:type="dxa"/>
            </w:tcMar>
            <w:vAlign w:val="center"/>
          </w:tcPr>
          <w:p w14:paraId="38D0CB76" w14:textId="77777777" w:rsidR="005E7ED3" w:rsidRDefault="00000000">
            <w:r>
              <w:rPr>
                <w:sz w:val="13"/>
              </w:rPr>
              <w:t>TPG - in piedi totale turno</w:t>
            </w:r>
          </w:p>
        </w:tc>
        <w:tc>
          <w:tcPr>
            <w:tcW w:w="2119" w:type="dxa"/>
            <w:shd w:val="clear" w:color="auto" w:fill="FFFFFF"/>
            <w:tcMar>
              <w:top w:w="70" w:type="dxa"/>
              <w:left w:w="70" w:type="dxa"/>
              <w:bottom w:w="70" w:type="dxa"/>
              <w:right w:w="70" w:type="dxa"/>
            </w:tcMar>
            <w:vAlign w:val="center"/>
          </w:tcPr>
          <w:p w14:paraId="3D1A3B0B" w14:textId="77777777" w:rsidR="005E7ED3" w:rsidRDefault="00000000">
            <w:r>
              <w:rPr>
                <w:sz w:val="13"/>
              </w:rPr>
              <w:t>[ore]</w:t>
            </w:r>
          </w:p>
        </w:tc>
        <w:tc>
          <w:tcPr>
            <w:tcW w:w="2119" w:type="dxa"/>
            <w:shd w:val="clear" w:color="auto" w:fill="FFFFFF"/>
            <w:tcMar>
              <w:top w:w="70" w:type="dxa"/>
              <w:left w:w="70" w:type="dxa"/>
              <w:bottom w:w="70" w:type="dxa"/>
              <w:right w:w="70" w:type="dxa"/>
            </w:tcMar>
            <w:vAlign w:val="center"/>
          </w:tcPr>
          <w:p w14:paraId="3257F248" w14:textId="77777777" w:rsidR="005E7ED3" w:rsidRDefault="00000000">
            <w:r>
              <w:rPr>
                <w:sz w:val="13"/>
              </w:rPr>
              <w:t>&lt;= 4 ore</w:t>
            </w:r>
          </w:p>
        </w:tc>
        <w:tc>
          <w:tcPr>
            <w:tcW w:w="2119" w:type="dxa"/>
            <w:shd w:val="clear" w:color="auto" w:fill="FFFFFF"/>
            <w:tcMar>
              <w:top w:w="70" w:type="dxa"/>
              <w:left w:w="70" w:type="dxa"/>
              <w:bottom w:w="70" w:type="dxa"/>
              <w:right w:w="70" w:type="dxa"/>
            </w:tcMar>
            <w:vAlign w:val="center"/>
          </w:tcPr>
          <w:p w14:paraId="72F69376" w14:textId="77777777" w:rsidR="005E7ED3" w:rsidRDefault="00000000">
            <w:r>
              <w:rPr>
                <w:sz w:val="13"/>
              </w:rPr>
              <w:t>[basso/medio/alto]</w:t>
            </w:r>
          </w:p>
        </w:tc>
        <w:tc>
          <w:tcPr>
            <w:tcW w:w="2119" w:type="dxa"/>
            <w:shd w:val="clear" w:color="auto" w:fill="FFFFFF"/>
            <w:tcMar>
              <w:top w:w="70" w:type="dxa"/>
              <w:left w:w="70" w:type="dxa"/>
              <w:bottom w:w="70" w:type="dxa"/>
              <w:right w:w="70" w:type="dxa"/>
            </w:tcMar>
            <w:vAlign w:val="center"/>
          </w:tcPr>
          <w:p w14:paraId="788417DD" w14:textId="77777777" w:rsidR="005E7ED3" w:rsidRDefault="00000000">
            <w:r>
              <w:rPr>
                <w:sz w:val="13"/>
              </w:rPr>
              <w:t>[...]</w:t>
            </w:r>
          </w:p>
        </w:tc>
      </w:tr>
      <w:tr w:rsidR="005E7ED3" w14:paraId="3E299B78" w14:textId="77777777">
        <w:trPr>
          <w:jc w:val="center"/>
        </w:trPr>
        <w:tc>
          <w:tcPr>
            <w:tcW w:w="2119" w:type="dxa"/>
            <w:shd w:val="clear" w:color="auto" w:fill="F4F9FF"/>
            <w:tcMar>
              <w:top w:w="70" w:type="dxa"/>
              <w:left w:w="70" w:type="dxa"/>
              <w:bottom w:w="70" w:type="dxa"/>
              <w:right w:w="70" w:type="dxa"/>
            </w:tcMar>
            <w:vAlign w:val="center"/>
          </w:tcPr>
          <w:p w14:paraId="21DFF855" w14:textId="77777777" w:rsidR="005E7ED3" w:rsidRDefault="00000000">
            <w:r>
              <w:rPr>
                <w:sz w:val="13"/>
              </w:rPr>
              <w:t>Postura in piedi costretta</w:t>
            </w:r>
          </w:p>
        </w:tc>
        <w:tc>
          <w:tcPr>
            <w:tcW w:w="2119" w:type="dxa"/>
            <w:shd w:val="clear" w:color="auto" w:fill="F4F9FF"/>
            <w:tcMar>
              <w:top w:w="70" w:type="dxa"/>
              <w:left w:w="70" w:type="dxa"/>
              <w:bottom w:w="70" w:type="dxa"/>
              <w:right w:w="70" w:type="dxa"/>
            </w:tcMar>
            <w:vAlign w:val="center"/>
          </w:tcPr>
          <w:p w14:paraId="284688A8" w14:textId="77777777" w:rsidR="005E7ED3" w:rsidRDefault="00000000">
            <w:r>
              <w:rPr>
                <w:sz w:val="13"/>
              </w:rPr>
              <w:t>[si/no]</w:t>
            </w:r>
          </w:p>
        </w:tc>
        <w:tc>
          <w:tcPr>
            <w:tcW w:w="2119" w:type="dxa"/>
            <w:shd w:val="clear" w:color="auto" w:fill="F4F9FF"/>
            <w:tcMar>
              <w:top w:w="70" w:type="dxa"/>
              <w:left w:w="70" w:type="dxa"/>
              <w:bottom w:w="70" w:type="dxa"/>
              <w:right w:w="70" w:type="dxa"/>
            </w:tcMar>
            <w:vAlign w:val="center"/>
          </w:tcPr>
          <w:p w14:paraId="34F55C37" w14:textId="77777777" w:rsidR="005E7ED3" w:rsidRDefault="00000000">
            <w:r>
              <w:rPr>
                <w:sz w:val="13"/>
              </w:rPr>
              <w:t>stesso punto, no seduta, no movimento</w:t>
            </w:r>
          </w:p>
        </w:tc>
        <w:tc>
          <w:tcPr>
            <w:tcW w:w="2119" w:type="dxa"/>
            <w:shd w:val="clear" w:color="auto" w:fill="F4F9FF"/>
            <w:tcMar>
              <w:top w:w="70" w:type="dxa"/>
              <w:left w:w="70" w:type="dxa"/>
              <w:bottom w:w="70" w:type="dxa"/>
              <w:right w:w="70" w:type="dxa"/>
            </w:tcMar>
            <w:vAlign w:val="center"/>
          </w:tcPr>
          <w:p w14:paraId="43DF72E3" w14:textId="77777777" w:rsidR="005E7ED3" w:rsidRDefault="00000000">
            <w:r>
              <w:rPr>
                <w:sz w:val="13"/>
              </w:rPr>
              <w:t>[aggravante]</w:t>
            </w:r>
          </w:p>
        </w:tc>
        <w:tc>
          <w:tcPr>
            <w:tcW w:w="2119" w:type="dxa"/>
            <w:shd w:val="clear" w:color="auto" w:fill="F4F9FF"/>
            <w:tcMar>
              <w:top w:w="70" w:type="dxa"/>
              <w:left w:w="70" w:type="dxa"/>
              <w:bottom w:w="70" w:type="dxa"/>
              <w:right w:w="70" w:type="dxa"/>
            </w:tcMar>
            <w:vAlign w:val="center"/>
          </w:tcPr>
          <w:p w14:paraId="6E473E30" w14:textId="77777777" w:rsidR="005E7ED3" w:rsidRDefault="00000000">
            <w:r>
              <w:rPr>
                <w:sz w:val="13"/>
              </w:rPr>
              <w:t>[...]</w:t>
            </w:r>
          </w:p>
        </w:tc>
      </w:tr>
      <w:tr w:rsidR="005E7ED3" w14:paraId="3D3B4018" w14:textId="77777777">
        <w:trPr>
          <w:jc w:val="center"/>
        </w:trPr>
        <w:tc>
          <w:tcPr>
            <w:tcW w:w="2119" w:type="dxa"/>
            <w:shd w:val="clear" w:color="auto" w:fill="FFFFFF"/>
            <w:tcMar>
              <w:top w:w="70" w:type="dxa"/>
              <w:left w:w="70" w:type="dxa"/>
              <w:bottom w:w="70" w:type="dxa"/>
              <w:right w:w="70" w:type="dxa"/>
            </w:tcMar>
            <w:vAlign w:val="center"/>
          </w:tcPr>
          <w:p w14:paraId="5D3E10F3" w14:textId="77777777" w:rsidR="005E7ED3" w:rsidRDefault="00000000">
            <w:r>
              <w:rPr>
                <w:sz w:val="13"/>
              </w:rPr>
              <w:t>MOV - movimento nel turno</w:t>
            </w:r>
          </w:p>
        </w:tc>
        <w:tc>
          <w:tcPr>
            <w:tcW w:w="2119" w:type="dxa"/>
            <w:shd w:val="clear" w:color="auto" w:fill="FFFFFF"/>
            <w:tcMar>
              <w:top w:w="70" w:type="dxa"/>
              <w:left w:w="70" w:type="dxa"/>
              <w:bottom w:w="70" w:type="dxa"/>
              <w:right w:w="70" w:type="dxa"/>
            </w:tcMar>
            <w:vAlign w:val="center"/>
          </w:tcPr>
          <w:p w14:paraId="311D299F" w14:textId="77777777" w:rsidR="005E7ED3" w:rsidRDefault="00000000">
            <w:r>
              <w:rPr>
                <w:sz w:val="13"/>
              </w:rPr>
              <w:t>[ore o %]</w:t>
            </w:r>
          </w:p>
        </w:tc>
        <w:tc>
          <w:tcPr>
            <w:tcW w:w="2119" w:type="dxa"/>
            <w:shd w:val="clear" w:color="auto" w:fill="FFFFFF"/>
            <w:tcMar>
              <w:top w:w="70" w:type="dxa"/>
              <w:left w:w="70" w:type="dxa"/>
              <w:bottom w:w="70" w:type="dxa"/>
              <w:right w:w="70" w:type="dxa"/>
            </w:tcMar>
            <w:vAlign w:val="center"/>
          </w:tcPr>
          <w:p w14:paraId="46D28F74" w14:textId="77777777" w:rsidR="005E7ED3" w:rsidRDefault="00000000">
            <w:r>
              <w:rPr>
                <w:sz w:val="13"/>
              </w:rPr>
              <w:t>target minimo operativo: 10% ove praticabile</w:t>
            </w:r>
          </w:p>
        </w:tc>
        <w:tc>
          <w:tcPr>
            <w:tcW w:w="2119" w:type="dxa"/>
            <w:shd w:val="clear" w:color="auto" w:fill="FFFFFF"/>
            <w:tcMar>
              <w:top w:w="70" w:type="dxa"/>
              <w:left w:w="70" w:type="dxa"/>
              <w:bottom w:w="70" w:type="dxa"/>
              <w:right w:w="70" w:type="dxa"/>
            </w:tcMar>
            <w:vAlign w:val="center"/>
          </w:tcPr>
          <w:p w14:paraId="16D6350D" w14:textId="77777777" w:rsidR="005E7ED3" w:rsidRDefault="00000000">
            <w:r>
              <w:rPr>
                <w:sz w:val="13"/>
              </w:rPr>
              <w:t>[indice movimento]</w:t>
            </w:r>
          </w:p>
        </w:tc>
        <w:tc>
          <w:tcPr>
            <w:tcW w:w="2119" w:type="dxa"/>
            <w:shd w:val="clear" w:color="auto" w:fill="FFFFFF"/>
            <w:tcMar>
              <w:top w:w="70" w:type="dxa"/>
              <w:left w:w="70" w:type="dxa"/>
              <w:bottom w:w="70" w:type="dxa"/>
              <w:right w:w="70" w:type="dxa"/>
            </w:tcMar>
            <w:vAlign w:val="center"/>
          </w:tcPr>
          <w:p w14:paraId="32BDFA62" w14:textId="77777777" w:rsidR="005E7ED3" w:rsidRDefault="00000000">
            <w:r>
              <w:rPr>
                <w:sz w:val="13"/>
              </w:rPr>
              <w:t>[...]</w:t>
            </w:r>
          </w:p>
        </w:tc>
      </w:tr>
      <w:tr w:rsidR="005E7ED3" w14:paraId="605037CB" w14:textId="77777777">
        <w:trPr>
          <w:jc w:val="center"/>
        </w:trPr>
        <w:tc>
          <w:tcPr>
            <w:tcW w:w="2119" w:type="dxa"/>
            <w:shd w:val="clear" w:color="auto" w:fill="F4F9FF"/>
            <w:tcMar>
              <w:top w:w="70" w:type="dxa"/>
              <w:left w:w="70" w:type="dxa"/>
              <w:bottom w:w="70" w:type="dxa"/>
              <w:right w:w="70" w:type="dxa"/>
            </w:tcMar>
            <w:vAlign w:val="center"/>
          </w:tcPr>
          <w:p w14:paraId="25169EEE" w14:textId="77777777" w:rsidR="005E7ED3" w:rsidRDefault="00000000">
            <w:r>
              <w:rPr>
                <w:sz w:val="13"/>
              </w:rPr>
              <w:t>Pause/micro-pause</w:t>
            </w:r>
          </w:p>
        </w:tc>
        <w:tc>
          <w:tcPr>
            <w:tcW w:w="2119" w:type="dxa"/>
            <w:shd w:val="clear" w:color="auto" w:fill="F4F9FF"/>
            <w:tcMar>
              <w:top w:w="70" w:type="dxa"/>
              <w:left w:w="70" w:type="dxa"/>
              <w:bottom w:w="70" w:type="dxa"/>
              <w:right w:w="70" w:type="dxa"/>
            </w:tcMar>
            <w:vAlign w:val="center"/>
          </w:tcPr>
          <w:p w14:paraId="6FDBCB80" w14:textId="77777777" w:rsidR="005E7ED3" w:rsidRDefault="00000000">
            <w:r>
              <w:rPr>
                <w:sz w:val="13"/>
              </w:rPr>
              <w:t>[descrivere]</w:t>
            </w:r>
          </w:p>
        </w:tc>
        <w:tc>
          <w:tcPr>
            <w:tcW w:w="2119" w:type="dxa"/>
            <w:shd w:val="clear" w:color="auto" w:fill="F4F9FF"/>
            <w:tcMar>
              <w:top w:w="70" w:type="dxa"/>
              <w:left w:w="70" w:type="dxa"/>
              <w:bottom w:w="70" w:type="dxa"/>
              <w:right w:w="70" w:type="dxa"/>
            </w:tcMar>
            <w:vAlign w:val="center"/>
          </w:tcPr>
          <w:p w14:paraId="5E1AF2CC" w14:textId="77777777" w:rsidR="005E7ED3" w:rsidRDefault="00000000">
            <w:r>
              <w:rPr>
                <w:sz w:val="13"/>
              </w:rPr>
              <w:t>alzarsi ogni 20-30 minuti; pause strutturate</w:t>
            </w:r>
          </w:p>
        </w:tc>
        <w:tc>
          <w:tcPr>
            <w:tcW w:w="2119" w:type="dxa"/>
            <w:shd w:val="clear" w:color="auto" w:fill="F4F9FF"/>
            <w:tcMar>
              <w:top w:w="70" w:type="dxa"/>
              <w:left w:w="70" w:type="dxa"/>
              <w:bottom w:w="70" w:type="dxa"/>
              <w:right w:w="70" w:type="dxa"/>
            </w:tcMar>
            <w:vAlign w:val="center"/>
          </w:tcPr>
          <w:p w14:paraId="4AE15B58" w14:textId="77777777" w:rsidR="005E7ED3" w:rsidRDefault="00000000">
            <w:r>
              <w:rPr>
                <w:sz w:val="13"/>
              </w:rPr>
              <w:t>[adeguate/parziali/assenti]</w:t>
            </w:r>
          </w:p>
        </w:tc>
        <w:tc>
          <w:tcPr>
            <w:tcW w:w="2119" w:type="dxa"/>
            <w:shd w:val="clear" w:color="auto" w:fill="F4F9FF"/>
            <w:tcMar>
              <w:top w:w="70" w:type="dxa"/>
              <w:left w:w="70" w:type="dxa"/>
              <w:bottom w:w="70" w:type="dxa"/>
              <w:right w:w="70" w:type="dxa"/>
            </w:tcMar>
            <w:vAlign w:val="center"/>
          </w:tcPr>
          <w:p w14:paraId="427A13A3" w14:textId="77777777" w:rsidR="005E7ED3" w:rsidRDefault="00000000">
            <w:r>
              <w:rPr>
                <w:sz w:val="13"/>
              </w:rPr>
              <w:t>[...]</w:t>
            </w:r>
          </w:p>
        </w:tc>
      </w:tr>
    </w:tbl>
    <w:p w14:paraId="00794FF3" w14:textId="77777777" w:rsidR="005E7ED3" w:rsidRDefault="00000000">
      <w:pPr>
        <w:pStyle w:val="Titolo2"/>
      </w:pPr>
      <w:r>
        <w:rPr>
          <w:rFonts w:ascii="Arial" w:hAnsi="Arial"/>
          <w:b w:val="0"/>
        </w:rPr>
        <w:t>KPI ed esito colorato da incollare dalla web app</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2119"/>
        <w:gridCol w:w="2119"/>
        <w:gridCol w:w="2119"/>
        <w:gridCol w:w="2119"/>
        <w:gridCol w:w="2119"/>
      </w:tblGrid>
      <w:tr w:rsidR="005E7ED3" w14:paraId="5A4EE573" w14:textId="77777777">
        <w:trPr>
          <w:jc w:val="center"/>
        </w:trPr>
        <w:tc>
          <w:tcPr>
            <w:tcW w:w="2119" w:type="dxa"/>
            <w:shd w:val="clear" w:color="auto" w:fill="0B3A66"/>
            <w:tcMar>
              <w:top w:w="70" w:type="dxa"/>
              <w:left w:w="70" w:type="dxa"/>
              <w:bottom w:w="70" w:type="dxa"/>
              <w:right w:w="70" w:type="dxa"/>
            </w:tcMar>
            <w:vAlign w:val="center"/>
          </w:tcPr>
          <w:p w14:paraId="48FCD1A7" w14:textId="77777777" w:rsidR="005E7ED3" w:rsidRDefault="00000000">
            <w:pPr>
              <w:jc w:val="center"/>
            </w:pPr>
            <w:r>
              <w:rPr>
                <w:b/>
                <w:color w:val="FFFFFF"/>
                <w:sz w:val="14"/>
              </w:rPr>
              <w:t>Rischio complessivo</w:t>
            </w:r>
          </w:p>
        </w:tc>
        <w:tc>
          <w:tcPr>
            <w:tcW w:w="2119" w:type="dxa"/>
            <w:shd w:val="clear" w:color="auto" w:fill="0B3A66"/>
            <w:tcMar>
              <w:top w:w="70" w:type="dxa"/>
              <w:left w:w="70" w:type="dxa"/>
              <w:bottom w:w="70" w:type="dxa"/>
              <w:right w:w="70" w:type="dxa"/>
            </w:tcMar>
            <w:vAlign w:val="center"/>
          </w:tcPr>
          <w:p w14:paraId="2603CC3C" w14:textId="77777777" w:rsidR="005E7ED3" w:rsidRDefault="00000000">
            <w:pPr>
              <w:jc w:val="center"/>
            </w:pPr>
            <w:r>
              <w:rPr>
                <w:b/>
                <w:color w:val="FFFFFF"/>
                <w:sz w:val="14"/>
              </w:rPr>
              <w:t>Rischio seduta</w:t>
            </w:r>
          </w:p>
        </w:tc>
        <w:tc>
          <w:tcPr>
            <w:tcW w:w="2119" w:type="dxa"/>
            <w:shd w:val="clear" w:color="auto" w:fill="0B3A66"/>
            <w:tcMar>
              <w:top w:w="70" w:type="dxa"/>
              <w:left w:w="70" w:type="dxa"/>
              <w:bottom w:w="70" w:type="dxa"/>
              <w:right w:w="70" w:type="dxa"/>
            </w:tcMar>
            <w:vAlign w:val="center"/>
          </w:tcPr>
          <w:p w14:paraId="7ABEF38F" w14:textId="77777777" w:rsidR="005E7ED3" w:rsidRDefault="00000000">
            <w:pPr>
              <w:jc w:val="center"/>
            </w:pPr>
            <w:r>
              <w:rPr>
                <w:b/>
                <w:color w:val="FFFFFF"/>
                <w:sz w:val="14"/>
              </w:rPr>
              <w:t>Rischio in piedi</w:t>
            </w:r>
          </w:p>
        </w:tc>
        <w:tc>
          <w:tcPr>
            <w:tcW w:w="2119" w:type="dxa"/>
            <w:shd w:val="clear" w:color="auto" w:fill="0B3A66"/>
            <w:tcMar>
              <w:top w:w="70" w:type="dxa"/>
              <w:left w:w="70" w:type="dxa"/>
              <w:bottom w:w="70" w:type="dxa"/>
              <w:right w:w="70" w:type="dxa"/>
            </w:tcMar>
            <w:vAlign w:val="center"/>
          </w:tcPr>
          <w:p w14:paraId="0A92A605" w14:textId="77777777" w:rsidR="005E7ED3" w:rsidRDefault="00000000">
            <w:pPr>
              <w:jc w:val="center"/>
            </w:pPr>
            <w:r>
              <w:rPr>
                <w:b/>
                <w:color w:val="FFFFFF"/>
                <w:sz w:val="14"/>
              </w:rPr>
              <w:t>Indice movimento</w:t>
            </w:r>
          </w:p>
        </w:tc>
        <w:tc>
          <w:tcPr>
            <w:tcW w:w="2119" w:type="dxa"/>
            <w:shd w:val="clear" w:color="auto" w:fill="0B3A66"/>
            <w:tcMar>
              <w:top w:w="70" w:type="dxa"/>
              <w:left w:w="70" w:type="dxa"/>
              <w:bottom w:w="70" w:type="dxa"/>
              <w:right w:w="70" w:type="dxa"/>
            </w:tcMar>
            <w:vAlign w:val="center"/>
          </w:tcPr>
          <w:p w14:paraId="36F7C50A" w14:textId="77777777" w:rsidR="005E7ED3" w:rsidRDefault="00000000">
            <w:pPr>
              <w:jc w:val="center"/>
            </w:pPr>
            <w:r>
              <w:rPr>
                <w:b/>
                <w:color w:val="FFFFFF"/>
                <w:sz w:val="14"/>
              </w:rPr>
              <w:t>Conformita raccomandazioni</w:t>
            </w:r>
          </w:p>
        </w:tc>
      </w:tr>
      <w:tr w:rsidR="005E7ED3" w14:paraId="10BF5D9B" w14:textId="77777777">
        <w:trPr>
          <w:jc w:val="center"/>
        </w:trPr>
        <w:tc>
          <w:tcPr>
            <w:tcW w:w="2119" w:type="dxa"/>
            <w:shd w:val="clear" w:color="auto" w:fill="FFFFFF"/>
            <w:tcMar>
              <w:top w:w="70" w:type="dxa"/>
              <w:left w:w="70" w:type="dxa"/>
              <w:bottom w:w="70" w:type="dxa"/>
              <w:right w:w="70" w:type="dxa"/>
            </w:tcMar>
            <w:vAlign w:val="center"/>
          </w:tcPr>
          <w:p w14:paraId="1FC55E4C" w14:textId="77777777" w:rsidR="005E7ED3" w:rsidRDefault="00000000">
            <w:pPr>
              <w:jc w:val="center"/>
            </w:pPr>
            <w:r>
              <w:rPr>
                <w:sz w:val="14"/>
              </w:rPr>
              <w:t>[incollare esito / % / colore]</w:t>
            </w:r>
          </w:p>
        </w:tc>
        <w:tc>
          <w:tcPr>
            <w:tcW w:w="2119" w:type="dxa"/>
            <w:shd w:val="clear" w:color="auto" w:fill="FFFFFF"/>
            <w:tcMar>
              <w:top w:w="70" w:type="dxa"/>
              <w:left w:w="70" w:type="dxa"/>
              <w:bottom w:w="70" w:type="dxa"/>
              <w:right w:w="70" w:type="dxa"/>
            </w:tcMar>
            <w:vAlign w:val="center"/>
          </w:tcPr>
          <w:p w14:paraId="71BF4433" w14:textId="77777777" w:rsidR="005E7ED3" w:rsidRDefault="00000000">
            <w:pPr>
              <w:jc w:val="center"/>
            </w:pPr>
            <w:r>
              <w:rPr>
                <w:sz w:val="14"/>
              </w:rPr>
              <w:t>[incollare esito / % / colore]</w:t>
            </w:r>
          </w:p>
        </w:tc>
        <w:tc>
          <w:tcPr>
            <w:tcW w:w="2119" w:type="dxa"/>
            <w:shd w:val="clear" w:color="auto" w:fill="FFFFFF"/>
            <w:tcMar>
              <w:top w:w="70" w:type="dxa"/>
              <w:left w:w="70" w:type="dxa"/>
              <w:bottom w:w="70" w:type="dxa"/>
              <w:right w:w="70" w:type="dxa"/>
            </w:tcMar>
            <w:vAlign w:val="center"/>
          </w:tcPr>
          <w:p w14:paraId="51A85A61" w14:textId="77777777" w:rsidR="005E7ED3" w:rsidRDefault="00000000">
            <w:pPr>
              <w:jc w:val="center"/>
            </w:pPr>
            <w:r>
              <w:rPr>
                <w:sz w:val="14"/>
              </w:rPr>
              <w:t>[incollare esito / % / colore]</w:t>
            </w:r>
          </w:p>
        </w:tc>
        <w:tc>
          <w:tcPr>
            <w:tcW w:w="2119" w:type="dxa"/>
            <w:shd w:val="clear" w:color="auto" w:fill="FFFFFF"/>
            <w:tcMar>
              <w:top w:w="70" w:type="dxa"/>
              <w:left w:w="70" w:type="dxa"/>
              <w:bottom w:w="70" w:type="dxa"/>
              <w:right w:w="70" w:type="dxa"/>
            </w:tcMar>
            <w:vAlign w:val="center"/>
          </w:tcPr>
          <w:p w14:paraId="42A00CD6" w14:textId="77777777" w:rsidR="005E7ED3" w:rsidRDefault="00000000">
            <w:pPr>
              <w:jc w:val="center"/>
            </w:pPr>
            <w:r>
              <w:rPr>
                <w:sz w:val="14"/>
              </w:rPr>
              <w:t>[incollare esito / % / colore]</w:t>
            </w:r>
          </w:p>
        </w:tc>
        <w:tc>
          <w:tcPr>
            <w:tcW w:w="2119" w:type="dxa"/>
            <w:shd w:val="clear" w:color="auto" w:fill="FFFFFF"/>
            <w:tcMar>
              <w:top w:w="70" w:type="dxa"/>
              <w:left w:w="70" w:type="dxa"/>
              <w:bottom w:w="70" w:type="dxa"/>
              <w:right w:w="70" w:type="dxa"/>
            </w:tcMar>
            <w:vAlign w:val="center"/>
          </w:tcPr>
          <w:p w14:paraId="1119402B" w14:textId="77777777" w:rsidR="005E7ED3" w:rsidRDefault="00000000">
            <w:pPr>
              <w:jc w:val="center"/>
            </w:pPr>
            <w:r>
              <w:rPr>
                <w:sz w:val="14"/>
              </w:rPr>
              <w:t>[incollare esito / % / colore]</w:t>
            </w:r>
          </w:p>
        </w:tc>
      </w:tr>
    </w:tbl>
    <w:p w14:paraId="1876CEB0" w14:textId="77777777" w:rsidR="005E7ED3" w:rsidRDefault="00000000">
      <w:pPr>
        <w:pStyle w:val="Titolo2"/>
      </w:pPr>
      <w:r>
        <w:rPr>
          <w:rFonts w:ascii="Arial" w:hAnsi="Arial"/>
          <w:b w:val="0"/>
        </w:rPr>
        <w:t>Area per incollare relazione sintetica, matrici o schermata della valutazione</w:t>
      </w:r>
    </w:p>
    <w:tbl>
      <w:tblPr>
        <w:tblW w:w="0" w:type="auto"/>
        <w:jc w:val="center"/>
        <w:tblBorders>
          <w:top w:val="single" w:sz="8" w:space="0" w:color="145DA0"/>
          <w:left w:val="single" w:sz="8" w:space="0" w:color="145DA0"/>
          <w:bottom w:val="single" w:sz="8" w:space="0" w:color="145DA0"/>
          <w:right w:val="single" w:sz="8" w:space="0" w:color="145DA0"/>
          <w:insideH w:val="single" w:sz="8" w:space="0" w:color="145DA0"/>
          <w:insideV w:val="single" w:sz="8" w:space="0" w:color="145DA0"/>
        </w:tblBorders>
        <w:tblLook w:val="04A0" w:firstRow="1" w:lastRow="0" w:firstColumn="1" w:lastColumn="0" w:noHBand="0" w:noVBand="1"/>
      </w:tblPr>
      <w:tblGrid>
        <w:gridCol w:w="10596"/>
      </w:tblGrid>
      <w:tr w:rsidR="005E7ED3" w14:paraId="0536A326" w14:textId="77777777">
        <w:trPr>
          <w:jc w:val="center"/>
        </w:trPr>
        <w:tc>
          <w:tcPr>
            <w:tcW w:w="10596" w:type="dxa"/>
            <w:shd w:val="clear" w:color="auto" w:fill="F4F9FF"/>
            <w:vAlign w:val="center"/>
          </w:tcPr>
          <w:p w14:paraId="20E40570" w14:textId="77777777" w:rsidR="005E7ED3" w:rsidRDefault="005E7ED3"/>
          <w:p w14:paraId="66B168CF" w14:textId="77777777" w:rsidR="005E7ED3" w:rsidRDefault="00000000">
            <w:r>
              <w:rPr>
                <w:color w:val="404040"/>
                <w:sz w:val="16"/>
              </w:rPr>
              <w:t>[incollare qui il riepilogo testuale o l'immagine della dashboard KPI/matrici]</w:t>
            </w:r>
          </w:p>
          <w:p w14:paraId="3F0EC635" w14:textId="77777777" w:rsidR="005E7ED3" w:rsidRDefault="005E7ED3"/>
          <w:p w14:paraId="34D6C682" w14:textId="77777777" w:rsidR="005E7ED3" w:rsidRDefault="005E7ED3"/>
          <w:p w14:paraId="2E8A283E" w14:textId="77777777" w:rsidR="005E7ED3" w:rsidRDefault="005E7ED3"/>
        </w:tc>
      </w:tr>
    </w:tbl>
    <w:p w14:paraId="1C1DAD5E" w14:textId="77777777" w:rsidR="005E7ED3" w:rsidRDefault="00000000">
      <w:r>
        <w:br w:type="page"/>
      </w:r>
    </w:p>
    <w:tbl>
      <w:tblPr>
        <w:tblW w:w="0" w:type="auto"/>
        <w:jc w:val="center"/>
        <w:tblBorders>
          <w:top w:val="single" w:sz="4" w:space="0" w:color="145DA0"/>
          <w:left w:val="single" w:sz="4" w:space="0" w:color="145DA0"/>
          <w:bottom w:val="single" w:sz="4" w:space="0" w:color="145DA0"/>
          <w:right w:val="single" w:sz="4" w:space="0" w:color="145DA0"/>
          <w:insideH w:val="single" w:sz="4" w:space="0" w:color="145DA0"/>
          <w:insideV w:val="single" w:sz="4" w:space="0" w:color="145DA0"/>
        </w:tblBorders>
        <w:tblLook w:val="04A0" w:firstRow="1" w:lastRow="0" w:firstColumn="1" w:lastColumn="0" w:noHBand="0" w:noVBand="1"/>
      </w:tblPr>
      <w:tblGrid>
        <w:gridCol w:w="10596"/>
      </w:tblGrid>
      <w:tr w:rsidR="005E7ED3" w14:paraId="7DE3B879" w14:textId="77777777">
        <w:trPr>
          <w:jc w:val="center"/>
        </w:trPr>
        <w:tc>
          <w:tcPr>
            <w:tcW w:w="10596" w:type="dxa"/>
            <w:shd w:val="clear" w:color="auto" w:fill="145DA0"/>
            <w:tcMar>
              <w:top w:w="70" w:type="dxa"/>
              <w:left w:w="70" w:type="dxa"/>
              <w:bottom w:w="70" w:type="dxa"/>
              <w:right w:w="70" w:type="dxa"/>
            </w:tcMar>
            <w:vAlign w:val="center"/>
          </w:tcPr>
          <w:p w14:paraId="3990AA58" w14:textId="77777777" w:rsidR="005E7ED3" w:rsidRDefault="00000000">
            <w:pPr>
              <w:jc w:val="center"/>
            </w:pPr>
            <w:r>
              <w:rPr>
                <w:b/>
                <w:color w:val="FFFFFF"/>
                <w:sz w:val="21"/>
              </w:rPr>
              <w:t>SCHEDA MANSIONE N. 1 - CRITICITA, MISURE E PIANO</w:t>
            </w:r>
          </w:p>
        </w:tc>
      </w:tr>
    </w:tbl>
    <w:p w14:paraId="2428F73D" w14:textId="77777777" w:rsidR="005E7ED3" w:rsidRDefault="00000000">
      <w:pPr>
        <w:pStyle w:val="Titolo2"/>
      </w:pPr>
      <w:r>
        <w:rPr>
          <w:rFonts w:ascii="Arial" w:hAnsi="Arial"/>
          <w:b w:val="0"/>
        </w:rPr>
        <w:t>Criticita rilevate e motivazione del rischio</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3532"/>
        <w:gridCol w:w="3532"/>
        <w:gridCol w:w="3532"/>
      </w:tblGrid>
      <w:tr w:rsidR="005E7ED3" w14:paraId="518E39C7" w14:textId="77777777">
        <w:trPr>
          <w:jc w:val="center"/>
        </w:trPr>
        <w:tc>
          <w:tcPr>
            <w:tcW w:w="3532" w:type="dxa"/>
            <w:shd w:val="clear" w:color="auto" w:fill="0B3A66"/>
            <w:tcMar>
              <w:top w:w="70" w:type="dxa"/>
              <w:left w:w="70" w:type="dxa"/>
              <w:bottom w:w="70" w:type="dxa"/>
              <w:right w:w="70" w:type="dxa"/>
            </w:tcMar>
            <w:vAlign w:val="center"/>
          </w:tcPr>
          <w:p w14:paraId="52A1AD9C" w14:textId="77777777" w:rsidR="005E7ED3" w:rsidRDefault="00000000">
            <w:pPr>
              <w:jc w:val="center"/>
            </w:pPr>
            <w:r>
              <w:rPr>
                <w:b/>
                <w:color w:val="FFFFFF"/>
                <w:sz w:val="14"/>
              </w:rPr>
              <w:t>Criticita</w:t>
            </w:r>
          </w:p>
        </w:tc>
        <w:tc>
          <w:tcPr>
            <w:tcW w:w="3532" w:type="dxa"/>
            <w:shd w:val="clear" w:color="auto" w:fill="0B3A66"/>
            <w:tcMar>
              <w:top w:w="70" w:type="dxa"/>
              <w:left w:w="70" w:type="dxa"/>
              <w:bottom w:w="70" w:type="dxa"/>
              <w:right w:w="70" w:type="dxa"/>
            </w:tcMar>
            <w:vAlign w:val="center"/>
          </w:tcPr>
          <w:p w14:paraId="1F8E1A55" w14:textId="77777777" w:rsidR="005E7ED3" w:rsidRDefault="00000000">
            <w:pPr>
              <w:jc w:val="center"/>
            </w:pPr>
            <w:r>
              <w:rPr>
                <w:b/>
                <w:color w:val="FFFFFF"/>
                <w:sz w:val="14"/>
              </w:rPr>
              <w:t>Evidenza oggettiva</w:t>
            </w:r>
          </w:p>
        </w:tc>
        <w:tc>
          <w:tcPr>
            <w:tcW w:w="3532" w:type="dxa"/>
            <w:shd w:val="clear" w:color="auto" w:fill="0B3A66"/>
            <w:tcMar>
              <w:top w:w="70" w:type="dxa"/>
              <w:left w:w="70" w:type="dxa"/>
              <w:bottom w:w="70" w:type="dxa"/>
              <w:right w:w="70" w:type="dxa"/>
            </w:tcMar>
            <w:vAlign w:val="center"/>
          </w:tcPr>
          <w:p w14:paraId="2994EE7F" w14:textId="77777777" w:rsidR="005E7ED3" w:rsidRDefault="00000000">
            <w:pPr>
              <w:jc w:val="center"/>
            </w:pPr>
            <w:r>
              <w:rPr>
                <w:b/>
                <w:color w:val="FFFFFF"/>
                <w:sz w:val="14"/>
              </w:rPr>
              <w:t>Effetto sul rischio</w:t>
            </w:r>
          </w:p>
        </w:tc>
      </w:tr>
      <w:tr w:rsidR="005E7ED3" w14:paraId="77FCAE17" w14:textId="77777777">
        <w:trPr>
          <w:jc w:val="center"/>
        </w:trPr>
        <w:tc>
          <w:tcPr>
            <w:tcW w:w="3532" w:type="dxa"/>
            <w:shd w:val="clear" w:color="auto" w:fill="FFFFFF"/>
            <w:tcMar>
              <w:top w:w="70" w:type="dxa"/>
              <w:left w:w="70" w:type="dxa"/>
              <w:bottom w:w="70" w:type="dxa"/>
              <w:right w:w="70" w:type="dxa"/>
            </w:tcMar>
            <w:vAlign w:val="center"/>
          </w:tcPr>
          <w:p w14:paraId="584B779C" w14:textId="77777777" w:rsidR="005E7ED3" w:rsidRDefault="00000000">
            <w:r>
              <w:rPr>
                <w:sz w:val="14"/>
              </w:rPr>
              <w:t>[...]</w:t>
            </w:r>
          </w:p>
        </w:tc>
        <w:tc>
          <w:tcPr>
            <w:tcW w:w="3532" w:type="dxa"/>
            <w:shd w:val="clear" w:color="auto" w:fill="FFFFFF"/>
            <w:tcMar>
              <w:top w:w="70" w:type="dxa"/>
              <w:left w:w="70" w:type="dxa"/>
              <w:bottom w:w="70" w:type="dxa"/>
              <w:right w:w="70" w:type="dxa"/>
            </w:tcMar>
            <w:vAlign w:val="center"/>
          </w:tcPr>
          <w:p w14:paraId="62388039" w14:textId="77777777" w:rsidR="005E7ED3" w:rsidRDefault="00000000">
            <w:r>
              <w:rPr>
                <w:sz w:val="14"/>
              </w:rPr>
              <w:t>[...]</w:t>
            </w:r>
          </w:p>
        </w:tc>
        <w:tc>
          <w:tcPr>
            <w:tcW w:w="3532" w:type="dxa"/>
            <w:shd w:val="clear" w:color="auto" w:fill="FFFFFF"/>
            <w:tcMar>
              <w:top w:w="70" w:type="dxa"/>
              <w:left w:w="70" w:type="dxa"/>
              <w:bottom w:w="70" w:type="dxa"/>
              <w:right w:w="70" w:type="dxa"/>
            </w:tcMar>
            <w:vAlign w:val="center"/>
          </w:tcPr>
          <w:p w14:paraId="2C9C01C5" w14:textId="77777777" w:rsidR="005E7ED3" w:rsidRDefault="00000000">
            <w:r>
              <w:rPr>
                <w:sz w:val="14"/>
              </w:rPr>
              <w:t>[...]</w:t>
            </w:r>
          </w:p>
        </w:tc>
      </w:tr>
      <w:tr w:rsidR="005E7ED3" w14:paraId="42BDB22B" w14:textId="77777777">
        <w:trPr>
          <w:jc w:val="center"/>
        </w:trPr>
        <w:tc>
          <w:tcPr>
            <w:tcW w:w="3532" w:type="dxa"/>
            <w:shd w:val="clear" w:color="auto" w:fill="F4F9FF"/>
            <w:tcMar>
              <w:top w:w="70" w:type="dxa"/>
              <w:left w:w="70" w:type="dxa"/>
              <w:bottom w:w="70" w:type="dxa"/>
              <w:right w:w="70" w:type="dxa"/>
            </w:tcMar>
            <w:vAlign w:val="center"/>
          </w:tcPr>
          <w:p w14:paraId="33AFAC28" w14:textId="77777777" w:rsidR="005E7ED3" w:rsidRDefault="00000000">
            <w:r>
              <w:rPr>
                <w:sz w:val="14"/>
              </w:rPr>
              <w:t>[...]</w:t>
            </w:r>
          </w:p>
        </w:tc>
        <w:tc>
          <w:tcPr>
            <w:tcW w:w="3532" w:type="dxa"/>
            <w:shd w:val="clear" w:color="auto" w:fill="F4F9FF"/>
            <w:tcMar>
              <w:top w:w="70" w:type="dxa"/>
              <w:left w:w="70" w:type="dxa"/>
              <w:bottom w:w="70" w:type="dxa"/>
              <w:right w:w="70" w:type="dxa"/>
            </w:tcMar>
            <w:vAlign w:val="center"/>
          </w:tcPr>
          <w:p w14:paraId="756C417C" w14:textId="77777777" w:rsidR="005E7ED3" w:rsidRDefault="00000000">
            <w:r>
              <w:rPr>
                <w:sz w:val="14"/>
              </w:rPr>
              <w:t>[...]</w:t>
            </w:r>
          </w:p>
        </w:tc>
        <w:tc>
          <w:tcPr>
            <w:tcW w:w="3532" w:type="dxa"/>
            <w:shd w:val="clear" w:color="auto" w:fill="F4F9FF"/>
            <w:tcMar>
              <w:top w:w="70" w:type="dxa"/>
              <w:left w:w="70" w:type="dxa"/>
              <w:bottom w:w="70" w:type="dxa"/>
              <w:right w:w="70" w:type="dxa"/>
            </w:tcMar>
            <w:vAlign w:val="center"/>
          </w:tcPr>
          <w:p w14:paraId="551932C6" w14:textId="77777777" w:rsidR="005E7ED3" w:rsidRDefault="00000000">
            <w:r>
              <w:rPr>
                <w:sz w:val="14"/>
              </w:rPr>
              <w:t>[...]</w:t>
            </w:r>
          </w:p>
        </w:tc>
      </w:tr>
      <w:tr w:rsidR="005E7ED3" w14:paraId="16241456" w14:textId="77777777">
        <w:trPr>
          <w:jc w:val="center"/>
        </w:trPr>
        <w:tc>
          <w:tcPr>
            <w:tcW w:w="3532" w:type="dxa"/>
            <w:shd w:val="clear" w:color="auto" w:fill="FFFFFF"/>
            <w:tcMar>
              <w:top w:w="70" w:type="dxa"/>
              <w:left w:w="70" w:type="dxa"/>
              <w:bottom w:w="70" w:type="dxa"/>
              <w:right w:w="70" w:type="dxa"/>
            </w:tcMar>
            <w:vAlign w:val="center"/>
          </w:tcPr>
          <w:p w14:paraId="0268E61B" w14:textId="77777777" w:rsidR="005E7ED3" w:rsidRDefault="00000000">
            <w:r>
              <w:rPr>
                <w:sz w:val="14"/>
              </w:rPr>
              <w:t>[...]</w:t>
            </w:r>
          </w:p>
        </w:tc>
        <w:tc>
          <w:tcPr>
            <w:tcW w:w="3532" w:type="dxa"/>
            <w:shd w:val="clear" w:color="auto" w:fill="FFFFFF"/>
            <w:tcMar>
              <w:top w:w="70" w:type="dxa"/>
              <w:left w:w="70" w:type="dxa"/>
              <w:bottom w:w="70" w:type="dxa"/>
              <w:right w:w="70" w:type="dxa"/>
            </w:tcMar>
            <w:vAlign w:val="center"/>
          </w:tcPr>
          <w:p w14:paraId="0D503C0E" w14:textId="77777777" w:rsidR="005E7ED3" w:rsidRDefault="00000000">
            <w:r>
              <w:rPr>
                <w:sz w:val="14"/>
              </w:rPr>
              <w:t>[...]</w:t>
            </w:r>
          </w:p>
        </w:tc>
        <w:tc>
          <w:tcPr>
            <w:tcW w:w="3532" w:type="dxa"/>
            <w:shd w:val="clear" w:color="auto" w:fill="FFFFFF"/>
            <w:tcMar>
              <w:top w:w="70" w:type="dxa"/>
              <w:left w:w="70" w:type="dxa"/>
              <w:bottom w:w="70" w:type="dxa"/>
              <w:right w:w="70" w:type="dxa"/>
            </w:tcMar>
            <w:vAlign w:val="center"/>
          </w:tcPr>
          <w:p w14:paraId="5A1C98F0" w14:textId="77777777" w:rsidR="005E7ED3" w:rsidRDefault="00000000">
            <w:r>
              <w:rPr>
                <w:sz w:val="14"/>
              </w:rPr>
              <w:t>[...]</w:t>
            </w:r>
          </w:p>
        </w:tc>
      </w:tr>
      <w:tr w:rsidR="005E7ED3" w14:paraId="168FD9A3" w14:textId="77777777">
        <w:trPr>
          <w:jc w:val="center"/>
        </w:trPr>
        <w:tc>
          <w:tcPr>
            <w:tcW w:w="3532" w:type="dxa"/>
            <w:shd w:val="clear" w:color="auto" w:fill="F4F9FF"/>
            <w:tcMar>
              <w:top w:w="70" w:type="dxa"/>
              <w:left w:w="70" w:type="dxa"/>
              <w:bottom w:w="70" w:type="dxa"/>
              <w:right w:w="70" w:type="dxa"/>
            </w:tcMar>
            <w:vAlign w:val="center"/>
          </w:tcPr>
          <w:p w14:paraId="012CD3AE" w14:textId="77777777" w:rsidR="005E7ED3" w:rsidRDefault="00000000">
            <w:r>
              <w:rPr>
                <w:sz w:val="14"/>
              </w:rPr>
              <w:t>[...]</w:t>
            </w:r>
          </w:p>
        </w:tc>
        <w:tc>
          <w:tcPr>
            <w:tcW w:w="3532" w:type="dxa"/>
            <w:shd w:val="clear" w:color="auto" w:fill="F4F9FF"/>
            <w:tcMar>
              <w:top w:w="70" w:type="dxa"/>
              <w:left w:w="70" w:type="dxa"/>
              <w:bottom w:w="70" w:type="dxa"/>
              <w:right w:w="70" w:type="dxa"/>
            </w:tcMar>
            <w:vAlign w:val="center"/>
          </w:tcPr>
          <w:p w14:paraId="2FC162AC" w14:textId="77777777" w:rsidR="005E7ED3" w:rsidRDefault="00000000">
            <w:r>
              <w:rPr>
                <w:sz w:val="14"/>
              </w:rPr>
              <w:t>[...]</w:t>
            </w:r>
          </w:p>
        </w:tc>
        <w:tc>
          <w:tcPr>
            <w:tcW w:w="3532" w:type="dxa"/>
            <w:shd w:val="clear" w:color="auto" w:fill="F4F9FF"/>
            <w:tcMar>
              <w:top w:w="70" w:type="dxa"/>
              <w:left w:w="70" w:type="dxa"/>
              <w:bottom w:w="70" w:type="dxa"/>
              <w:right w:w="70" w:type="dxa"/>
            </w:tcMar>
            <w:vAlign w:val="center"/>
          </w:tcPr>
          <w:p w14:paraId="28F33DA0" w14:textId="77777777" w:rsidR="005E7ED3" w:rsidRDefault="00000000">
            <w:r>
              <w:rPr>
                <w:sz w:val="14"/>
              </w:rPr>
              <w:t>[...]</w:t>
            </w:r>
          </w:p>
        </w:tc>
      </w:tr>
      <w:tr w:rsidR="005E7ED3" w14:paraId="07CC8AE9" w14:textId="77777777">
        <w:trPr>
          <w:jc w:val="center"/>
        </w:trPr>
        <w:tc>
          <w:tcPr>
            <w:tcW w:w="3532" w:type="dxa"/>
            <w:shd w:val="clear" w:color="auto" w:fill="FFFFFF"/>
            <w:tcMar>
              <w:top w:w="70" w:type="dxa"/>
              <w:left w:w="70" w:type="dxa"/>
              <w:bottom w:w="70" w:type="dxa"/>
              <w:right w:w="70" w:type="dxa"/>
            </w:tcMar>
            <w:vAlign w:val="center"/>
          </w:tcPr>
          <w:p w14:paraId="279D0E62" w14:textId="77777777" w:rsidR="005E7ED3" w:rsidRDefault="00000000">
            <w:r>
              <w:rPr>
                <w:sz w:val="14"/>
              </w:rPr>
              <w:t>[...]</w:t>
            </w:r>
          </w:p>
        </w:tc>
        <w:tc>
          <w:tcPr>
            <w:tcW w:w="3532" w:type="dxa"/>
            <w:shd w:val="clear" w:color="auto" w:fill="FFFFFF"/>
            <w:tcMar>
              <w:top w:w="70" w:type="dxa"/>
              <w:left w:w="70" w:type="dxa"/>
              <w:bottom w:w="70" w:type="dxa"/>
              <w:right w:w="70" w:type="dxa"/>
            </w:tcMar>
            <w:vAlign w:val="center"/>
          </w:tcPr>
          <w:p w14:paraId="4F3D7E5C" w14:textId="77777777" w:rsidR="005E7ED3" w:rsidRDefault="00000000">
            <w:r>
              <w:rPr>
                <w:sz w:val="14"/>
              </w:rPr>
              <w:t>[...]</w:t>
            </w:r>
          </w:p>
        </w:tc>
        <w:tc>
          <w:tcPr>
            <w:tcW w:w="3532" w:type="dxa"/>
            <w:shd w:val="clear" w:color="auto" w:fill="FFFFFF"/>
            <w:tcMar>
              <w:top w:w="70" w:type="dxa"/>
              <w:left w:w="70" w:type="dxa"/>
              <w:bottom w:w="70" w:type="dxa"/>
              <w:right w:w="70" w:type="dxa"/>
            </w:tcMar>
            <w:vAlign w:val="center"/>
          </w:tcPr>
          <w:p w14:paraId="05256CD3" w14:textId="77777777" w:rsidR="005E7ED3" w:rsidRDefault="00000000">
            <w:r>
              <w:rPr>
                <w:sz w:val="14"/>
              </w:rPr>
              <w:t>[...]</w:t>
            </w:r>
          </w:p>
        </w:tc>
      </w:tr>
    </w:tbl>
    <w:p w14:paraId="4CF9BF38" w14:textId="77777777" w:rsidR="005E7ED3" w:rsidRDefault="00000000">
      <w:pPr>
        <w:pStyle w:val="Titolo2"/>
      </w:pPr>
      <w:r>
        <w:rPr>
          <w:rFonts w:ascii="Arial" w:hAnsi="Arial"/>
          <w:b w:val="0"/>
        </w:rPr>
        <w:t>Misure da adottare per la mansione</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1766"/>
        <w:gridCol w:w="1766"/>
        <w:gridCol w:w="1766"/>
        <w:gridCol w:w="1766"/>
        <w:gridCol w:w="1766"/>
        <w:gridCol w:w="1766"/>
      </w:tblGrid>
      <w:tr w:rsidR="005E7ED3" w14:paraId="3E7A65DF" w14:textId="77777777">
        <w:trPr>
          <w:jc w:val="center"/>
        </w:trPr>
        <w:tc>
          <w:tcPr>
            <w:tcW w:w="1766" w:type="dxa"/>
            <w:shd w:val="clear" w:color="auto" w:fill="0B3A66"/>
            <w:tcMar>
              <w:top w:w="70" w:type="dxa"/>
              <w:left w:w="70" w:type="dxa"/>
              <w:bottom w:w="70" w:type="dxa"/>
              <w:right w:w="70" w:type="dxa"/>
            </w:tcMar>
            <w:vAlign w:val="center"/>
          </w:tcPr>
          <w:p w14:paraId="2429B87D" w14:textId="77777777" w:rsidR="005E7ED3" w:rsidRDefault="00000000">
            <w:pPr>
              <w:jc w:val="center"/>
            </w:pPr>
            <w:r>
              <w:rPr>
                <w:b/>
                <w:color w:val="FFFFFF"/>
                <w:sz w:val="13"/>
              </w:rPr>
              <w:t>Misura</w:t>
            </w:r>
          </w:p>
        </w:tc>
        <w:tc>
          <w:tcPr>
            <w:tcW w:w="1766" w:type="dxa"/>
            <w:shd w:val="clear" w:color="auto" w:fill="0B3A66"/>
            <w:tcMar>
              <w:top w:w="70" w:type="dxa"/>
              <w:left w:w="70" w:type="dxa"/>
              <w:bottom w:w="70" w:type="dxa"/>
              <w:right w:w="70" w:type="dxa"/>
            </w:tcMar>
            <w:vAlign w:val="center"/>
          </w:tcPr>
          <w:p w14:paraId="6F975186" w14:textId="77777777" w:rsidR="005E7ED3" w:rsidRDefault="00000000">
            <w:pPr>
              <w:jc w:val="center"/>
            </w:pPr>
            <w:r>
              <w:rPr>
                <w:b/>
                <w:color w:val="FFFFFF"/>
                <w:sz w:val="13"/>
              </w:rPr>
              <w:t>Tipo</w:t>
            </w:r>
          </w:p>
        </w:tc>
        <w:tc>
          <w:tcPr>
            <w:tcW w:w="1766" w:type="dxa"/>
            <w:shd w:val="clear" w:color="auto" w:fill="0B3A66"/>
            <w:tcMar>
              <w:top w:w="70" w:type="dxa"/>
              <w:left w:w="70" w:type="dxa"/>
              <w:bottom w:w="70" w:type="dxa"/>
              <w:right w:w="70" w:type="dxa"/>
            </w:tcMar>
            <w:vAlign w:val="center"/>
          </w:tcPr>
          <w:p w14:paraId="1B1F71C6" w14:textId="77777777" w:rsidR="005E7ED3" w:rsidRDefault="00000000">
            <w:pPr>
              <w:jc w:val="center"/>
            </w:pPr>
            <w:r>
              <w:rPr>
                <w:b/>
                <w:color w:val="FFFFFF"/>
                <w:sz w:val="13"/>
              </w:rPr>
              <w:t>Priorita</w:t>
            </w:r>
          </w:p>
        </w:tc>
        <w:tc>
          <w:tcPr>
            <w:tcW w:w="1766" w:type="dxa"/>
            <w:shd w:val="clear" w:color="auto" w:fill="0B3A66"/>
            <w:tcMar>
              <w:top w:w="70" w:type="dxa"/>
              <w:left w:w="70" w:type="dxa"/>
              <w:bottom w:w="70" w:type="dxa"/>
              <w:right w:w="70" w:type="dxa"/>
            </w:tcMar>
            <w:vAlign w:val="center"/>
          </w:tcPr>
          <w:p w14:paraId="205C8895" w14:textId="77777777" w:rsidR="005E7ED3" w:rsidRDefault="00000000">
            <w:pPr>
              <w:jc w:val="center"/>
            </w:pPr>
            <w:r>
              <w:rPr>
                <w:b/>
                <w:color w:val="FFFFFF"/>
                <w:sz w:val="13"/>
              </w:rPr>
              <w:t>Responsabile</w:t>
            </w:r>
          </w:p>
        </w:tc>
        <w:tc>
          <w:tcPr>
            <w:tcW w:w="1766" w:type="dxa"/>
            <w:shd w:val="clear" w:color="auto" w:fill="0B3A66"/>
            <w:tcMar>
              <w:top w:w="70" w:type="dxa"/>
              <w:left w:w="70" w:type="dxa"/>
              <w:bottom w:w="70" w:type="dxa"/>
              <w:right w:w="70" w:type="dxa"/>
            </w:tcMar>
            <w:vAlign w:val="center"/>
          </w:tcPr>
          <w:p w14:paraId="18F072D4" w14:textId="77777777" w:rsidR="005E7ED3" w:rsidRDefault="00000000">
            <w:pPr>
              <w:jc w:val="center"/>
            </w:pPr>
            <w:r>
              <w:rPr>
                <w:b/>
                <w:color w:val="FFFFFF"/>
                <w:sz w:val="13"/>
              </w:rPr>
              <w:t>Scadenza</w:t>
            </w:r>
          </w:p>
        </w:tc>
        <w:tc>
          <w:tcPr>
            <w:tcW w:w="1766" w:type="dxa"/>
            <w:shd w:val="clear" w:color="auto" w:fill="0B3A66"/>
            <w:tcMar>
              <w:top w:w="70" w:type="dxa"/>
              <w:left w:w="70" w:type="dxa"/>
              <w:bottom w:w="70" w:type="dxa"/>
              <w:right w:w="70" w:type="dxa"/>
            </w:tcMar>
            <w:vAlign w:val="center"/>
          </w:tcPr>
          <w:p w14:paraId="5B71F96B" w14:textId="77777777" w:rsidR="005E7ED3" w:rsidRDefault="00000000">
            <w:pPr>
              <w:jc w:val="center"/>
            </w:pPr>
            <w:r>
              <w:rPr>
                <w:b/>
                <w:color w:val="FFFFFF"/>
                <w:sz w:val="13"/>
              </w:rPr>
              <w:t>Verifica efficacia</w:t>
            </w:r>
          </w:p>
        </w:tc>
      </w:tr>
      <w:tr w:rsidR="005E7ED3" w14:paraId="33DEE28B" w14:textId="77777777">
        <w:trPr>
          <w:jc w:val="center"/>
        </w:trPr>
        <w:tc>
          <w:tcPr>
            <w:tcW w:w="1766" w:type="dxa"/>
            <w:shd w:val="clear" w:color="auto" w:fill="FFFFFF"/>
            <w:tcMar>
              <w:top w:w="70" w:type="dxa"/>
              <w:left w:w="70" w:type="dxa"/>
              <w:bottom w:w="70" w:type="dxa"/>
              <w:right w:w="70" w:type="dxa"/>
            </w:tcMar>
            <w:vAlign w:val="center"/>
          </w:tcPr>
          <w:p w14:paraId="78A2FA58"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1F6AF61C"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657058A0"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2204E4C4"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30C90999"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2B81F69E" w14:textId="77777777" w:rsidR="005E7ED3" w:rsidRDefault="00000000">
            <w:r>
              <w:rPr>
                <w:sz w:val="13"/>
              </w:rPr>
              <w:t>[...]</w:t>
            </w:r>
          </w:p>
        </w:tc>
      </w:tr>
      <w:tr w:rsidR="005E7ED3" w14:paraId="39427D2E" w14:textId="77777777">
        <w:trPr>
          <w:jc w:val="center"/>
        </w:trPr>
        <w:tc>
          <w:tcPr>
            <w:tcW w:w="1766" w:type="dxa"/>
            <w:shd w:val="clear" w:color="auto" w:fill="F4F9FF"/>
            <w:tcMar>
              <w:top w:w="70" w:type="dxa"/>
              <w:left w:w="70" w:type="dxa"/>
              <w:bottom w:w="70" w:type="dxa"/>
              <w:right w:w="70" w:type="dxa"/>
            </w:tcMar>
            <w:vAlign w:val="center"/>
          </w:tcPr>
          <w:p w14:paraId="08A5AB7E"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56B0AEB4"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532B167E"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370AB737"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312391D9"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3C9EF5A5" w14:textId="77777777" w:rsidR="005E7ED3" w:rsidRDefault="00000000">
            <w:r>
              <w:rPr>
                <w:sz w:val="13"/>
              </w:rPr>
              <w:t>[...]</w:t>
            </w:r>
          </w:p>
        </w:tc>
      </w:tr>
      <w:tr w:rsidR="005E7ED3" w14:paraId="28065309" w14:textId="77777777">
        <w:trPr>
          <w:jc w:val="center"/>
        </w:trPr>
        <w:tc>
          <w:tcPr>
            <w:tcW w:w="1766" w:type="dxa"/>
            <w:shd w:val="clear" w:color="auto" w:fill="FFFFFF"/>
            <w:tcMar>
              <w:top w:w="70" w:type="dxa"/>
              <w:left w:w="70" w:type="dxa"/>
              <w:bottom w:w="70" w:type="dxa"/>
              <w:right w:w="70" w:type="dxa"/>
            </w:tcMar>
            <w:vAlign w:val="center"/>
          </w:tcPr>
          <w:p w14:paraId="46C91711"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2B86BA59"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6AA7B3A2"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3EA33CBF"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175E3EA3"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15959F20" w14:textId="77777777" w:rsidR="005E7ED3" w:rsidRDefault="00000000">
            <w:r>
              <w:rPr>
                <w:sz w:val="13"/>
              </w:rPr>
              <w:t>[...]</w:t>
            </w:r>
          </w:p>
        </w:tc>
      </w:tr>
      <w:tr w:rsidR="005E7ED3" w14:paraId="0BB0483D" w14:textId="77777777">
        <w:trPr>
          <w:jc w:val="center"/>
        </w:trPr>
        <w:tc>
          <w:tcPr>
            <w:tcW w:w="1766" w:type="dxa"/>
            <w:shd w:val="clear" w:color="auto" w:fill="F4F9FF"/>
            <w:tcMar>
              <w:top w:w="70" w:type="dxa"/>
              <w:left w:w="70" w:type="dxa"/>
              <w:bottom w:w="70" w:type="dxa"/>
              <w:right w:w="70" w:type="dxa"/>
            </w:tcMar>
            <w:vAlign w:val="center"/>
          </w:tcPr>
          <w:p w14:paraId="15AC53E4"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0F1B2095"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1EBDA3EF"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6C46DD51"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75A54FED"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61F83FB1" w14:textId="77777777" w:rsidR="005E7ED3" w:rsidRDefault="00000000">
            <w:r>
              <w:rPr>
                <w:sz w:val="13"/>
              </w:rPr>
              <w:t>[...]</w:t>
            </w:r>
          </w:p>
        </w:tc>
      </w:tr>
      <w:tr w:rsidR="005E7ED3" w14:paraId="7A47BA20" w14:textId="77777777">
        <w:trPr>
          <w:jc w:val="center"/>
        </w:trPr>
        <w:tc>
          <w:tcPr>
            <w:tcW w:w="1766" w:type="dxa"/>
            <w:shd w:val="clear" w:color="auto" w:fill="FFFFFF"/>
            <w:tcMar>
              <w:top w:w="70" w:type="dxa"/>
              <w:left w:w="70" w:type="dxa"/>
              <w:bottom w:w="70" w:type="dxa"/>
              <w:right w:w="70" w:type="dxa"/>
            </w:tcMar>
            <w:vAlign w:val="center"/>
          </w:tcPr>
          <w:p w14:paraId="04D004F6"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3B5AF8B5"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2C03F918"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2F77D02E"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227A52F9"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49CDE144" w14:textId="77777777" w:rsidR="005E7ED3" w:rsidRDefault="00000000">
            <w:r>
              <w:rPr>
                <w:sz w:val="13"/>
              </w:rPr>
              <w:t>[...]</w:t>
            </w:r>
          </w:p>
        </w:tc>
      </w:tr>
      <w:tr w:rsidR="005E7ED3" w14:paraId="4B9E345F" w14:textId="77777777">
        <w:trPr>
          <w:jc w:val="center"/>
        </w:trPr>
        <w:tc>
          <w:tcPr>
            <w:tcW w:w="1766" w:type="dxa"/>
            <w:shd w:val="clear" w:color="auto" w:fill="F4F9FF"/>
            <w:tcMar>
              <w:top w:w="70" w:type="dxa"/>
              <w:left w:w="70" w:type="dxa"/>
              <w:bottom w:w="70" w:type="dxa"/>
              <w:right w:w="70" w:type="dxa"/>
            </w:tcMar>
            <w:vAlign w:val="center"/>
          </w:tcPr>
          <w:p w14:paraId="2CBC6852"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52FACDA8"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7AB084E3"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60E6F704"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179F4CB7"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554ED069" w14:textId="77777777" w:rsidR="005E7ED3" w:rsidRDefault="00000000">
            <w:r>
              <w:rPr>
                <w:sz w:val="13"/>
              </w:rPr>
              <w:t>[...]</w:t>
            </w:r>
          </w:p>
        </w:tc>
      </w:tr>
    </w:tbl>
    <w:p w14:paraId="0F4BED64" w14:textId="77777777" w:rsidR="005E7ED3" w:rsidRDefault="00000000">
      <w:r>
        <w:br w:type="page"/>
      </w:r>
    </w:p>
    <w:tbl>
      <w:tblPr>
        <w:tblW w:w="0" w:type="auto"/>
        <w:jc w:val="center"/>
        <w:tblBorders>
          <w:top w:val="single" w:sz="4" w:space="0" w:color="145DA0"/>
          <w:left w:val="single" w:sz="4" w:space="0" w:color="145DA0"/>
          <w:bottom w:val="single" w:sz="4" w:space="0" w:color="145DA0"/>
          <w:right w:val="single" w:sz="4" w:space="0" w:color="145DA0"/>
          <w:insideH w:val="single" w:sz="4" w:space="0" w:color="145DA0"/>
          <w:insideV w:val="single" w:sz="4" w:space="0" w:color="145DA0"/>
        </w:tblBorders>
        <w:tblLook w:val="04A0" w:firstRow="1" w:lastRow="0" w:firstColumn="1" w:lastColumn="0" w:noHBand="0" w:noVBand="1"/>
      </w:tblPr>
      <w:tblGrid>
        <w:gridCol w:w="2649"/>
        <w:gridCol w:w="2649"/>
        <w:gridCol w:w="2649"/>
        <w:gridCol w:w="2649"/>
      </w:tblGrid>
      <w:tr w:rsidR="005E7ED3" w14:paraId="75E10073" w14:textId="77777777">
        <w:trPr>
          <w:jc w:val="center"/>
        </w:trPr>
        <w:tc>
          <w:tcPr>
            <w:tcW w:w="10596" w:type="dxa"/>
            <w:gridSpan w:val="4"/>
            <w:shd w:val="clear" w:color="auto" w:fill="145DA0"/>
            <w:tcMar>
              <w:top w:w="70" w:type="dxa"/>
              <w:left w:w="70" w:type="dxa"/>
              <w:bottom w:w="70" w:type="dxa"/>
              <w:right w:w="70" w:type="dxa"/>
            </w:tcMar>
            <w:vAlign w:val="center"/>
          </w:tcPr>
          <w:p w14:paraId="6EDED6BD" w14:textId="77777777" w:rsidR="005E7ED3" w:rsidRDefault="00000000">
            <w:pPr>
              <w:jc w:val="center"/>
            </w:pPr>
            <w:r>
              <w:rPr>
                <w:b/>
                <w:color w:val="FFFFFF"/>
                <w:sz w:val="21"/>
              </w:rPr>
              <w:t>SCHEDA VALUTAZIONE MANSIONE N. 2</w:t>
            </w:r>
          </w:p>
        </w:tc>
      </w:tr>
      <w:tr w:rsidR="005E7ED3" w14:paraId="1CA45D6A" w14:textId="77777777">
        <w:trPr>
          <w:jc w:val="center"/>
        </w:trPr>
        <w:tc>
          <w:tcPr>
            <w:tcW w:w="10596" w:type="dxa"/>
            <w:gridSpan w:val="4"/>
            <w:shd w:val="clear" w:color="auto" w:fill="145DA0"/>
            <w:tcMar>
              <w:top w:w="70" w:type="dxa"/>
              <w:left w:w="70" w:type="dxa"/>
              <w:bottom w:w="70" w:type="dxa"/>
              <w:right w:w="70" w:type="dxa"/>
            </w:tcMar>
            <w:vAlign w:val="center"/>
          </w:tcPr>
          <w:p w14:paraId="53DB3C47" w14:textId="77777777" w:rsidR="005E7ED3" w:rsidRDefault="00000000">
            <w:pPr>
              <w:jc w:val="center"/>
            </w:pPr>
            <w:r>
              <w:rPr>
                <w:b/>
                <w:color w:val="FFFFFF"/>
              </w:rPr>
              <w:t>Dati generali della mansione</w:t>
            </w:r>
          </w:p>
        </w:tc>
      </w:tr>
      <w:tr w:rsidR="005E7ED3" w14:paraId="5F18175B"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68A07B61" w14:textId="77777777" w:rsidR="005E7ED3" w:rsidRDefault="00000000">
            <w:r>
              <w:rPr>
                <w:b/>
                <w:color w:val="0B3A66"/>
                <w:sz w:val="16"/>
              </w:rPr>
              <w:t>Reparto / area</w:t>
            </w:r>
          </w:p>
        </w:tc>
        <w:tc>
          <w:tcPr>
            <w:tcW w:w="2649" w:type="dxa"/>
            <w:shd w:val="clear" w:color="auto" w:fill="FFFFFF"/>
            <w:tcMar>
              <w:top w:w="70" w:type="dxa"/>
              <w:left w:w="70" w:type="dxa"/>
              <w:bottom w:w="70" w:type="dxa"/>
              <w:right w:w="70" w:type="dxa"/>
            </w:tcMar>
            <w:vAlign w:val="center"/>
          </w:tcPr>
          <w:p w14:paraId="6FAA2A34" w14:textId="77777777" w:rsidR="005E7ED3" w:rsidRDefault="00000000">
            <w:r>
              <w:rPr>
                <w:color w:val="404040"/>
                <w:sz w:val="16"/>
              </w:rPr>
              <w:t>[inserire]</w:t>
            </w:r>
          </w:p>
        </w:tc>
        <w:tc>
          <w:tcPr>
            <w:tcW w:w="2649" w:type="dxa"/>
            <w:shd w:val="clear" w:color="auto" w:fill="F2F5F8"/>
            <w:tcMar>
              <w:top w:w="70" w:type="dxa"/>
              <w:left w:w="70" w:type="dxa"/>
              <w:bottom w:w="70" w:type="dxa"/>
              <w:right w:w="70" w:type="dxa"/>
            </w:tcMar>
            <w:vAlign w:val="center"/>
          </w:tcPr>
          <w:p w14:paraId="6E21F14B" w14:textId="77777777" w:rsidR="005E7ED3" w:rsidRDefault="00000000">
            <w:r>
              <w:rPr>
                <w:b/>
                <w:color w:val="0B3A66"/>
                <w:sz w:val="16"/>
              </w:rPr>
              <w:t>Mansione / postazione</w:t>
            </w:r>
          </w:p>
        </w:tc>
        <w:tc>
          <w:tcPr>
            <w:tcW w:w="2649" w:type="dxa"/>
            <w:shd w:val="clear" w:color="auto" w:fill="FFFFFF"/>
            <w:tcMar>
              <w:top w:w="70" w:type="dxa"/>
              <w:left w:w="70" w:type="dxa"/>
              <w:bottom w:w="70" w:type="dxa"/>
              <w:right w:w="70" w:type="dxa"/>
            </w:tcMar>
            <w:vAlign w:val="center"/>
          </w:tcPr>
          <w:p w14:paraId="2732B35F" w14:textId="77777777" w:rsidR="005E7ED3" w:rsidRDefault="00000000">
            <w:r>
              <w:rPr>
                <w:color w:val="404040"/>
                <w:sz w:val="16"/>
              </w:rPr>
              <w:t>[inserire]</w:t>
            </w:r>
          </w:p>
        </w:tc>
      </w:tr>
      <w:tr w:rsidR="005E7ED3" w14:paraId="497450CF"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3A44E1B7" w14:textId="77777777" w:rsidR="005E7ED3" w:rsidRDefault="00000000">
            <w:r>
              <w:rPr>
                <w:b/>
                <w:color w:val="0B3A66"/>
                <w:sz w:val="16"/>
              </w:rPr>
              <w:t>Numero lavoratori esposti</w:t>
            </w:r>
          </w:p>
        </w:tc>
        <w:tc>
          <w:tcPr>
            <w:tcW w:w="2649" w:type="dxa"/>
            <w:shd w:val="clear" w:color="auto" w:fill="FFFFFF"/>
            <w:tcMar>
              <w:top w:w="70" w:type="dxa"/>
              <w:left w:w="70" w:type="dxa"/>
              <w:bottom w:w="70" w:type="dxa"/>
              <w:right w:w="70" w:type="dxa"/>
            </w:tcMar>
            <w:vAlign w:val="center"/>
          </w:tcPr>
          <w:p w14:paraId="7F93F348" w14:textId="77777777" w:rsidR="005E7ED3" w:rsidRDefault="00000000">
            <w:r>
              <w:rPr>
                <w:color w:val="404040"/>
                <w:sz w:val="16"/>
              </w:rPr>
              <w:t>[inserire]</w:t>
            </w:r>
          </w:p>
        </w:tc>
        <w:tc>
          <w:tcPr>
            <w:tcW w:w="2649" w:type="dxa"/>
            <w:shd w:val="clear" w:color="auto" w:fill="F2F5F8"/>
            <w:tcMar>
              <w:top w:w="70" w:type="dxa"/>
              <w:left w:w="70" w:type="dxa"/>
              <w:bottom w:w="70" w:type="dxa"/>
              <w:right w:w="70" w:type="dxa"/>
            </w:tcMar>
            <w:vAlign w:val="center"/>
          </w:tcPr>
          <w:p w14:paraId="69E90E22" w14:textId="77777777" w:rsidR="005E7ED3" w:rsidRDefault="00000000">
            <w:r>
              <w:rPr>
                <w:b/>
                <w:color w:val="0B3A66"/>
                <w:sz w:val="16"/>
              </w:rPr>
              <w:t>Turno / durata effettiva</w:t>
            </w:r>
          </w:p>
        </w:tc>
        <w:tc>
          <w:tcPr>
            <w:tcW w:w="2649" w:type="dxa"/>
            <w:shd w:val="clear" w:color="auto" w:fill="FFFFFF"/>
            <w:tcMar>
              <w:top w:w="70" w:type="dxa"/>
              <w:left w:w="70" w:type="dxa"/>
              <w:bottom w:w="70" w:type="dxa"/>
              <w:right w:w="70" w:type="dxa"/>
            </w:tcMar>
            <w:vAlign w:val="center"/>
          </w:tcPr>
          <w:p w14:paraId="2CD02DA8" w14:textId="77777777" w:rsidR="005E7ED3" w:rsidRDefault="00000000">
            <w:r>
              <w:rPr>
                <w:color w:val="404040"/>
                <w:sz w:val="16"/>
              </w:rPr>
              <w:t>[inserire]</w:t>
            </w:r>
          </w:p>
        </w:tc>
      </w:tr>
      <w:tr w:rsidR="005E7ED3" w14:paraId="44C7F242"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0E4CF9AE" w14:textId="77777777" w:rsidR="005E7ED3" w:rsidRDefault="00000000">
            <w:r>
              <w:rPr>
                <w:b/>
                <w:color w:val="0B3A66"/>
                <w:sz w:val="16"/>
              </w:rPr>
              <w:t>Descrizione sintetica attivita</w:t>
            </w:r>
          </w:p>
        </w:tc>
        <w:tc>
          <w:tcPr>
            <w:tcW w:w="2649" w:type="dxa"/>
            <w:shd w:val="clear" w:color="auto" w:fill="FFFFFF"/>
            <w:tcMar>
              <w:top w:w="70" w:type="dxa"/>
              <w:left w:w="70" w:type="dxa"/>
              <w:bottom w:w="70" w:type="dxa"/>
              <w:right w:w="70" w:type="dxa"/>
            </w:tcMar>
            <w:vAlign w:val="center"/>
          </w:tcPr>
          <w:p w14:paraId="3A1351F1" w14:textId="77777777" w:rsidR="005E7ED3" w:rsidRDefault="00000000">
            <w:r>
              <w:rPr>
                <w:color w:val="404040"/>
                <w:sz w:val="16"/>
              </w:rPr>
              <w:t>[incollare o descrivere]</w:t>
            </w:r>
          </w:p>
        </w:tc>
        <w:tc>
          <w:tcPr>
            <w:tcW w:w="2649" w:type="dxa"/>
            <w:shd w:val="clear" w:color="auto" w:fill="F2F5F8"/>
            <w:tcMar>
              <w:top w:w="70" w:type="dxa"/>
              <w:left w:w="70" w:type="dxa"/>
              <w:bottom w:w="70" w:type="dxa"/>
              <w:right w:w="70" w:type="dxa"/>
            </w:tcMar>
            <w:vAlign w:val="center"/>
          </w:tcPr>
          <w:p w14:paraId="123B5A34" w14:textId="77777777" w:rsidR="005E7ED3" w:rsidRDefault="00000000">
            <w:r>
              <w:rPr>
                <w:b/>
                <w:color w:val="0B3A66"/>
                <w:sz w:val="16"/>
              </w:rPr>
              <w:t>Fonte dati</w:t>
            </w:r>
          </w:p>
        </w:tc>
        <w:tc>
          <w:tcPr>
            <w:tcW w:w="2649" w:type="dxa"/>
            <w:shd w:val="clear" w:color="auto" w:fill="FFFFFF"/>
            <w:tcMar>
              <w:top w:w="70" w:type="dxa"/>
              <w:left w:w="70" w:type="dxa"/>
              <w:bottom w:w="70" w:type="dxa"/>
              <w:right w:w="70" w:type="dxa"/>
            </w:tcMar>
            <w:vAlign w:val="center"/>
          </w:tcPr>
          <w:p w14:paraId="0A003398" w14:textId="77777777" w:rsidR="005E7ED3" w:rsidRDefault="00000000">
            <w:r>
              <w:rPr>
                <w:color w:val="404040"/>
                <w:sz w:val="16"/>
              </w:rPr>
              <w:t>[web app / sopralluogo / intervista / cronometro]</w:t>
            </w:r>
          </w:p>
        </w:tc>
      </w:tr>
      <w:tr w:rsidR="005E7ED3" w14:paraId="02767391"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45A5B5FA" w14:textId="77777777" w:rsidR="005E7ED3" w:rsidRDefault="00000000">
            <w:r>
              <w:rPr>
                <w:b/>
                <w:color w:val="0B3A66"/>
                <w:sz w:val="16"/>
              </w:rPr>
              <w:t>Data valutazione</w:t>
            </w:r>
          </w:p>
        </w:tc>
        <w:tc>
          <w:tcPr>
            <w:tcW w:w="2649" w:type="dxa"/>
            <w:shd w:val="clear" w:color="auto" w:fill="FFFFFF"/>
            <w:tcMar>
              <w:top w:w="70" w:type="dxa"/>
              <w:left w:w="70" w:type="dxa"/>
              <w:bottom w:w="70" w:type="dxa"/>
              <w:right w:w="70" w:type="dxa"/>
            </w:tcMar>
            <w:vAlign w:val="center"/>
          </w:tcPr>
          <w:p w14:paraId="01431629" w14:textId="77777777" w:rsidR="005E7ED3" w:rsidRDefault="00000000">
            <w:r>
              <w:rPr>
                <w:color w:val="404040"/>
                <w:sz w:val="16"/>
              </w:rPr>
              <w:t>[inserire]</w:t>
            </w:r>
          </w:p>
        </w:tc>
        <w:tc>
          <w:tcPr>
            <w:tcW w:w="2649" w:type="dxa"/>
            <w:shd w:val="clear" w:color="auto" w:fill="F2F5F8"/>
            <w:tcMar>
              <w:top w:w="70" w:type="dxa"/>
              <w:left w:w="70" w:type="dxa"/>
              <w:bottom w:w="70" w:type="dxa"/>
              <w:right w:w="70" w:type="dxa"/>
            </w:tcMar>
            <w:vAlign w:val="center"/>
          </w:tcPr>
          <w:p w14:paraId="05B5CA50" w14:textId="77777777" w:rsidR="005E7ED3" w:rsidRDefault="00000000">
            <w:r>
              <w:rPr>
                <w:b/>
                <w:color w:val="0B3A66"/>
                <w:sz w:val="16"/>
              </w:rPr>
              <w:t>Valutatore</w:t>
            </w:r>
          </w:p>
        </w:tc>
        <w:tc>
          <w:tcPr>
            <w:tcW w:w="2649" w:type="dxa"/>
            <w:shd w:val="clear" w:color="auto" w:fill="FFFFFF"/>
            <w:tcMar>
              <w:top w:w="70" w:type="dxa"/>
              <w:left w:w="70" w:type="dxa"/>
              <w:bottom w:w="70" w:type="dxa"/>
              <w:right w:w="70" w:type="dxa"/>
            </w:tcMar>
            <w:vAlign w:val="center"/>
          </w:tcPr>
          <w:p w14:paraId="2A1F0102" w14:textId="77777777" w:rsidR="005E7ED3" w:rsidRDefault="00000000">
            <w:r>
              <w:rPr>
                <w:color w:val="404040"/>
                <w:sz w:val="16"/>
              </w:rPr>
              <w:t>[inserire]</w:t>
            </w:r>
          </w:p>
        </w:tc>
      </w:tr>
    </w:tbl>
    <w:p w14:paraId="153C40F5" w14:textId="77777777" w:rsidR="005E7ED3" w:rsidRDefault="00000000">
      <w:pPr>
        <w:pStyle w:val="Titolo2"/>
      </w:pPr>
      <w:r>
        <w:rPr>
          <w:rFonts w:ascii="Arial" w:hAnsi="Arial"/>
          <w:b w:val="0"/>
        </w:rPr>
        <w:t>Tempi e condizioni posturali rilevate</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2119"/>
        <w:gridCol w:w="2119"/>
        <w:gridCol w:w="2119"/>
        <w:gridCol w:w="2119"/>
        <w:gridCol w:w="2119"/>
      </w:tblGrid>
      <w:tr w:rsidR="005E7ED3" w14:paraId="45A73F90" w14:textId="77777777">
        <w:trPr>
          <w:jc w:val="center"/>
        </w:trPr>
        <w:tc>
          <w:tcPr>
            <w:tcW w:w="2119" w:type="dxa"/>
            <w:shd w:val="clear" w:color="auto" w:fill="0B3A66"/>
            <w:tcMar>
              <w:top w:w="70" w:type="dxa"/>
              <w:left w:w="70" w:type="dxa"/>
              <w:bottom w:w="70" w:type="dxa"/>
              <w:right w:w="70" w:type="dxa"/>
            </w:tcMar>
            <w:vAlign w:val="center"/>
          </w:tcPr>
          <w:p w14:paraId="4394A679" w14:textId="77777777" w:rsidR="005E7ED3" w:rsidRDefault="00000000">
            <w:pPr>
              <w:jc w:val="center"/>
            </w:pPr>
            <w:r>
              <w:rPr>
                <w:b/>
                <w:color w:val="FFFFFF"/>
                <w:sz w:val="14"/>
              </w:rPr>
              <w:t>Parametro</w:t>
            </w:r>
          </w:p>
        </w:tc>
        <w:tc>
          <w:tcPr>
            <w:tcW w:w="2119" w:type="dxa"/>
            <w:shd w:val="clear" w:color="auto" w:fill="0B3A66"/>
            <w:tcMar>
              <w:top w:w="70" w:type="dxa"/>
              <w:left w:w="70" w:type="dxa"/>
              <w:bottom w:w="70" w:type="dxa"/>
              <w:right w:w="70" w:type="dxa"/>
            </w:tcMar>
            <w:vAlign w:val="center"/>
          </w:tcPr>
          <w:p w14:paraId="38C35047" w14:textId="77777777" w:rsidR="005E7ED3" w:rsidRDefault="00000000">
            <w:pPr>
              <w:jc w:val="center"/>
            </w:pPr>
            <w:r>
              <w:rPr>
                <w:b/>
                <w:color w:val="FFFFFF"/>
                <w:sz w:val="14"/>
              </w:rPr>
              <w:t>Dato rilevato</w:t>
            </w:r>
          </w:p>
        </w:tc>
        <w:tc>
          <w:tcPr>
            <w:tcW w:w="2119" w:type="dxa"/>
            <w:shd w:val="clear" w:color="auto" w:fill="0B3A66"/>
            <w:tcMar>
              <w:top w:w="70" w:type="dxa"/>
              <w:left w:w="70" w:type="dxa"/>
              <w:bottom w:w="70" w:type="dxa"/>
              <w:right w:w="70" w:type="dxa"/>
            </w:tcMar>
            <w:vAlign w:val="center"/>
          </w:tcPr>
          <w:p w14:paraId="37EB8D8F" w14:textId="77777777" w:rsidR="005E7ED3" w:rsidRDefault="00000000">
            <w:pPr>
              <w:jc w:val="center"/>
            </w:pPr>
            <w:r>
              <w:rPr>
                <w:b/>
                <w:color w:val="FFFFFF"/>
                <w:sz w:val="14"/>
              </w:rPr>
              <w:t>Soglia/metodo</w:t>
            </w:r>
          </w:p>
        </w:tc>
        <w:tc>
          <w:tcPr>
            <w:tcW w:w="2119" w:type="dxa"/>
            <w:shd w:val="clear" w:color="auto" w:fill="0B3A66"/>
            <w:tcMar>
              <w:top w:w="70" w:type="dxa"/>
              <w:left w:w="70" w:type="dxa"/>
              <w:bottom w:w="70" w:type="dxa"/>
              <w:right w:w="70" w:type="dxa"/>
            </w:tcMar>
            <w:vAlign w:val="center"/>
          </w:tcPr>
          <w:p w14:paraId="62A271A7" w14:textId="77777777" w:rsidR="005E7ED3" w:rsidRDefault="00000000">
            <w:pPr>
              <w:jc w:val="center"/>
            </w:pPr>
            <w:r>
              <w:rPr>
                <w:b/>
                <w:color w:val="FFFFFF"/>
                <w:sz w:val="14"/>
              </w:rPr>
              <w:t>Esito parziale</w:t>
            </w:r>
          </w:p>
        </w:tc>
        <w:tc>
          <w:tcPr>
            <w:tcW w:w="2119" w:type="dxa"/>
            <w:shd w:val="clear" w:color="auto" w:fill="0B3A66"/>
            <w:tcMar>
              <w:top w:w="70" w:type="dxa"/>
              <w:left w:w="70" w:type="dxa"/>
              <w:bottom w:w="70" w:type="dxa"/>
              <w:right w:w="70" w:type="dxa"/>
            </w:tcMar>
            <w:vAlign w:val="center"/>
          </w:tcPr>
          <w:p w14:paraId="0CEEF12F" w14:textId="77777777" w:rsidR="005E7ED3" w:rsidRDefault="00000000">
            <w:pPr>
              <w:jc w:val="center"/>
            </w:pPr>
            <w:r>
              <w:rPr>
                <w:b/>
                <w:color w:val="FFFFFF"/>
                <w:sz w:val="14"/>
              </w:rPr>
              <w:t>Note</w:t>
            </w:r>
          </w:p>
        </w:tc>
      </w:tr>
      <w:tr w:rsidR="005E7ED3" w14:paraId="15D4E04E" w14:textId="77777777">
        <w:trPr>
          <w:jc w:val="center"/>
        </w:trPr>
        <w:tc>
          <w:tcPr>
            <w:tcW w:w="2119" w:type="dxa"/>
            <w:shd w:val="clear" w:color="auto" w:fill="F4F9FF"/>
            <w:tcMar>
              <w:top w:w="70" w:type="dxa"/>
              <w:left w:w="70" w:type="dxa"/>
              <w:bottom w:w="70" w:type="dxa"/>
              <w:right w:w="70" w:type="dxa"/>
            </w:tcMar>
            <w:vAlign w:val="center"/>
          </w:tcPr>
          <w:p w14:paraId="3C3E4696" w14:textId="77777777" w:rsidR="005E7ED3" w:rsidRDefault="00000000">
            <w:r>
              <w:rPr>
                <w:sz w:val="13"/>
              </w:rPr>
              <w:t>TSC - seduta continuativa max</w:t>
            </w:r>
          </w:p>
        </w:tc>
        <w:tc>
          <w:tcPr>
            <w:tcW w:w="2119" w:type="dxa"/>
            <w:shd w:val="clear" w:color="auto" w:fill="F4F9FF"/>
            <w:tcMar>
              <w:top w:w="70" w:type="dxa"/>
              <w:left w:w="70" w:type="dxa"/>
              <w:bottom w:w="70" w:type="dxa"/>
              <w:right w:w="70" w:type="dxa"/>
            </w:tcMar>
            <w:vAlign w:val="center"/>
          </w:tcPr>
          <w:p w14:paraId="3C26C913" w14:textId="77777777" w:rsidR="005E7ED3" w:rsidRDefault="00000000">
            <w:r>
              <w:rPr>
                <w:sz w:val="13"/>
              </w:rPr>
              <w:t>[minuti]</w:t>
            </w:r>
          </w:p>
        </w:tc>
        <w:tc>
          <w:tcPr>
            <w:tcW w:w="2119" w:type="dxa"/>
            <w:shd w:val="clear" w:color="auto" w:fill="F4F9FF"/>
            <w:tcMar>
              <w:top w:w="70" w:type="dxa"/>
              <w:left w:w="70" w:type="dxa"/>
              <w:bottom w:w="70" w:type="dxa"/>
              <w:right w:w="70" w:type="dxa"/>
            </w:tcMar>
            <w:vAlign w:val="center"/>
          </w:tcPr>
          <w:p w14:paraId="36FCBCEA" w14:textId="77777777" w:rsidR="005E7ED3" w:rsidRDefault="00000000">
            <w:r>
              <w:rPr>
                <w:sz w:val="13"/>
              </w:rPr>
              <w:t>&lt;= 120 min; attenzione gia oltre 20-30 min senza pausa</w:t>
            </w:r>
          </w:p>
        </w:tc>
        <w:tc>
          <w:tcPr>
            <w:tcW w:w="2119" w:type="dxa"/>
            <w:shd w:val="clear" w:color="auto" w:fill="F4F9FF"/>
            <w:tcMar>
              <w:top w:w="70" w:type="dxa"/>
              <w:left w:w="70" w:type="dxa"/>
              <w:bottom w:w="70" w:type="dxa"/>
              <w:right w:w="70" w:type="dxa"/>
            </w:tcMar>
            <w:vAlign w:val="center"/>
          </w:tcPr>
          <w:p w14:paraId="18E81CC6" w14:textId="77777777" w:rsidR="005E7ED3" w:rsidRDefault="00000000">
            <w:r>
              <w:rPr>
                <w:sz w:val="13"/>
              </w:rPr>
              <w:t>[basso/medio/alto]</w:t>
            </w:r>
          </w:p>
        </w:tc>
        <w:tc>
          <w:tcPr>
            <w:tcW w:w="2119" w:type="dxa"/>
            <w:shd w:val="clear" w:color="auto" w:fill="F4F9FF"/>
            <w:tcMar>
              <w:top w:w="70" w:type="dxa"/>
              <w:left w:w="70" w:type="dxa"/>
              <w:bottom w:w="70" w:type="dxa"/>
              <w:right w:w="70" w:type="dxa"/>
            </w:tcMar>
            <w:vAlign w:val="center"/>
          </w:tcPr>
          <w:p w14:paraId="1BA4A183" w14:textId="77777777" w:rsidR="005E7ED3" w:rsidRDefault="00000000">
            <w:r>
              <w:rPr>
                <w:sz w:val="13"/>
              </w:rPr>
              <w:t>[...]</w:t>
            </w:r>
          </w:p>
        </w:tc>
      </w:tr>
      <w:tr w:rsidR="005E7ED3" w14:paraId="423CC577" w14:textId="77777777">
        <w:trPr>
          <w:jc w:val="center"/>
        </w:trPr>
        <w:tc>
          <w:tcPr>
            <w:tcW w:w="2119" w:type="dxa"/>
            <w:shd w:val="clear" w:color="auto" w:fill="FFFFFF"/>
            <w:tcMar>
              <w:top w:w="70" w:type="dxa"/>
              <w:left w:w="70" w:type="dxa"/>
              <w:bottom w:w="70" w:type="dxa"/>
              <w:right w:w="70" w:type="dxa"/>
            </w:tcMar>
            <w:vAlign w:val="center"/>
          </w:tcPr>
          <w:p w14:paraId="22ADCF47" w14:textId="77777777" w:rsidR="005E7ED3" w:rsidRDefault="00000000">
            <w:r>
              <w:rPr>
                <w:sz w:val="13"/>
              </w:rPr>
              <w:t>TSG - seduta totale turno</w:t>
            </w:r>
          </w:p>
        </w:tc>
        <w:tc>
          <w:tcPr>
            <w:tcW w:w="2119" w:type="dxa"/>
            <w:shd w:val="clear" w:color="auto" w:fill="FFFFFF"/>
            <w:tcMar>
              <w:top w:w="70" w:type="dxa"/>
              <w:left w:w="70" w:type="dxa"/>
              <w:bottom w:w="70" w:type="dxa"/>
              <w:right w:w="70" w:type="dxa"/>
            </w:tcMar>
            <w:vAlign w:val="center"/>
          </w:tcPr>
          <w:p w14:paraId="00F5A074" w14:textId="77777777" w:rsidR="005E7ED3" w:rsidRDefault="00000000">
            <w:r>
              <w:rPr>
                <w:sz w:val="13"/>
              </w:rPr>
              <w:t>[ore]</w:t>
            </w:r>
          </w:p>
        </w:tc>
        <w:tc>
          <w:tcPr>
            <w:tcW w:w="2119" w:type="dxa"/>
            <w:shd w:val="clear" w:color="auto" w:fill="FFFFFF"/>
            <w:tcMar>
              <w:top w:w="70" w:type="dxa"/>
              <w:left w:w="70" w:type="dxa"/>
              <w:bottom w:w="70" w:type="dxa"/>
              <w:right w:w="70" w:type="dxa"/>
            </w:tcMar>
            <w:vAlign w:val="center"/>
          </w:tcPr>
          <w:p w14:paraId="6A192475" w14:textId="77777777" w:rsidR="005E7ED3" w:rsidRDefault="00000000">
            <w:r>
              <w:rPr>
                <w:sz w:val="13"/>
              </w:rPr>
              <w:t>&lt;= 5-6 ore</w:t>
            </w:r>
          </w:p>
        </w:tc>
        <w:tc>
          <w:tcPr>
            <w:tcW w:w="2119" w:type="dxa"/>
            <w:shd w:val="clear" w:color="auto" w:fill="FFFFFF"/>
            <w:tcMar>
              <w:top w:w="70" w:type="dxa"/>
              <w:left w:w="70" w:type="dxa"/>
              <w:bottom w:w="70" w:type="dxa"/>
              <w:right w:w="70" w:type="dxa"/>
            </w:tcMar>
            <w:vAlign w:val="center"/>
          </w:tcPr>
          <w:p w14:paraId="61987DAF" w14:textId="77777777" w:rsidR="005E7ED3" w:rsidRDefault="00000000">
            <w:r>
              <w:rPr>
                <w:sz w:val="13"/>
              </w:rPr>
              <w:t>[basso/medio/alto]</w:t>
            </w:r>
          </w:p>
        </w:tc>
        <w:tc>
          <w:tcPr>
            <w:tcW w:w="2119" w:type="dxa"/>
            <w:shd w:val="clear" w:color="auto" w:fill="FFFFFF"/>
            <w:tcMar>
              <w:top w:w="70" w:type="dxa"/>
              <w:left w:w="70" w:type="dxa"/>
              <w:bottom w:w="70" w:type="dxa"/>
              <w:right w:w="70" w:type="dxa"/>
            </w:tcMar>
            <w:vAlign w:val="center"/>
          </w:tcPr>
          <w:p w14:paraId="321A9E6F" w14:textId="77777777" w:rsidR="005E7ED3" w:rsidRDefault="00000000">
            <w:r>
              <w:rPr>
                <w:sz w:val="13"/>
              </w:rPr>
              <w:t>[...]</w:t>
            </w:r>
          </w:p>
        </w:tc>
      </w:tr>
      <w:tr w:rsidR="005E7ED3" w14:paraId="6F4DC330" w14:textId="77777777">
        <w:trPr>
          <w:jc w:val="center"/>
        </w:trPr>
        <w:tc>
          <w:tcPr>
            <w:tcW w:w="2119" w:type="dxa"/>
            <w:shd w:val="clear" w:color="auto" w:fill="F4F9FF"/>
            <w:tcMar>
              <w:top w:w="70" w:type="dxa"/>
              <w:left w:w="70" w:type="dxa"/>
              <w:bottom w:w="70" w:type="dxa"/>
              <w:right w:w="70" w:type="dxa"/>
            </w:tcMar>
            <w:vAlign w:val="center"/>
          </w:tcPr>
          <w:p w14:paraId="30704876" w14:textId="77777777" w:rsidR="005E7ED3" w:rsidRDefault="00000000">
            <w:r>
              <w:rPr>
                <w:sz w:val="13"/>
              </w:rPr>
              <w:t>TPC - in piedi continuativo max</w:t>
            </w:r>
          </w:p>
        </w:tc>
        <w:tc>
          <w:tcPr>
            <w:tcW w:w="2119" w:type="dxa"/>
            <w:shd w:val="clear" w:color="auto" w:fill="F4F9FF"/>
            <w:tcMar>
              <w:top w:w="70" w:type="dxa"/>
              <w:left w:w="70" w:type="dxa"/>
              <w:bottom w:w="70" w:type="dxa"/>
              <w:right w:w="70" w:type="dxa"/>
            </w:tcMar>
            <w:vAlign w:val="center"/>
          </w:tcPr>
          <w:p w14:paraId="5E98B5BA" w14:textId="77777777" w:rsidR="005E7ED3" w:rsidRDefault="00000000">
            <w:r>
              <w:rPr>
                <w:sz w:val="13"/>
              </w:rPr>
              <w:t>[minuti]</w:t>
            </w:r>
          </w:p>
        </w:tc>
        <w:tc>
          <w:tcPr>
            <w:tcW w:w="2119" w:type="dxa"/>
            <w:shd w:val="clear" w:color="auto" w:fill="F4F9FF"/>
            <w:tcMar>
              <w:top w:w="70" w:type="dxa"/>
              <w:left w:w="70" w:type="dxa"/>
              <w:bottom w:w="70" w:type="dxa"/>
              <w:right w:w="70" w:type="dxa"/>
            </w:tcMar>
            <w:vAlign w:val="center"/>
          </w:tcPr>
          <w:p w14:paraId="238078C3" w14:textId="77777777" w:rsidR="005E7ED3" w:rsidRDefault="00000000">
            <w:r>
              <w:rPr>
                <w:sz w:val="13"/>
              </w:rPr>
              <w:t>&lt;= 60 min</w:t>
            </w:r>
          </w:p>
        </w:tc>
        <w:tc>
          <w:tcPr>
            <w:tcW w:w="2119" w:type="dxa"/>
            <w:shd w:val="clear" w:color="auto" w:fill="F4F9FF"/>
            <w:tcMar>
              <w:top w:w="70" w:type="dxa"/>
              <w:left w:w="70" w:type="dxa"/>
              <w:bottom w:w="70" w:type="dxa"/>
              <w:right w:w="70" w:type="dxa"/>
            </w:tcMar>
            <w:vAlign w:val="center"/>
          </w:tcPr>
          <w:p w14:paraId="12A5A2AA" w14:textId="77777777" w:rsidR="005E7ED3" w:rsidRDefault="00000000">
            <w:r>
              <w:rPr>
                <w:sz w:val="13"/>
              </w:rPr>
              <w:t>[basso/medio/alto]</w:t>
            </w:r>
          </w:p>
        </w:tc>
        <w:tc>
          <w:tcPr>
            <w:tcW w:w="2119" w:type="dxa"/>
            <w:shd w:val="clear" w:color="auto" w:fill="F4F9FF"/>
            <w:tcMar>
              <w:top w:w="70" w:type="dxa"/>
              <w:left w:w="70" w:type="dxa"/>
              <w:bottom w:w="70" w:type="dxa"/>
              <w:right w:w="70" w:type="dxa"/>
            </w:tcMar>
            <w:vAlign w:val="center"/>
          </w:tcPr>
          <w:p w14:paraId="775E14B8" w14:textId="77777777" w:rsidR="005E7ED3" w:rsidRDefault="00000000">
            <w:r>
              <w:rPr>
                <w:sz w:val="13"/>
              </w:rPr>
              <w:t>[...]</w:t>
            </w:r>
          </w:p>
        </w:tc>
      </w:tr>
      <w:tr w:rsidR="005E7ED3" w14:paraId="41553CAB" w14:textId="77777777">
        <w:trPr>
          <w:jc w:val="center"/>
        </w:trPr>
        <w:tc>
          <w:tcPr>
            <w:tcW w:w="2119" w:type="dxa"/>
            <w:shd w:val="clear" w:color="auto" w:fill="FFFFFF"/>
            <w:tcMar>
              <w:top w:w="70" w:type="dxa"/>
              <w:left w:w="70" w:type="dxa"/>
              <w:bottom w:w="70" w:type="dxa"/>
              <w:right w:w="70" w:type="dxa"/>
            </w:tcMar>
            <w:vAlign w:val="center"/>
          </w:tcPr>
          <w:p w14:paraId="1545FB75" w14:textId="77777777" w:rsidR="005E7ED3" w:rsidRDefault="00000000">
            <w:r>
              <w:rPr>
                <w:sz w:val="13"/>
              </w:rPr>
              <w:t>TPG - in piedi totale turno</w:t>
            </w:r>
          </w:p>
        </w:tc>
        <w:tc>
          <w:tcPr>
            <w:tcW w:w="2119" w:type="dxa"/>
            <w:shd w:val="clear" w:color="auto" w:fill="FFFFFF"/>
            <w:tcMar>
              <w:top w:w="70" w:type="dxa"/>
              <w:left w:w="70" w:type="dxa"/>
              <w:bottom w:w="70" w:type="dxa"/>
              <w:right w:w="70" w:type="dxa"/>
            </w:tcMar>
            <w:vAlign w:val="center"/>
          </w:tcPr>
          <w:p w14:paraId="38CC6416" w14:textId="77777777" w:rsidR="005E7ED3" w:rsidRDefault="00000000">
            <w:r>
              <w:rPr>
                <w:sz w:val="13"/>
              </w:rPr>
              <w:t>[ore]</w:t>
            </w:r>
          </w:p>
        </w:tc>
        <w:tc>
          <w:tcPr>
            <w:tcW w:w="2119" w:type="dxa"/>
            <w:shd w:val="clear" w:color="auto" w:fill="FFFFFF"/>
            <w:tcMar>
              <w:top w:w="70" w:type="dxa"/>
              <w:left w:w="70" w:type="dxa"/>
              <w:bottom w:w="70" w:type="dxa"/>
              <w:right w:w="70" w:type="dxa"/>
            </w:tcMar>
            <w:vAlign w:val="center"/>
          </w:tcPr>
          <w:p w14:paraId="14287CC2" w14:textId="77777777" w:rsidR="005E7ED3" w:rsidRDefault="00000000">
            <w:r>
              <w:rPr>
                <w:sz w:val="13"/>
              </w:rPr>
              <w:t>&lt;= 4 ore</w:t>
            </w:r>
          </w:p>
        </w:tc>
        <w:tc>
          <w:tcPr>
            <w:tcW w:w="2119" w:type="dxa"/>
            <w:shd w:val="clear" w:color="auto" w:fill="FFFFFF"/>
            <w:tcMar>
              <w:top w:w="70" w:type="dxa"/>
              <w:left w:w="70" w:type="dxa"/>
              <w:bottom w:w="70" w:type="dxa"/>
              <w:right w:w="70" w:type="dxa"/>
            </w:tcMar>
            <w:vAlign w:val="center"/>
          </w:tcPr>
          <w:p w14:paraId="7046CD01" w14:textId="77777777" w:rsidR="005E7ED3" w:rsidRDefault="00000000">
            <w:r>
              <w:rPr>
                <w:sz w:val="13"/>
              </w:rPr>
              <w:t>[basso/medio/alto]</w:t>
            </w:r>
          </w:p>
        </w:tc>
        <w:tc>
          <w:tcPr>
            <w:tcW w:w="2119" w:type="dxa"/>
            <w:shd w:val="clear" w:color="auto" w:fill="FFFFFF"/>
            <w:tcMar>
              <w:top w:w="70" w:type="dxa"/>
              <w:left w:w="70" w:type="dxa"/>
              <w:bottom w:w="70" w:type="dxa"/>
              <w:right w:w="70" w:type="dxa"/>
            </w:tcMar>
            <w:vAlign w:val="center"/>
          </w:tcPr>
          <w:p w14:paraId="673397D9" w14:textId="77777777" w:rsidR="005E7ED3" w:rsidRDefault="00000000">
            <w:r>
              <w:rPr>
                <w:sz w:val="13"/>
              </w:rPr>
              <w:t>[...]</w:t>
            </w:r>
          </w:p>
        </w:tc>
      </w:tr>
      <w:tr w:rsidR="005E7ED3" w14:paraId="10E7C080" w14:textId="77777777">
        <w:trPr>
          <w:jc w:val="center"/>
        </w:trPr>
        <w:tc>
          <w:tcPr>
            <w:tcW w:w="2119" w:type="dxa"/>
            <w:shd w:val="clear" w:color="auto" w:fill="F4F9FF"/>
            <w:tcMar>
              <w:top w:w="70" w:type="dxa"/>
              <w:left w:w="70" w:type="dxa"/>
              <w:bottom w:w="70" w:type="dxa"/>
              <w:right w:w="70" w:type="dxa"/>
            </w:tcMar>
            <w:vAlign w:val="center"/>
          </w:tcPr>
          <w:p w14:paraId="7E0547FB" w14:textId="77777777" w:rsidR="005E7ED3" w:rsidRDefault="00000000">
            <w:r>
              <w:rPr>
                <w:sz w:val="13"/>
              </w:rPr>
              <w:t>Postura in piedi costretta</w:t>
            </w:r>
          </w:p>
        </w:tc>
        <w:tc>
          <w:tcPr>
            <w:tcW w:w="2119" w:type="dxa"/>
            <w:shd w:val="clear" w:color="auto" w:fill="F4F9FF"/>
            <w:tcMar>
              <w:top w:w="70" w:type="dxa"/>
              <w:left w:w="70" w:type="dxa"/>
              <w:bottom w:w="70" w:type="dxa"/>
              <w:right w:w="70" w:type="dxa"/>
            </w:tcMar>
            <w:vAlign w:val="center"/>
          </w:tcPr>
          <w:p w14:paraId="2BA75C8C" w14:textId="77777777" w:rsidR="005E7ED3" w:rsidRDefault="00000000">
            <w:r>
              <w:rPr>
                <w:sz w:val="13"/>
              </w:rPr>
              <w:t>[si/no]</w:t>
            </w:r>
          </w:p>
        </w:tc>
        <w:tc>
          <w:tcPr>
            <w:tcW w:w="2119" w:type="dxa"/>
            <w:shd w:val="clear" w:color="auto" w:fill="F4F9FF"/>
            <w:tcMar>
              <w:top w:w="70" w:type="dxa"/>
              <w:left w:w="70" w:type="dxa"/>
              <w:bottom w:w="70" w:type="dxa"/>
              <w:right w:w="70" w:type="dxa"/>
            </w:tcMar>
            <w:vAlign w:val="center"/>
          </w:tcPr>
          <w:p w14:paraId="4E964425" w14:textId="77777777" w:rsidR="005E7ED3" w:rsidRDefault="00000000">
            <w:r>
              <w:rPr>
                <w:sz w:val="13"/>
              </w:rPr>
              <w:t>stesso punto, no seduta, no movimento</w:t>
            </w:r>
          </w:p>
        </w:tc>
        <w:tc>
          <w:tcPr>
            <w:tcW w:w="2119" w:type="dxa"/>
            <w:shd w:val="clear" w:color="auto" w:fill="F4F9FF"/>
            <w:tcMar>
              <w:top w:w="70" w:type="dxa"/>
              <w:left w:w="70" w:type="dxa"/>
              <w:bottom w:w="70" w:type="dxa"/>
              <w:right w:w="70" w:type="dxa"/>
            </w:tcMar>
            <w:vAlign w:val="center"/>
          </w:tcPr>
          <w:p w14:paraId="75C11EBF" w14:textId="77777777" w:rsidR="005E7ED3" w:rsidRDefault="00000000">
            <w:r>
              <w:rPr>
                <w:sz w:val="13"/>
              </w:rPr>
              <w:t>[aggravante]</w:t>
            </w:r>
          </w:p>
        </w:tc>
        <w:tc>
          <w:tcPr>
            <w:tcW w:w="2119" w:type="dxa"/>
            <w:shd w:val="clear" w:color="auto" w:fill="F4F9FF"/>
            <w:tcMar>
              <w:top w:w="70" w:type="dxa"/>
              <w:left w:w="70" w:type="dxa"/>
              <w:bottom w:w="70" w:type="dxa"/>
              <w:right w:w="70" w:type="dxa"/>
            </w:tcMar>
            <w:vAlign w:val="center"/>
          </w:tcPr>
          <w:p w14:paraId="0CC58764" w14:textId="77777777" w:rsidR="005E7ED3" w:rsidRDefault="00000000">
            <w:r>
              <w:rPr>
                <w:sz w:val="13"/>
              </w:rPr>
              <w:t>[...]</w:t>
            </w:r>
          </w:p>
        </w:tc>
      </w:tr>
      <w:tr w:rsidR="005E7ED3" w14:paraId="596AB21A" w14:textId="77777777">
        <w:trPr>
          <w:jc w:val="center"/>
        </w:trPr>
        <w:tc>
          <w:tcPr>
            <w:tcW w:w="2119" w:type="dxa"/>
            <w:shd w:val="clear" w:color="auto" w:fill="FFFFFF"/>
            <w:tcMar>
              <w:top w:w="70" w:type="dxa"/>
              <w:left w:w="70" w:type="dxa"/>
              <w:bottom w:w="70" w:type="dxa"/>
              <w:right w:w="70" w:type="dxa"/>
            </w:tcMar>
            <w:vAlign w:val="center"/>
          </w:tcPr>
          <w:p w14:paraId="25D0B8AE" w14:textId="77777777" w:rsidR="005E7ED3" w:rsidRDefault="00000000">
            <w:r>
              <w:rPr>
                <w:sz w:val="13"/>
              </w:rPr>
              <w:t>MOV - movimento nel turno</w:t>
            </w:r>
          </w:p>
        </w:tc>
        <w:tc>
          <w:tcPr>
            <w:tcW w:w="2119" w:type="dxa"/>
            <w:shd w:val="clear" w:color="auto" w:fill="FFFFFF"/>
            <w:tcMar>
              <w:top w:w="70" w:type="dxa"/>
              <w:left w:w="70" w:type="dxa"/>
              <w:bottom w:w="70" w:type="dxa"/>
              <w:right w:w="70" w:type="dxa"/>
            </w:tcMar>
            <w:vAlign w:val="center"/>
          </w:tcPr>
          <w:p w14:paraId="5349BE4E" w14:textId="77777777" w:rsidR="005E7ED3" w:rsidRDefault="00000000">
            <w:r>
              <w:rPr>
                <w:sz w:val="13"/>
              </w:rPr>
              <w:t>[ore o %]</w:t>
            </w:r>
          </w:p>
        </w:tc>
        <w:tc>
          <w:tcPr>
            <w:tcW w:w="2119" w:type="dxa"/>
            <w:shd w:val="clear" w:color="auto" w:fill="FFFFFF"/>
            <w:tcMar>
              <w:top w:w="70" w:type="dxa"/>
              <w:left w:w="70" w:type="dxa"/>
              <w:bottom w:w="70" w:type="dxa"/>
              <w:right w:w="70" w:type="dxa"/>
            </w:tcMar>
            <w:vAlign w:val="center"/>
          </w:tcPr>
          <w:p w14:paraId="4F16A109" w14:textId="77777777" w:rsidR="005E7ED3" w:rsidRDefault="00000000">
            <w:r>
              <w:rPr>
                <w:sz w:val="13"/>
              </w:rPr>
              <w:t>target minimo operativo: 10% ove praticabile</w:t>
            </w:r>
          </w:p>
        </w:tc>
        <w:tc>
          <w:tcPr>
            <w:tcW w:w="2119" w:type="dxa"/>
            <w:shd w:val="clear" w:color="auto" w:fill="FFFFFF"/>
            <w:tcMar>
              <w:top w:w="70" w:type="dxa"/>
              <w:left w:w="70" w:type="dxa"/>
              <w:bottom w:w="70" w:type="dxa"/>
              <w:right w:w="70" w:type="dxa"/>
            </w:tcMar>
            <w:vAlign w:val="center"/>
          </w:tcPr>
          <w:p w14:paraId="322CA2EC" w14:textId="77777777" w:rsidR="005E7ED3" w:rsidRDefault="00000000">
            <w:r>
              <w:rPr>
                <w:sz w:val="13"/>
              </w:rPr>
              <w:t>[indice movimento]</w:t>
            </w:r>
          </w:p>
        </w:tc>
        <w:tc>
          <w:tcPr>
            <w:tcW w:w="2119" w:type="dxa"/>
            <w:shd w:val="clear" w:color="auto" w:fill="FFFFFF"/>
            <w:tcMar>
              <w:top w:w="70" w:type="dxa"/>
              <w:left w:w="70" w:type="dxa"/>
              <w:bottom w:w="70" w:type="dxa"/>
              <w:right w:w="70" w:type="dxa"/>
            </w:tcMar>
            <w:vAlign w:val="center"/>
          </w:tcPr>
          <w:p w14:paraId="75730A9A" w14:textId="77777777" w:rsidR="005E7ED3" w:rsidRDefault="00000000">
            <w:r>
              <w:rPr>
                <w:sz w:val="13"/>
              </w:rPr>
              <w:t>[...]</w:t>
            </w:r>
          </w:p>
        </w:tc>
      </w:tr>
      <w:tr w:rsidR="005E7ED3" w14:paraId="57016C85" w14:textId="77777777">
        <w:trPr>
          <w:jc w:val="center"/>
        </w:trPr>
        <w:tc>
          <w:tcPr>
            <w:tcW w:w="2119" w:type="dxa"/>
            <w:shd w:val="clear" w:color="auto" w:fill="F4F9FF"/>
            <w:tcMar>
              <w:top w:w="70" w:type="dxa"/>
              <w:left w:w="70" w:type="dxa"/>
              <w:bottom w:w="70" w:type="dxa"/>
              <w:right w:w="70" w:type="dxa"/>
            </w:tcMar>
            <w:vAlign w:val="center"/>
          </w:tcPr>
          <w:p w14:paraId="6D3F6888" w14:textId="77777777" w:rsidR="005E7ED3" w:rsidRDefault="00000000">
            <w:r>
              <w:rPr>
                <w:sz w:val="13"/>
              </w:rPr>
              <w:t>Pause/micro-pause</w:t>
            </w:r>
          </w:p>
        </w:tc>
        <w:tc>
          <w:tcPr>
            <w:tcW w:w="2119" w:type="dxa"/>
            <w:shd w:val="clear" w:color="auto" w:fill="F4F9FF"/>
            <w:tcMar>
              <w:top w:w="70" w:type="dxa"/>
              <w:left w:w="70" w:type="dxa"/>
              <w:bottom w:w="70" w:type="dxa"/>
              <w:right w:w="70" w:type="dxa"/>
            </w:tcMar>
            <w:vAlign w:val="center"/>
          </w:tcPr>
          <w:p w14:paraId="349A287C" w14:textId="77777777" w:rsidR="005E7ED3" w:rsidRDefault="00000000">
            <w:r>
              <w:rPr>
                <w:sz w:val="13"/>
              </w:rPr>
              <w:t>[descrivere]</w:t>
            </w:r>
          </w:p>
        </w:tc>
        <w:tc>
          <w:tcPr>
            <w:tcW w:w="2119" w:type="dxa"/>
            <w:shd w:val="clear" w:color="auto" w:fill="F4F9FF"/>
            <w:tcMar>
              <w:top w:w="70" w:type="dxa"/>
              <w:left w:w="70" w:type="dxa"/>
              <w:bottom w:w="70" w:type="dxa"/>
              <w:right w:w="70" w:type="dxa"/>
            </w:tcMar>
            <w:vAlign w:val="center"/>
          </w:tcPr>
          <w:p w14:paraId="190FF949" w14:textId="77777777" w:rsidR="005E7ED3" w:rsidRDefault="00000000">
            <w:r>
              <w:rPr>
                <w:sz w:val="13"/>
              </w:rPr>
              <w:t>alzarsi ogni 20-30 minuti; pause strutturate</w:t>
            </w:r>
          </w:p>
        </w:tc>
        <w:tc>
          <w:tcPr>
            <w:tcW w:w="2119" w:type="dxa"/>
            <w:shd w:val="clear" w:color="auto" w:fill="F4F9FF"/>
            <w:tcMar>
              <w:top w:w="70" w:type="dxa"/>
              <w:left w:w="70" w:type="dxa"/>
              <w:bottom w:w="70" w:type="dxa"/>
              <w:right w:w="70" w:type="dxa"/>
            </w:tcMar>
            <w:vAlign w:val="center"/>
          </w:tcPr>
          <w:p w14:paraId="14DB3000" w14:textId="77777777" w:rsidR="005E7ED3" w:rsidRDefault="00000000">
            <w:r>
              <w:rPr>
                <w:sz w:val="13"/>
              </w:rPr>
              <w:t>[adeguate/parziali/assenti]</w:t>
            </w:r>
          </w:p>
        </w:tc>
        <w:tc>
          <w:tcPr>
            <w:tcW w:w="2119" w:type="dxa"/>
            <w:shd w:val="clear" w:color="auto" w:fill="F4F9FF"/>
            <w:tcMar>
              <w:top w:w="70" w:type="dxa"/>
              <w:left w:w="70" w:type="dxa"/>
              <w:bottom w:w="70" w:type="dxa"/>
              <w:right w:w="70" w:type="dxa"/>
            </w:tcMar>
            <w:vAlign w:val="center"/>
          </w:tcPr>
          <w:p w14:paraId="37CD389B" w14:textId="77777777" w:rsidR="005E7ED3" w:rsidRDefault="00000000">
            <w:r>
              <w:rPr>
                <w:sz w:val="13"/>
              </w:rPr>
              <w:t>[...]</w:t>
            </w:r>
          </w:p>
        </w:tc>
      </w:tr>
    </w:tbl>
    <w:p w14:paraId="6CAD1ED4" w14:textId="77777777" w:rsidR="005E7ED3" w:rsidRDefault="00000000">
      <w:pPr>
        <w:pStyle w:val="Titolo2"/>
      </w:pPr>
      <w:r>
        <w:rPr>
          <w:rFonts w:ascii="Arial" w:hAnsi="Arial"/>
          <w:b w:val="0"/>
        </w:rPr>
        <w:t>KPI ed esito colorato da incollare dalla web app</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2119"/>
        <w:gridCol w:w="2119"/>
        <w:gridCol w:w="2119"/>
        <w:gridCol w:w="2119"/>
        <w:gridCol w:w="2119"/>
      </w:tblGrid>
      <w:tr w:rsidR="005E7ED3" w14:paraId="1AFDD5E1" w14:textId="77777777">
        <w:trPr>
          <w:jc w:val="center"/>
        </w:trPr>
        <w:tc>
          <w:tcPr>
            <w:tcW w:w="2119" w:type="dxa"/>
            <w:shd w:val="clear" w:color="auto" w:fill="0B3A66"/>
            <w:tcMar>
              <w:top w:w="70" w:type="dxa"/>
              <w:left w:w="70" w:type="dxa"/>
              <w:bottom w:w="70" w:type="dxa"/>
              <w:right w:w="70" w:type="dxa"/>
            </w:tcMar>
            <w:vAlign w:val="center"/>
          </w:tcPr>
          <w:p w14:paraId="4884962A" w14:textId="77777777" w:rsidR="005E7ED3" w:rsidRDefault="00000000">
            <w:pPr>
              <w:jc w:val="center"/>
            </w:pPr>
            <w:r>
              <w:rPr>
                <w:b/>
                <w:color w:val="FFFFFF"/>
                <w:sz w:val="14"/>
              </w:rPr>
              <w:t>Rischio complessivo</w:t>
            </w:r>
          </w:p>
        </w:tc>
        <w:tc>
          <w:tcPr>
            <w:tcW w:w="2119" w:type="dxa"/>
            <w:shd w:val="clear" w:color="auto" w:fill="0B3A66"/>
            <w:tcMar>
              <w:top w:w="70" w:type="dxa"/>
              <w:left w:w="70" w:type="dxa"/>
              <w:bottom w:w="70" w:type="dxa"/>
              <w:right w:w="70" w:type="dxa"/>
            </w:tcMar>
            <w:vAlign w:val="center"/>
          </w:tcPr>
          <w:p w14:paraId="21819982" w14:textId="77777777" w:rsidR="005E7ED3" w:rsidRDefault="00000000">
            <w:pPr>
              <w:jc w:val="center"/>
            </w:pPr>
            <w:r>
              <w:rPr>
                <w:b/>
                <w:color w:val="FFFFFF"/>
                <w:sz w:val="14"/>
              </w:rPr>
              <w:t>Rischio seduta</w:t>
            </w:r>
          </w:p>
        </w:tc>
        <w:tc>
          <w:tcPr>
            <w:tcW w:w="2119" w:type="dxa"/>
            <w:shd w:val="clear" w:color="auto" w:fill="0B3A66"/>
            <w:tcMar>
              <w:top w:w="70" w:type="dxa"/>
              <w:left w:w="70" w:type="dxa"/>
              <w:bottom w:w="70" w:type="dxa"/>
              <w:right w:w="70" w:type="dxa"/>
            </w:tcMar>
            <w:vAlign w:val="center"/>
          </w:tcPr>
          <w:p w14:paraId="03EAD850" w14:textId="77777777" w:rsidR="005E7ED3" w:rsidRDefault="00000000">
            <w:pPr>
              <w:jc w:val="center"/>
            </w:pPr>
            <w:r>
              <w:rPr>
                <w:b/>
                <w:color w:val="FFFFFF"/>
                <w:sz w:val="14"/>
              </w:rPr>
              <w:t>Rischio in piedi</w:t>
            </w:r>
          </w:p>
        </w:tc>
        <w:tc>
          <w:tcPr>
            <w:tcW w:w="2119" w:type="dxa"/>
            <w:shd w:val="clear" w:color="auto" w:fill="0B3A66"/>
            <w:tcMar>
              <w:top w:w="70" w:type="dxa"/>
              <w:left w:w="70" w:type="dxa"/>
              <w:bottom w:w="70" w:type="dxa"/>
              <w:right w:w="70" w:type="dxa"/>
            </w:tcMar>
            <w:vAlign w:val="center"/>
          </w:tcPr>
          <w:p w14:paraId="63791E7F" w14:textId="77777777" w:rsidR="005E7ED3" w:rsidRDefault="00000000">
            <w:pPr>
              <w:jc w:val="center"/>
            </w:pPr>
            <w:r>
              <w:rPr>
                <w:b/>
                <w:color w:val="FFFFFF"/>
                <w:sz w:val="14"/>
              </w:rPr>
              <w:t>Indice movimento</w:t>
            </w:r>
          </w:p>
        </w:tc>
        <w:tc>
          <w:tcPr>
            <w:tcW w:w="2119" w:type="dxa"/>
            <w:shd w:val="clear" w:color="auto" w:fill="0B3A66"/>
            <w:tcMar>
              <w:top w:w="70" w:type="dxa"/>
              <w:left w:w="70" w:type="dxa"/>
              <w:bottom w:w="70" w:type="dxa"/>
              <w:right w:w="70" w:type="dxa"/>
            </w:tcMar>
            <w:vAlign w:val="center"/>
          </w:tcPr>
          <w:p w14:paraId="3893D923" w14:textId="77777777" w:rsidR="005E7ED3" w:rsidRDefault="00000000">
            <w:pPr>
              <w:jc w:val="center"/>
            </w:pPr>
            <w:r>
              <w:rPr>
                <w:b/>
                <w:color w:val="FFFFFF"/>
                <w:sz w:val="14"/>
              </w:rPr>
              <w:t>Conformita raccomandazioni</w:t>
            </w:r>
          </w:p>
        </w:tc>
      </w:tr>
      <w:tr w:rsidR="005E7ED3" w14:paraId="44CB6A74" w14:textId="77777777">
        <w:trPr>
          <w:jc w:val="center"/>
        </w:trPr>
        <w:tc>
          <w:tcPr>
            <w:tcW w:w="2119" w:type="dxa"/>
            <w:shd w:val="clear" w:color="auto" w:fill="FFFFFF"/>
            <w:tcMar>
              <w:top w:w="70" w:type="dxa"/>
              <w:left w:w="70" w:type="dxa"/>
              <w:bottom w:w="70" w:type="dxa"/>
              <w:right w:w="70" w:type="dxa"/>
            </w:tcMar>
            <w:vAlign w:val="center"/>
          </w:tcPr>
          <w:p w14:paraId="1702DB21" w14:textId="77777777" w:rsidR="005E7ED3" w:rsidRDefault="00000000">
            <w:pPr>
              <w:jc w:val="center"/>
            </w:pPr>
            <w:r>
              <w:rPr>
                <w:sz w:val="14"/>
              </w:rPr>
              <w:t>[incollare esito / % / colore]</w:t>
            </w:r>
          </w:p>
        </w:tc>
        <w:tc>
          <w:tcPr>
            <w:tcW w:w="2119" w:type="dxa"/>
            <w:shd w:val="clear" w:color="auto" w:fill="FFFFFF"/>
            <w:tcMar>
              <w:top w:w="70" w:type="dxa"/>
              <w:left w:w="70" w:type="dxa"/>
              <w:bottom w:w="70" w:type="dxa"/>
              <w:right w:w="70" w:type="dxa"/>
            </w:tcMar>
            <w:vAlign w:val="center"/>
          </w:tcPr>
          <w:p w14:paraId="639D31EA" w14:textId="77777777" w:rsidR="005E7ED3" w:rsidRDefault="00000000">
            <w:pPr>
              <w:jc w:val="center"/>
            </w:pPr>
            <w:r>
              <w:rPr>
                <w:sz w:val="14"/>
              </w:rPr>
              <w:t>[incollare esito / % / colore]</w:t>
            </w:r>
          </w:p>
        </w:tc>
        <w:tc>
          <w:tcPr>
            <w:tcW w:w="2119" w:type="dxa"/>
            <w:shd w:val="clear" w:color="auto" w:fill="FFFFFF"/>
            <w:tcMar>
              <w:top w:w="70" w:type="dxa"/>
              <w:left w:w="70" w:type="dxa"/>
              <w:bottom w:w="70" w:type="dxa"/>
              <w:right w:w="70" w:type="dxa"/>
            </w:tcMar>
            <w:vAlign w:val="center"/>
          </w:tcPr>
          <w:p w14:paraId="2090CF4D" w14:textId="77777777" w:rsidR="005E7ED3" w:rsidRDefault="00000000">
            <w:pPr>
              <w:jc w:val="center"/>
            </w:pPr>
            <w:r>
              <w:rPr>
                <w:sz w:val="14"/>
              </w:rPr>
              <w:t>[incollare esito / % / colore]</w:t>
            </w:r>
          </w:p>
        </w:tc>
        <w:tc>
          <w:tcPr>
            <w:tcW w:w="2119" w:type="dxa"/>
            <w:shd w:val="clear" w:color="auto" w:fill="FFFFFF"/>
            <w:tcMar>
              <w:top w:w="70" w:type="dxa"/>
              <w:left w:w="70" w:type="dxa"/>
              <w:bottom w:w="70" w:type="dxa"/>
              <w:right w:w="70" w:type="dxa"/>
            </w:tcMar>
            <w:vAlign w:val="center"/>
          </w:tcPr>
          <w:p w14:paraId="6E6D8906" w14:textId="77777777" w:rsidR="005E7ED3" w:rsidRDefault="00000000">
            <w:pPr>
              <w:jc w:val="center"/>
            </w:pPr>
            <w:r>
              <w:rPr>
                <w:sz w:val="14"/>
              </w:rPr>
              <w:t>[incollare esito / % / colore]</w:t>
            </w:r>
          </w:p>
        </w:tc>
        <w:tc>
          <w:tcPr>
            <w:tcW w:w="2119" w:type="dxa"/>
            <w:shd w:val="clear" w:color="auto" w:fill="FFFFFF"/>
            <w:tcMar>
              <w:top w:w="70" w:type="dxa"/>
              <w:left w:w="70" w:type="dxa"/>
              <w:bottom w:w="70" w:type="dxa"/>
              <w:right w:w="70" w:type="dxa"/>
            </w:tcMar>
            <w:vAlign w:val="center"/>
          </w:tcPr>
          <w:p w14:paraId="7B2E9307" w14:textId="77777777" w:rsidR="005E7ED3" w:rsidRDefault="00000000">
            <w:pPr>
              <w:jc w:val="center"/>
            </w:pPr>
            <w:r>
              <w:rPr>
                <w:sz w:val="14"/>
              </w:rPr>
              <w:t>[incollare esito / % / colore]</w:t>
            </w:r>
          </w:p>
        </w:tc>
      </w:tr>
    </w:tbl>
    <w:p w14:paraId="4ABFC82B" w14:textId="77777777" w:rsidR="005E7ED3" w:rsidRDefault="00000000">
      <w:pPr>
        <w:pStyle w:val="Titolo2"/>
      </w:pPr>
      <w:r>
        <w:rPr>
          <w:rFonts w:ascii="Arial" w:hAnsi="Arial"/>
          <w:b w:val="0"/>
        </w:rPr>
        <w:t>Area per incollare relazione sintetica, matrici o schermata della valutazione</w:t>
      </w:r>
    </w:p>
    <w:tbl>
      <w:tblPr>
        <w:tblW w:w="0" w:type="auto"/>
        <w:jc w:val="center"/>
        <w:tblBorders>
          <w:top w:val="single" w:sz="8" w:space="0" w:color="145DA0"/>
          <w:left w:val="single" w:sz="8" w:space="0" w:color="145DA0"/>
          <w:bottom w:val="single" w:sz="8" w:space="0" w:color="145DA0"/>
          <w:right w:val="single" w:sz="8" w:space="0" w:color="145DA0"/>
          <w:insideH w:val="single" w:sz="8" w:space="0" w:color="145DA0"/>
          <w:insideV w:val="single" w:sz="8" w:space="0" w:color="145DA0"/>
        </w:tblBorders>
        <w:tblLook w:val="04A0" w:firstRow="1" w:lastRow="0" w:firstColumn="1" w:lastColumn="0" w:noHBand="0" w:noVBand="1"/>
      </w:tblPr>
      <w:tblGrid>
        <w:gridCol w:w="10596"/>
      </w:tblGrid>
      <w:tr w:rsidR="005E7ED3" w14:paraId="5D559AC3" w14:textId="77777777">
        <w:trPr>
          <w:jc w:val="center"/>
        </w:trPr>
        <w:tc>
          <w:tcPr>
            <w:tcW w:w="10596" w:type="dxa"/>
            <w:shd w:val="clear" w:color="auto" w:fill="F4F9FF"/>
            <w:vAlign w:val="center"/>
          </w:tcPr>
          <w:p w14:paraId="3A6F0645" w14:textId="77777777" w:rsidR="005E7ED3" w:rsidRDefault="005E7ED3"/>
          <w:p w14:paraId="50504714" w14:textId="77777777" w:rsidR="005E7ED3" w:rsidRDefault="00000000">
            <w:r>
              <w:rPr>
                <w:color w:val="404040"/>
                <w:sz w:val="16"/>
              </w:rPr>
              <w:t>[incollare qui il riepilogo testuale o l'immagine della dashboard KPI/matrici]</w:t>
            </w:r>
          </w:p>
          <w:p w14:paraId="32C3A514" w14:textId="77777777" w:rsidR="005E7ED3" w:rsidRDefault="005E7ED3"/>
          <w:p w14:paraId="16A0CFCD" w14:textId="77777777" w:rsidR="005E7ED3" w:rsidRDefault="005E7ED3"/>
          <w:p w14:paraId="3250B5A7" w14:textId="77777777" w:rsidR="005E7ED3" w:rsidRDefault="005E7ED3"/>
        </w:tc>
      </w:tr>
    </w:tbl>
    <w:p w14:paraId="381F158A" w14:textId="77777777" w:rsidR="005E7ED3" w:rsidRDefault="00000000">
      <w:r>
        <w:br w:type="page"/>
      </w:r>
    </w:p>
    <w:tbl>
      <w:tblPr>
        <w:tblW w:w="0" w:type="auto"/>
        <w:jc w:val="center"/>
        <w:tblBorders>
          <w:top w:val="single" w:sz="4" w:space="0" w:color="145DA0"/>
          <w:left w:val="single" w:sz="4" w:space="0" w:color="145DA0"/>
          <w:bottom w:val="single" w:sz="4" w:space="0" w:color="145DA0"/>
          <w:right w:val="single" w:sz="4" w:space="0" w:color="145DA0"/>
          <w:insideH w:val="single" w:sz="4" w:space="0" w:color="145DA0"/>
          <w:insideV w:val="single" w:sz="4" w:space="0" w:color="145DA0"/>
        </w:tblBorders>
        <w:tblLook w:val="04A0" w:firstRow="1" w:lastRow="0" w:firstColumn="1" w:lastColumn="0" w:noHBand="0" w:noVBand="1"/>
      </w:tblPr>
      <w:tblGrid>
        <w:gridCol w:w="10596"/>
      </w:tblGrid>
      <w:tr w:rsidR="005E7ED3" w14:paraId="1C58C0E5" w14:textId="77777777">
        <w:trPr>
          <w:jc w:val="center"/>
        </w:trPr>
        <w:tc>
          <w:tcPr>
            <w:tcW w:w="10596" w:type="dxa"/>
            <w:shd w:val="clear" w:color="auto" w:fill="145DA0"/>
            <w:tcMar>
              <w:top w:w="70" w:type="dxa"/>
              <w:left w:w="70" w:type="dxa"/>
              <w:bottom w:w="70" w:type="dxa"/>
              <w:right w:w="70" w:type="dxa"/>
            </w:tcMar>
            <w:vAlign w:val="center"/>
          </w:tcPr>
          <w:p w14:paraId="1B8A1BC9" w14:textId="77777777" w:rsidR="005E7ED3" w:rsidRDefault="00000000">
            <w:pPr>
              <w:jc w:val="center"/>
            </w:pPr>
            <w:r>
              <w:rPr>
                <w:b/>
                <w:color w:val="FFFFFF"/>
                <w:sz w:val="21"/>
              </w:rPr>
              <w:t>SCHEDA MANSIONE N. 2 - CRITICITA, MISURE E PIANO</w:t>
            </w:r>
          </w:p>
        </w:tc>
      </w:tr>
    </w:tbl>
    <w:p w14:paraId="13ECC0A0" w14:textId="77777777" w:rsidR="005E7ED3" w:rsidRDefault="00000000">
      <w:pPr>
        <w:pStyle w:val="Titolo2"/>
      </w:pPr>
      <w:r>
        <w:rPr>
          <w:rFonts w:ascii="Arial" w:hAnsi="Arial"/>
          <w:b w:val="0"/>
        </w:rPr>
        <w:t>Criticita rilevate e motivazione del rischio</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3532"/>
        <w:gridCol w:w="3532"/>
        <w:gridCol w:w="3532"/>
      </w:tblGrid>
      <w:tr w:rsidR="005E7ED3" w14:paraId="34B71D40" w14:textId="77777777">
        <w:trPr>
          <w:jc w:val="center"/>
        </w:trPr>
        <w:tc>
          <w:tcPr>
            <w:tcW w:w="3532" w:type="dxa"/>
            <w:shd w:val="clear" w:color="auto" w:fill="0B3A66"/>
            <w:tcMar>
              <w:top w:w="70" w:type="dxa"/>
              <w:left w:w="70" w:type="dxa"/>
              <w:bottom w:w="70" w:type="dxa"/>
              <w:right w:w="70" w:type="dxa"/>
            </w:tcMar>
            <w:vAlign w:val="center"/>
          </w:tcPr>
          <w:p w14:paraId="7CA66CC6" w14:textId="77777777" w:rsidR="005E7ED3" w:rsidRDefault="00000000">
            <w:pPr>
              <w:jc w:val="center"/>
            </w:pPr>
            <w:r>
              <w:rPr>
                <w:b/>
                <w:color w:val="FFFFFF"/>
                <w:sz w:val="14"/>
              </w:rPr>
              <w:t>Criticita</w:t>
            </w:r>
          </w:p>
        </w:tc>
        <w:tc>
          <w:tcPr>
            <w:tcW w:w="3532" w:type="dxa"/>
            <w:shd w:val="clear" w:color="auto" w:fill="0B3A66"/>
            <w:tcMar>
              <w:top w:w="70" w:type="dxa"/>
              <w:left w:w="70" w:type="dxa"/>
              <w:bottom w:w="70" w:type="dxa"/>
              <w:right w:w="70" w:type="dxa"/>
            </w:tcMar>
            <w:vAlign w:val="center"/>
          </w:tcPr>
          <w:p w14:paraId="17A7E00B" w14:textId="77777777" w:rsidR="005E7ED3" w:rsidRDefault="00000000">
            <w:pPr>
              <w:jc w:val="center"/>
            </w:pPr>
            <w:r>
              <w:rPr>
                <w:b/>
                <w:color w:val="FFFFFF"/>
                <w:sz w:val="14"/>
              </w:rPr>
              <w:t>Evidenza oggettiva</w:t>
            </w:r>
          </w:p>
        </w:tc>
        <w:tc>
          <w:tcPr>
            <w:tcW w:w="3532" w:type="dxa"/>
            <w:shd w:val="clear" w:color="auto" w:fill="0B3A66"/>
            <w:tcMar>
              <w:top w:w="70" w:type="dxa"/>
              <w:left w:w="70" w:type="dxa"/>
              <w:bottom w:w="70" w:type="dxa"/>
              <w:right w:w="70" w:type="dxa"/>
            </w:tcMar>
            <w:vAlign w:val="center"/>
          </w:tcPr>
          <w:p w14:paraId="1E4AC011" w14:textId="77777777" w:rsidR="005E7ED3" w:rsidRDefault="00000000">
            <w:pPr>
              <w:jc w:val="center"/>
            </w:pPr>
            <w:r>
              <w:rPr>
                <w:b/>
                <w:color w:val="FFFFFF"/>
                <w:sz w:val="14"/>
              </w:rPr>
              <w:t>Effetto sul rischio</w:t>
            </w:r>
          </w:p>
        </w:tc>
      </w:tr>
      <w:tr w:rsidR="005E7ED3" w14:paraId="752385DD" w14:textId="77777777">
        <w:trPr>
          <w:jc w:val="center"/>
        </w:trPr>
        <w:tc>
          <w:tcPr>
            <w:tcW w:w="3532" w:type="dxa"/>
            <w:shd w:val="clear" w:color="auto" w:fill="FFFFFF"/>
            <w:tcMar>
              <w:top w:w="70" w:type="dxa"/>
              <w:left w:w="70" w:type="dxa"/>
              <w:bottom w:w="70" w:type="dxa"/>
              <w:right w:w="70" w:type="dxa"/>
            </w:tcMar>
            <w:vAlign w:val="center"/>
          </w:tcPr>
          <w:p w14:paraId="6FE9E841" w14:textId="77777777" w:rsidR="005E7ED3" w:rsidRDefault="00000000">
            <w:r>
              <w:rPr>
                <w:sz w:val="14"/>
              </w:rPr>
              <w:t>[...]</w:t>
            </w:r>
          </w:p>
        </w:tc>
        <w:tc>
          <w:tcPr>
            <w:tcW w:w="3532" w:type="dxa"/>
            <w:shd w:val="clear" w:color="auto" w:fill="FFFFFF"/>
            <w:tcMar>
              <w:top w:w="70" w:type="dxa"/>
              <w:left w:w="70" w:type="dxa"/>
              <w:bottom w:w="70" w:type="dxa"/>
              <w:right w:w="70" w:type="dxa"/>
            </w:tcMar>
            <w:vAlign w:val="center"/>
          </w:tcPr>
          <w:p w14:paraId="7B7FF4CE" w14:textId="77777777" w:rsidR="005E7ED3" w:rsidRDefault="00000000">
            <w:r>
              <w:rPr>
                <w:sz w:val="14"/>
              </w:rPr>
              <w:t>[...]</w:t>
            </w:r>
          </w:p>
        </w:tc>
        <w:tc>
          <w:tcPr>
            <w:tcW w:w="3532" w:type="dxa"/>
            <w:shd w:val="clear" w:color="auto" w:fill="FFFFFF"/>
            <w:tcMar>
              <w:top w:w="70" w:type="dxa"/>
              <w:left w:w="70" w:type="dxa"/>
              <w:bottom w:w="70" w:type="dxa"/>
              <w:right w:w="70" w:type="dxa"/>
            </w:tcMar>
            <w:vAlign w:val="center"/>
          </w:tcPr>
          <w:p w14:paraId="76DF71F4" w14:textId="77777777" w:rsidR="005E7ED3" w:rsidRDefault="00000000">
            <w:r>
              <w:rPr>
                <w:sz w:val="14"/>
              </w:rPr>
              <w:t>[...]</w:t>
            </w:r>
          </w:p>
        </w:tc>
      </w:tr>
      <w:tr w:rsidR="005E7ED3" w14:paraId="267277EE" w14:textId="77777777">
        <w:trPr>
          <w:jc w:val="center"/>
        </w:trPr>
        <w:tc>
          <w:tcPr>
            <w:tcW w:w="3532" w:type="dxa"/>
            <w:shd w:val="clear" w:color="auto" w:fill="F4F9FF"/>
            <w:tcMar>
              <w:top w:w="70" w:type="dxa"/>
              <w:left w:w="70" w:type="dxa"/>
              <w:bottom w:w="70" w:type="dxa"/>
              <w:right w:w="70" w:type="dxa"/>
            </w:tcMar>
            <w:vAlign w:val="center"/>
          </w:tcPr>
          <w:p w14:paraId="6ED36299" w14:textId="77777777" w:rsidR="005E7ED3" w:rsidRDefault="00000000">
            <w:r>
              <w:rPr>
                <w:sz w:val="14"/>
              </w:rPr>
              <w:t>[...]</w:t>
            </w:r>
          </w:p>
        </w:tc>
        <w:tc>
          <w:tcPr>
            <w:tcW w:w="3532" w:type="dxa"/>
            <w:shd w:val="clear" w:color="auto" w:fill="F4F9FF"/>
            <w:tcMar>
              <w:top w:w="70" w:type="dxa"/>
              <w:left w:w="70" w:type="dxa"/>
              <w:bottom w:w="70" w:type="dxa"/>
              <w:right w:w="70" w:type="dxa"/>
            </w:tcMar>
            <w:vAlign w:val="center"/>
          </w:tcPr>
          <w:p w14:paraId="3E7A7667" w14:textId="77777777" w:rsidR="005E7ED3" w:rsidRDefault="00000000">
            <w:r>
              <w:rPr>
                <w:sz w:val="14"/>
              </w:rPr>
              <w:t>[...]</w:t>
            </w:r>
          </w:p>
        </w:tc>
        <w:tc>
          <w:tcPr>
            <w:tcW w:w="3532" w:type="dxa"/>
            <w:shd w:val="clear" w:color="auto" w:fill="F4F9FF"/>
            <w:tcMar>
              <w:top w:w="70" w:type="dxa"/>
              <w:left w:w="70" w:type="dxa"/>
              <w:bottom w:w="70" w:type="dxa"/>
              <w:right w:w="70" w:type="dxa"/>
            </w:tcMar>
            <w:vAlign w:val="center"/>
          </w:tcPr>
          <w:p w14:paraId="7B1D19C4" w14:textId="77777777" w:rsidR="005E7ED3" w:rsidRDefault="00000000">
            <w:r>
              <w:rPr>
                <w:sz w:val="14"/>
              </w:rPr>
              <w:t>[...]</w:t>
            </w:r>
          </w:p>
        </w:tc>
      </w:tr>
      <w:tr w:rsidR="005E7ED3" w14:paraId="4FBB5A5A" w14:textId="77777777">
        <w:trPr>
          <w:jc w:val="center"/>
        </w:trPr>
        <w:tc>
          <w:tcPr>
            <w:tcW w:w="3532" w:type="dxa"/>
            <w:shd w:val="clear" w:color="auto" w:fill="FFFFFF"/>
            <w:tcMar>
              <w:top w:w="70" w:type="dxa"/>
              <w:left w:w="70" w:type="dxa"/>
              <w:bottom w:w="70" w:type="dxa"/>
              <w:right w:w="70" w:type="dxa"/>
            </w:tcMar>
            <w:vAlign w:val="center"/>
          </w:tcPr>
          <w:p w14:paraId="106FA587" w14:textId="77777777" w:rsidR="005E7ED3" w:rsidRDefault="00000000">
            <w:r>
              <w:rPr>
                <w:sz w:val="14"/>
              </w:rPr>
              <w:t>[...]</w:t>
            </w:r>
          </w:p>
        </w:tc>
        <w:tc>
          <w:tcPr>
            <w:tcW w:w="3532" w:type="dxa"/>
            <w:shd w:val="clear" w:color="auto" w:fill="FFFFFF"/>
            <w:tcMar>
              <w:top w:w="70" w:type="dxa"/>
              <w:left w:w="70" w:type="dxa"/>
              <w:bottom w:w="70" w:type="dxa"/>
              <w:right w:w="70" w:type="dxa"/>
            </w:tcMar>
            <w:vAlign w:val="center"/>
          </w:tcPr>
          <w:p w14:paraId="262DEB22" w14:textId="77777777" w:rsidR="005E7ED3" w:rsidRDefault="00000000">
            <w:r>
              <w:rPr>
                <w:sz w:val="14"/>
              </w:rPr>
              <w:t>[...]</w:t>
            </w:r>
          </w:p>
        </w:tc>
        <w:tc>
          <w:tcPr>
            <w:tcW w:w="3532" w:type="dxa"/>
            <w:shd w:val="clear" w:color="auto" w:fill="FFFFFF"/>
            <w:tcMar>
              <w:top w:w="70" w:type="dxa"/>
              <w:left w:w="70" w:type="dxa"/>
              <w:bottom w:w="70" w:type="dxa"/>
              <w:right w:w="70" w:type="dxa"/>
            </w:tcMar>
            <w:vAlign w:val="center"/>
          </w:tcPr>
          <w:p w14:paraId="4AA24EF1" w14:textId="77777777" w:rsidR="005E7ED3" w:rsidRDefault="00000000">
            <w:r>
              <w:rPr>
                <w:sz w:val="14"/>
              </w:rPr>
              <w:t>[...]</w:t>
            </w:r>
          </w:p>
        </w:tc>
      </w:tr>
      <w:tr w:rsidR="005E7ED3" w14:paraId="4D934440" w14:textId="77777777">
        <w:trPr>
          <w:jc w:val="center"/>
        </w:trPr>
        <w:tc>
          <w:tcPr>
            <w:tcW w:w="3532" w:type="dxa"/>
            <w:shd w:val="clear" w:color="auto" w:fill="F4F9FF"/>
            <w:tcMar>
              <w:top w:w="70" w:type="dxa"/>
              <w:left w:w="70" w:type="dxa"/>
              <w:bottom w:w="70" w:type="dxa"/>
              <w:right w:w="70" w:type="dxa"/>
            </w:tcMar>
            <w:vAlign w:val="center"/>
          </w:tcPr>
          <w:p w14:paraId="618610A0" w14:textId="77777777" w:rsidR="005E7ED3" w:rsidRDefault="00000000">
            <w:r>
              <w:rPr>
                <w:sz w:val="14"/>
              </w:rPr>
              <w:t>[...]</w:t>
            </w:r>
          </w:p>
        </w:tc>
        <w:tc>
          <w:tcPr>
            <w:tcW w:w="3532" w:type="dxa"/>
            <w:shd w:val="clear" w:color="auto" w:fill="F4F9FF"/>
            <w:tcMar>
              <w:top w:w="70" w:type="dxa"/>
              <w:left w:w="70" w:type="dxa"/>
              <w:bottom w:w="70" w:type="dxa"/>
              <w:right w:w="70" w:type="dxa"/>
            </w:tcMar>
            <w:vAlign w:val="center"/>
          </w:tcPr>
          <w:p w14:paraId="6F38B379" w14:textId="77777777" w:rsidR="005E7ED3" w:rsidRDefault="00000000">
            <w:r>
              <w:rPr>
                <w:sz w:val="14"/>
              </w:rPr>
              <w:t>[...]</w:t>
            </w:r>
          </w:p>
        </w:tc>
        <w:tc>
          <w:tcPr>
            <w:tcW w:w="3532" w:type="dxa"/>
            <w:shd w:val="clear" w:color="auto" w:fill="F4F9FF"/>
            <w:tcMar>
              <w:top w:w="70" w:type="dxa"/>
              <w:left w:w="70" w:type="dxa"/>
              <w:bottom w:w="70" w:type="dxa"/>
              <w:right w:w="70" w:type="dxa"/>
            </w:tcMar>
            <w:vAlign w:val="center"/>
          </w:tcPr>
          <w:p w14:paraId="6D4A11A1" w14:textId="77777777" w:rsidR="005E7ED3" w:rsidRDefault="00000000">
            <w:r>
              <w:rPr>
                <w:sz w:val="14"/>
              </w:rPr>
              <w:t>[...]</w:t>
            </w:r>
          </w:p>
        </w:tc>
      </w:tr>
      <w:tr w:rsidR="005E7ED3" w14:paraId="209B42EA" w14:textId="77777777">
        <w:trPr>
          <w:jc w:val="center"/>
        </w:trPr>
        <w:tc>
          <w:tcPr>
            <w:tcW w:w="3532" w:type="dxa"/>
            <w:shd w:val="clear" w:color="auto" w:fill="FFFFFF"/>
            <w:tcMar>
              <w:top w:w="70" w:type="dxa"/>
              <w:left w:w="70" w:type="dxa"/>
              <w:bottom w:w="70" w:type="dxa"/>
              <w:right w:w="70" w:type="dxa"/>
            </w:tcMar>
            <w:vAlign w:val="center"/>
          </w:tcPr>
          <w:p w14:paraId="25AE2158" w14:textId="77777777" w:rsidR="005E7ED3" w:rsidRDefault="00000000">
            <w:r>
              <w:rPr>
                <w:sz w:val="14"/>
              </w:rPr>
              <w:t>[...]</w:t>
            </w:r>
          </w:p>
        </w:tc>
        <w:tc>
          <w:tcPr>
            <w:tcW w:w="3532" w:type="dxa"/>
            <w:shd w:val="clear" w:color="auto" w:fill="FFFFFF"/>
            <w:tcMar>
              <w:top w:w="70" w:type="dxa"/>
              <w:left w:w="70" w:type="dxa"/>
              <w:bottom w:w="70" w:type="dxa"/>
              <w:right w:w="70" w:type="dxa"/>
            </w:tcMar>
            <w:vAlign w:val="center"/>
          </w:tcPr>
          <w:p w14:paraId="2441FB7F" w14:textId="77777777" w:rsidR="005E7ED3" w:rsidRDefault="00000000">
            <w:r>
              <w:rPr>
                <w:sz w:val="14"/>
              </w:rPr>
              <w:t>[...]</w:t>
            </w:r>
          </w:p>
        </w:tc>
        <w:tc>
          <w:tcPr>
            <w:tcW w:w="3532" w:type="dxa"/>
            <w:shd w:val="clear" w:color="auto" w:fill="FFFFFF"/>
            <w:tcMar>
              <w:top w:w="70" w:type="dxa"/>
              <w:left w:w="70" w:type="dxa"/>
              <w:bottom w:w="70" w:type="dxa"/>
              <w:right w:w="70" w:type="dxa"/>
            </w:tcMar>
            <w:vAlign w:val="center"/>
          </w:tcPr>
          <w:p w14:paraId="1259F867" w14:textId="77777777" w:rsidR="005E7ED3" w:rsidRDefault="00000000">
            <w:r>
              <w:rPr>
                <w:sz w:val="14"/>
              </w:rPr>
              <w:t>[...]</w:t>
            </w:r>
          </w:p>
        </w:tc>
      </w:tr>
    </w:tbl>
    <w:p w14:paraId="7F62C706" w14:textId="77777777" w:rsidR="005E7ED3" w:rsidRDefault="00000000">
      <w:pPr>
        <w:pStyle w:val="Titolo2"/>
      </w:pPr>
      <w:r>
        <w:rPr>
          <w:rFonts w:ascii="Arial" w:hAnsi="Arial"/>
          <w:b w:val="0"/>
        </w:rPr>
        <w:t>Misure da adottare per la mansione</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1766"/>
        <w:gridCol w:w="1766"/>
        <w:gridCol w:w="1766"/>
        <w:gridCol w:w="1766"/>
        <w:gridCol w:w="1766"/>
        <w:gridCol w:w="1766"/>
      </w:tblGrid>
      <w:tr w:rsidR="005E7ED3" w14:paraId="4CCD12D0" w14:textId="77777777">
        <w:trPr>
          <w:jc w:val="center"/>
        </w:trPr>
        <w:tc>
          <w:tcPr>
            <w:tcW w:w="1766" w:type="dxa"/>
            <w:shd w:val="clear" w:color="auto" w:fill="0B3A66"/>
            <w:tcMar>
              <w:top w:w="70" w:type="dxa"/>
              <w:left w:w="70" w:type="dxa"/>
              <w:bottom w:w="70" w:type="dxa"/>
              <w:right w:w="70" w:type="dxa"/>
            </w:tcMar>
            <w:vAlign w:val="center"/>
          </w:tcPr>
          <w:p w14:paraId="0B7A1DFB" w14:textId="77777777" w:rsidR="005E7ED3" w:rsidRDefault="00000000">
            <w:pPr>
              <w:jc w:val="center"/>
            </w:pPr>
            <w:r>
              <w:rPr>
                <w:b/>
                <w:color w:val="FFFFFF"/>
                <w:sz w:val="13"/>
              </w:rPr>
              <w:t>Misura</w:t>
            </w:r>
          </w:p>
        </w:tc>
        <w:tc>
          <w:tcPr>
            <w:tcW w:w="1766" w:type="dxa"/>
            <w:shd w:val="clear" w:color="auto" w:fill="0B3A66"/>
            <w:tcMar>
              <w:top w:w="70" w:type="dxa"/>
              <w:left w:w="70" w:type="dxa"/>
              <w:bottom w:w="70" w:type="dxa"/>
              <w:right w:w="70" w:type="dxa"/>
            </w:tcMar>
            <w:vAlign w:val="center"/>
          </w:tcPr>
          <w:p w14:paraId="66DCCFC4" w14:textId="77777777" w:rsidR="005E7ED3" w:rsidRDefault="00000000">
            <w:pPr>
              <w:jc w:val="center"/>
            </w:pPr>
            <w:r>
              <w:rPr>
                <w:b/>
                <w:color w:val="FFFFFF"/>
                <w:sz w:val="13"/>
              </w:rPr>
              <w:t>Tipo</w:t>
            </w:r>
          </w:p>
        </w:tc>
        <w:tc>
          <w:tcPr>
            <w:tcW w:w="1766" w:type="dxa"/>
            <w:shd w:val="clear" w:color="auto" w:fill="0B3A66"/>
            <w:tcMar>
              <w:top w:w="70" w:type="dxa"/>
              <w:left w:w="70" w:type="dxa"/>
              <w:bottom w:w="70" w:type="dxa"/>
              <w:right w:w="70" w:type="dxa"/>
            </w:tcMar>
            <w:vAlign w:val="center"/>
          </w:tcPr>
          <w:p w14:paraId="401B8B23" w14:textId="77777777" w:rsidR="005E7ED3" w:rsidRDefault="00000000">
            <w:pPr>
              <w:jc w:val="center"/>
            </w:pPr>
            <w:r>
              <w:rPr>
                <w:b/>
                <w:color w:val="FFFFFF"/>
                <w:sz w:val="13"/>
              </w:rPr>
              <w:t>Priorita</w:t>
            </w:r>
          </w:p>
        </w:tc>
        <w:tc>
          <w:tcPr>
            <w:tcW w:w="1766" w:type="dxa"/>
            <w:shd w:val="clear" w:color="auto" w:fill="0B3A66"/>
            <w:tcMar>
              <w:top w:w="70" w:type="dxa"/>
              <w:left w:w="70" w:type="dxa"/>
              <w:bottom w:w="70" w:type="dxa"/>
              <w:right w:w="70" w:type="dxa"/>
            </w:tcMar>
            <w:vAlign w:val="center"/>
          </w:tcPr>
          <w:p w14:paraId="7BB59DFF" w14:textId="77777777" w:rsidR="005E7ED3" w:rsidRDefault="00000000">
            <w:pPr>
              <w:jc w:val="center"/>
            </w:pPr>
            <w:r>
              <w:rPr>
                <w:b/>
                <w:color w:val="FFFFFF"/>
                <w:sz w:val="13"/>
              </w:rPr>
              <w:t>Responsabile</w:t>
            </w:r>
          </w:p>
        </w:tc>
        <w:tc>
          <w:tcPr>
            <w:tcW w:w="1766" w:type="dxa"/>
            <w:shd w:val="clear" w:color="auto" w:fill="0B3A66"/>
            <w:tcMar>
              <w:top w:w="70" w:type="dxa"/>
              <w:left w:w="70" w:type="dxa"/>
              <w:bottom w:w="70" w:type="dxa"/>
              <w:right w:w="70" w:type="dxa"/>
            </w:tcMar>
            <w:vAlign w:val="center"/>
          </w:tcPr>
          <w:p w14:paraId="017B2924" w14:textId="77777777" w:rsidR="005E7ED3" w:rsidRDefault="00000000">
            <w:pPr>
              <w:jc w:val="center"/>
            </w:pPr>
            <w:r>
              <w:rPr>
                <w:b/>
                <w:color w:val="FFFFFF"/>
                <w:sz w:val="13"/>
              </w:rPr>
              <w:t>Scadenza</w:t>
            </w:r>
          </w:p>
        </w:tc>
        <w:tc>
          <w:tcPr>
            <w:tcW w:w="1766" w:type="dxa"/>
            <w:shd w:val="clear" w:color="auto" w:fill="0B3A66"/>
            <w:tcMar>
              <w:top w:w="70" w:type="dxa"/>
              <w:left w:w="70" w:type="dxa"/>
              <w:bottom w:w="70" w:type="dxa"/>
              <w:right w:w="70" w:type="dxa"/>
            </w:tcMar>
            <w:vAlign w:val="center"/>
          </w:tcPr>
          <w:p w14:paraId="6CE5F3F6" w14:textId="77777777" w:rsidR="005E7ED3" w:rsidRDefault="00000000">
            <w:pPr>
              <w:jc w:val="center"/>
            </w:pPr>
            <w:r>
              <w:rPr>
                <w:b/>
                <w:color w:val="FFFFFF"/>
                <w:sz w:val="13"/>
              </w:rPr>
              <w:t>Verifica efficacia</w:t>
            </w:r>
          </w:p>
        </w:tc>
      </w:tr>
      <w:tr w:rsidR="005E7ED3" w14:paraId="3A476B22" w14:textId="77777777">
        <w:trPr>
          <w:jc w:val="center"/>
        </w:trPr>
        <w:tc>
          <w:tcPr>
            <w:tcW w:w="1766" w:type="dxa"/>
            <w:shd w:val="clear" w:color="auto" w:fill="FFFFFF"/>
            <w:tcMar>
              <w:top w:w="70" w:type="dxa"/>
              <w:left w:w="70" w:type="dxa"/>
              <w:bottom w:w="70" w:type="dxa"/>
              <w:right w:w="70" w:type="dxa"/>
            </w:tcMar>
            <w:vAlign w:val="center"/>
          </w:tcPr>
          <w:p w14:paraId="725790E6"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245EB181"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5FCC75B5"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41CC8469"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5E0079F3"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535335E5" w14:textId="77777777" w:rsidR="005E7ED3" w:rsidRDefault="00000000">
            <w:r>
              <w:rPr>
                <w:sz w:val="13"/>
              </w:rPr>
              <w:t>[...]</w:t>
            </w:r>
          </w:p>
        </w:tc>
      </w:tr>
      <w:tr w:rsidR="005E7ED3" w14:paraId="736666FB" w14:textId="77777777">
        <w:trPr>
          <w:jc w:val="center"/>
        </w:trPr>
        <w:tc>
          <w:tcPr>
            <w:tcW w:w="1766" w:type="dxa"/>
            <w:shd w:val="clear" w:color="auto" w:fill="F4F9FF"/>
            <w:tcMar>
              <w:top w:w="70" w:type="dxa"/>
              <w:left w:w="70" w:type="dxa"/>
              <w:bottom w:w="70" w:type="dxa"/>
              <w:right w:w="70" w:type="dxa"/>
            </w:tcMar>
            <w:vAlign w:val="center"/>
          </w:tcPr>
          <w:p w14:paraId="60E5C221"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69555077"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08FCD554"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6690A0CD"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5575B588"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1FC2132D" w14:textId="77777777" w:rsidR="005E7ED3" w:rsidRDefault="00000000">
            <w:r>
              <w:rPr>
                <w:sz w:val="13"/>
              </w:rPr>
              <w:t>[...]</w:t>
            </w:r>
          </w:p>
        </w:tc>
      </w:tr>
      <w:tr w:rsidR="005E7ED3" w14:paraId="4E378116" w14:textId="77777777">
        <w:trPr>
          <w:jc w:val="center"/>
        </w:trPr>
        <w:tc>
          <w:tcPr>
            <w:tcW w:w="1766" w:type="dxa"/>
            <w:shd w:val="clear" w:color="auto" w:fill="FFFFFF"/>
            <w:tcMar>
              <w:top w:w="70" w:type="dxa"/>
              <w:left w:w="70" w:type="dxa"/>
              <w:bottom w:w="70" w:type="dxa"/>
              <w:right w:w="70" w:type="dxa"/>
            </w:tcMar>
            <w:vAlign w:val="center"/>
          </w:tcPr>
          <w:p w14:paraId="3A89AFE2"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4F2D3EF4"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15D4E5EB"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23852298"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458CD9DD"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478ED96A" w14:textId="77777777" w:rsidR="005E7ED3" w:rsidRDefault="00000000">
            <w:r>
              <w:rPr>
                <w:sz w:val="13"/>
              </w:rPr>
              <w:t>[...]</w:t>
            </w:r>
          </w:p>
        </w:tc>
      </w:tr>
      <w:tr w:rsidR="005E7ED3" w14:paraId="2922B67D" w14:textId="77777777">
        <w:trPr>
          <w:jc w:val="center"/>
        </w:trPr>
        <w:tc>
          <w:tcPr>
            <w:tcW w:w="1766" w:type="dxa"/>
            <w:shd w:val="clear" w:color="auto" w:fill="F4F9FF"/>
            <w:tcMar>
              <w:top w:w="70" w:type="dxa"/>
              <w:left w:w="70" w:type="dxa"/>
              <w:bottom w:w="70" w:type="dxa"/>
              <w:right w:w="70" w:type="dxa"/>
            </w:tcMar>
            <w:vAlign w:val="center"/>
          </w:tcPr>
          <w:p w14:paraId="42601111"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7A7B9E7A"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737B9E56"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6876385C"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1A5D09A6"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7E47F22D" w14:textId="77777777" w:rsidR="005E7ED3" w:rsidRDefault="00000000">
            <w:r>
              <w:rPr>
                <w:sz w:val="13"/>
              </w:rPr>
              <w:t>[...]</w:t>
            </w:r>
          </w:p>
        </w:tc>
      </w:tr>
      <w:tr w:rsidR="005E7ED3" w14:paraId="4BC3E7D3" w14:textId="77777777">
        <w:trPr>
          <w:jc w:val="center"/>
        </w:trPr>
        <w:tc>
          <w:tcPr>
            <w:tcW w:w="1766" w:type="dxa"/>
            <w:shd w:val="clear" w:color="auto" w:fill="FFFFFF"/>
            <w:tcMar>
              <w:top w:w="70" w:type="dxa"/>
              <w:left w:w="70" w:type="dxa"/>
              <w:bottom w:w="70" w:type="dxa"/>
              <w:right w:w="70" w:type="dxa"/>
            </w:tcMar>
            <w:vAlign w:val="center"/>
          </w:tcPr>
          <w:p w14:paraId="33BFA2EA"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59D9CC1D"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13785DF6"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0BB96FA7"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63FCFF81"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7BE2EDA6" w14:textId="77777777" w:rsidR="005E7ED3" w:rsidRDefault="00000000">
            <w:r>
              <w:rPr>
                <w:sz w:val="13"/>
              </w:rPr>
              <w:t>[...]</w:t>
            </w:r>
          </w:p>
        </w:tc>
      </w:tr>
      <w:tr w:rsidR="005E7ED3" w14:paraId="66A4195F" w14:textId="77777777">
        <w:trPr>
          <w:jc w:val="center"/>
        </w:trPr>
        <w:tc>
          <w:tcPr>
            <w:tcW w:w="1766" w:type="dxa"/>
            <w:shd w:val="clear" w:color="auto" w:fill="F4F9FF"/>
            <w:tcMar>
              <w:top w:w="70" w:type="dxa"/>
              <w:left w:w="70" w:type="dxa"/>
              <w:bottom w:w="70" w:type="dxa"/>
              <w:right w:w="70" w:type="dxa"/>
            </w:tcMar>
            <w:vAlign w:val="center"/>
          </w:tcPr>
          <w:p w14:paraId="35A1607F"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0AFFAF9F"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0E01252E"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5CFC14F3"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4DBC93CE"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567F2465" w14:textId="77777777" w:rsidR="005E7ED3" w:rsidRDefault="00000000">
            <w:r>
              <w:rPr>
                <w:sz w:val="13"/>
              </w:rPr>
              <w:t>[...]</w:t>
            </w:r>
          </w:p>
        </w:tc>
      </w:tr>
    </w:tbl>
    <w:p w14:paraId="406E33D1" w14:textId="77777777" w:rsidR="005E7ED3" w:rsidRDefault="00000000">
      <w:r>
        <w:br w:type="page"/>
      </w:r>
    </w:p>
    <w:tbl>
      <w:tblPr>
        <w:tblW w:w="0" w:type="auto"/>
        <w:jc w:val="center"/>
        <w:tblBorders>
          <w:top w:val="single" w:sz="4" w:space="0" w:color="145DA0"/>
          <w:left w:val="single" w:sz="4" w:space="0" w:color="145DA0"/>
          <w:bottom w:val="single" w:sz="4" w:space="0" w:color="145DA0"/>
          <w:right w:val="single" w:sz="4" w:space="0" w:color="145DA0"/>
          <w:insideH w:val="single" w:sz="4" w:space="0" w:color="145DA0"/>
          <w:insideV w:val="single" w:sz="4" w:space="0" w:color="145DA0"/>
        </w:tblBorders>
        <w:tblLook w:val="04A0" w:firstRow="1" w:lastRow="0" w:firstColumn="1" w:lastColumn="0" w:noHBand="0" w:noVBand="1"/>
      </w:tblPr>
      <w:tblGrid>
        <w:gridCol w:w="2649"/>
        <w:gridCol w:w="2649"/>
        <w:gridCol w:w="2649"/>
        <w:gridCol w:w="2649"/>
      </w:tblGrid>
      <w:tr w:rsidR="005E7ED3" w14:paraId="0990C630" w14:textId="77777777">
        <w:trPr>
          <w:jc w:val="center"/>
        </w:trPr>
        <w:tc>
          <w:tcPr>
            <w:tcW w:w="10596" w:type="dxa"/>
            <w:gridSpan w:val="4"/>
            <w:shd w:val="clear" w:color="auto" w:fill="145DA0"/>
            <w:tcMar>
              <w:top w:w="70" w:type="dxa"/>
              <w:left w:w="70" w:type="dxa"/>
              <w:bottom w:w="70" w:type="dxa"/>
              <w:right w:w="70" w:type="dxa"/>
            </w:tcMar>
            <w:vAlign w:val="center"/>
          </w:tcPr>
          <w:p w14:paraId="5EC6BEC0" w14:textId="77777777" w:rsidR="005E7ED3" w:rsidRDefault="00000000">
            <w:pPr>
              <w:jc w:val="center"/>
            </w:pPr>
            <w:r>
              <w:rPr>
                <w:b/>
                <w:color w:val="FFFFFF"/>
                <w:sz w:val="21"/>
              </w:rPr>
              <w:t>SCHEDA VALUTAZIONE MANSIONE N. 3</w:t>
            </w:r>
          </w:p>
        </w:tc>
      </w:tr>
      <w:tr w:rsidR="005E7ED3" w14:paraId="02F5F9E0" w14:textId="77777777">
        <w:trPr>
          <w:jc w:val="center"/>
        </w:trPr>
        <w:tc>
          <w:tcPr>
            <w:tcW w:w="10596" w:type="dxa"/>
            <w:gridSpan w:val="4"/>
            <w:shd w:val="clear" w:color="auto" w:fill="145DA0"/>
            <w:tcMar>
              <w:top w:w="70" w:type="dxa"/>
              <w:left w:w="70" w:type="dxa"/>
              <w:bottom w:w="70" w:type="dxa"/>
              <w:right w:w="70" w:type="dxa"/>
            </w:tcMar>
            <w:vAlign w:val="center"/>
          </w:tcPr>
          <w:p w14:paraId="120FCB46" w14:textId="77777777" w:rsidR="005E7ED3" w:rsidRDefault="00000000">
            <w:pPr>
              <w:jc w:val="center"/>
            </w:pPr>
            <w:r>
              <w:rPr>
                <w:b/>
                <w:color w:val="FFFFFF"/>
              </w:rPr>
              <w:t>Dati generali della mansione</w:t>
            </w:r>
          </w:p>
        </w:tc>
      </w:tr>
      <w:tr w:rsidR="005E7ED3" w14:paraId="0A7B2DC8"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317FB7C1" w14:textId="77777777" w:rsidR="005E7ED3" w:rsidRDefault="00000000">
            <w:r>
              <w:rPr>
                <w:b/>
                <w:color w:val="0B3A66"/>
                <w:sz w:val="16"/>
              </w:rPr>
              <w:t>Reparto / area</w:t>
            </w:r>
          </w:p>
        </w:tc>
        <w:tc>
          <w:tcPr>
            <w:tcW w:w="2649" w:type="dxa"/>
            <w:shd w:val="clear" w:color="auto" w:fill="FFFFFF"/>
            <w:tcMar>
              <w:top w:w="70" w:type="dxa"/>
              <w:left w:w="70" w:type="dxa"/>
              <w:bottom w:w="70" w:type="dxa"/>
              <w:right w:w="70" w:type="dxa"/>
            </w:tcMar>
            <w:vAlign w:val="center"/>
          </w:tcPr>
          <w:p w14:paraId="0BB9357E" w14:textId="77777777" w:rsidR="005E7ED3" w:rsidRDefault="00000000">
            <w:r>
              <w:rPr>
                <w:color w:val="404040"/>
                <w:sz w:val="16"/>
              </w:rPr>
              <w:t>[inserire]</w:t>
            </w:r>
          </w:p>
        </w:tc>
        <w:tc>
          <w:tcPr>
            <w:tcW w:w="2649" w:type="dxa"/>
            <w:shd w:val="clear" w:color="auto" w:fill="F2F5F8"/>
            <w:tcMar>
              <w:top w:w="70" w:type="dxa"/>
              <w:left w:w="70" w:type="dxa"/>
              <w:bottom w:w="70" w:type="dxa"/>
              <w:right w:w="70" w:type="dxa"/>
            </w:tcMar>
            <w:vAlign w:val="center"/>
          </w:tcPr>
          <w:p w14:paraId="5B45ED1A" w14:textId="77777777" w:rsidR="005E7ED3" w:rsidRDefault="00000000">
            <w:r>
              <w:rPr>
                <w:b/>
                <w:color w:val="0B3A66"/>
                <w:sz w:val="16"/>
              </w:rPr>
              <w:t>Mansione / postazione</w:t>
            </w:r>
          </w:p>
        </w:tc>
        <w:tc>
          <w:tcPr>
            <w:tcW w:w="2649" w:type="dxa"/>
            <w:shd w:val="clear" w:color="auto" w:fill="FFFFFF"/>
            <w:tcMar>
              <w:top w:w="70" w:type="dxa"/>
              <w:left w:w="70" w:type="dxa"/>
              <w:bottom w:w="70" w:type="dxa"/>
              <w:right w:w="70" w:type="dxa"/>
            </w:tcMar>
            <w:vAlign w:val="center"/>
          </w:tcPr>
          <w:p w14:paraId="24A5DF7B" w14:textId="77777777" w:rsidR="005E7ED3" w:rsidRDefault="00000000">
            <w:r>
              <w:rPr>
                <w:color w:val="404040"/>
                <w:sz w:val="16"/>
              </w:rPr>
              <w:t>[inserire]</w:t>
            </w:r>
          </w:p>
        </w:tc>
      </w:tr>
      <w:tr w:rsidR="005E7ED3" w14:paraId="31758634"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3297F8B2" w14:textId="77777777" w:rsidR="005E7ED3" w:rsidRDefault="00000000">
            <w:r>
              <w:rPr>
                <w:b/>
                <w:color w:val="0B3A66"/>
                <w:sz w:val="16"/>
              </w:rPr>
              <w:t>Numero lavoratori esposti</w:t>
            </w:r>
          </w:p>
        </w:tc>
        <w:tc>
          <w:tcPr>
            <w:tcW w:w="2649" w:type="dxa"/>
            <w:shd w:val="clear" w:color="auto" w:fill="FFFFFF"/>
            <w:tcMar>
              <w:top w:w="70" w:type="dxa"/>
              <w:left w:w="70" w:type="dxa"/>
              <w:bottom w:w="70" w:type="dxa"/>
              <w:right w:w="70" w:type="dxa"/>
            </w:tcMar>
            <w:vAlign w:val="center"/>
          </w:tcPr>
          <w:p w14:paraId="0B2C907F" w14:textId="77777777" w:rsidR="005E7ED3" w:rsidRDefault="00000000">
            <w:r>
              <w:rPr>
                <w:color w:val="404040"/>
                <w:sz w:val="16"/>
              </w:rPr>
              <w:t>[inserire]</w:t>
            </w:r>
          </w:p>
        </w:tc>
        <w:tc>
          <w:tcPr>
            <w:tcW w:w="2649" w:type="dxa"/>
            <w:shd w:val="clear" w:color="auto" w:fill="F2F5F8"/>
            <w:tcMar>
              <w:top w:w="70" w:type="dxa"/>
              <w:left w:w="70" w:type="dxa"/>
              <w:bottom w:w="70" w:type="dxa"/>
              <w:right w:w="70" w:type="dxa"/>
            </w:tcMar>
            <w:vAlign w:val="center"/>
          </w:tcPr>
          <w:p w14:paraId="47B004B8" w14:textId="77777777" w:rsidR="005E7ED3" w:rsidRDefault="00000000">
            <w:r>
              <w:rPr>
                <w:b/>
                <w:color w:val="0B3A66"/>
                <w:sz w:val="16"/>
              </w:rPr>
              <w:t>Turno / durata effettiva</w:t>
            </w:r>
          </w:p>
        </w:tc>
        <w:tc>
          <w:tcPr>
            <w:tcW w:w="2649" w:type="dxa"/>
            <w:shd w:val="clear" w:color="auto" w:fill="FFFFFF"/>
            <w:tcMar>
              <w:top w:w="70" w:type="dxa"/>
              <w:left w:w="70" w:type="dxa"/>
              <w:bottom w:w="70" w:type="dxa"/>
              <w:right w:w="70" w:type="dxa"/>
            </w:tcMar>
            <w:vAlign w:val="center"/>
          </w:tcPr>
          <w:p w14:paraId="46B1E39B" w14:textId="77777777" w:rsidR="005E7ED3" w:rsidRDefault="00000000">
            <w:r>
              <w:rPr>
                <w:color w:val="404040"/>
                <w:sz w:val="16"/>
              </w:rPr>
              <w:t>[inserire]</w:t>
            </w:r>
          </w:p>
        </w:tc>
      </w:tr>
      <w:tr w:rsidR="005E7ED3" w14:paraId="08D46F5D"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04AA4B04" w14:textId="77777777" w:rsidR="005E7ED3" w:rsidRDefault="00000000">
            <w:r>
              <w:rPr>
                <w:b/>
                <w:color w:val="0B3A66"/>
                <w:sz w:val="16"/>
              </w:rPr>
              <w:t>Descrizione sintetica attivita</w:t>
            </w:r>
          </w:p>
        </w:tc>
        <w:tc>
          <w:tcPr>
            <w:tcW w:w="2649" w:type="dxa"/>
            <w:shd w:val="clear" w:color="auto" w:fill="FFFFFF"/>
            <w:tcMar>
              <w:top w:w="70" w:type="dxa"/>
              <w:left w:w="70" w:type="dxa"/>
              <w:bottom w:w="70" w:type="dxa"/>
              <w:right w:w="70" w:type="dxa"/>
            </w:tcMar>
            <w:vAlign w:val="center"/>
          </w:tcPr>
          <w:p w14:paraId="140C8EEE" w14:textId="77777777" w:rsidR="005E7ED3" w:rsidRDefault="00000000">
            <w:r>
              <w:rPr>
                <w:color w:val="404040"/>
                <w:sz w:val="16"/>
              </w:rPr>
              <w:t>[incollare o descrivere]</w:t>
            </w:r>
          </w:p>
        </w:tc>
        <w:tc>
          <w:tcPr>
            <w:tcW w:w="2649" w:type="dxa"/>
            <w:shd w:val="clear" w:color="auto" w:fill="F2F5F8"/>
            <w:tcMar>
              <w:top w:w="70" w:type="dxa"/>
              <w:left w:w="70" w:type="dxa"/>
              <w:bottom w:w="70" w:type="dxa"/>
              <w:right w:w="70" w:type="dxa"/>
            </w:tcMar>
            <w:vAlign w:val="center"/>
          </w:tcPr>
          <w:p w14:paraId="40D3F5F6" w14:textId="77777777" w:rsidR="005E7ED3" w:rsidRDefault="00000000">
            <w:r>
              <w:rPr>
                <w:b/>
                <w:color w:val="0B3A66"/>
                <w:sz w:val="16"/>
              </w:rPr>
              <w:t>Fonte dati</w:t>
            </w:r>
          </w:p>
        </w:tc>
        <w:tc>
          <w:tcPr>
            <w:tcW w:w="2649" w:type="dxa"/>
            <w:shd w:val="clear" w:color="auto" w:fill="FFFFFF"/>
            <w:tcMar>
              <w:top w:w="70" w:type="dxa"/>
              <w:left w:w="70" w:type="dxa"/>
              <w:bottom w:w="70" w:type="dxa"/>
              <w:right w:w="70" w:type="dxa"/>
            </w:tcMar>
            <w:vAlign w:val="center"/>
          </w:tcPr>
          <w:p w14:paraId="1E8FAC5F" w14:textId="77777777" w:rsidR="005E7ED3" w:rsidRDefault="00000000">
            <w:r>
              <w:rPr>
                <w:color w:val="404040"/>
                <w:sz w:val="16"/>
              </w:rPr>
              <w:t>[web app / sopralluogo / intervista / cronometro]</w:t>
            </w:r>
          </w:p>
        </w:tc>
      </w:tr>
      <w:tr w:rsidR="005E7ED3" w14:paraId="66445CE3" w14:textId="77777777">
        <w:tblPrEx>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PrEx>
        <w:trPr>
          <w:jc w:val="center"/>
        </w:trPr>
        <w:tc>
          <w:tcPr>
            <w:tcW w:w="2649" w:type="dxa"/>
            <w:shd w:val="clear" w:color="auto" w:fill="F2F5F8"/>
            <w:tcMar>
              <w:top w:w="70" w:type="dxa"/>
              <w:left w:w="70" w:type="dxa"/>
              <w:bottom w:w="70" w:type="dxa"/>
              <w:right w:w="70" w:type="dxa"/>
            </w:tcMar>
            <w:vAlign w:val="center"/>
          </w:tcPr>
          <w:p w14:paraId="58C0F4C3" w14:textId="77777777" w:rsidR="005E7ED3" w:rsidRDefault="00000000">
            <w:r>
              <w:rPr>
                <w:b/>
                <w:color w:val="0B3A66"/>
                <w:sz w:val="16"/>
              </w:rPr>
              <w:t>Data valutazione</w:t>
            </w:r>
          </w:p>
        </w:tc>
        <w:tc>
          <w:tcPr>
            <w:tcW w:w="2649" w:type="dxa"/>
            <w:shd w:val="clear" w:color="auto" w:fill="FFFFFF"/>
            <w:tcMar>
              <w:top w:w="70" w:type="dxa"/>
              <w:left w:w="70" w:type="dxa"/>
              <w:bottom w:w="70" w:type="dxa"/>
              <w:right w:w="70" w:type="dxa"/>
            </w:tcMar>
            <w:vAlign w:val="center"/>
          </w:tcPr>
          <w:p w14:paraId="7D7ABC98" w14:textId="77777777" w:rsidR="005E7ED3" w:rsidRDefault="00000000">
            <w:r>
              <w:rPr>
                <w:color w:val="404040"/>
                <w:sz w:val="16"/>
              </w:rPr>
              <w:t>[inserire]</w:t>
            </w:r>
          </w:p>
        </w:tc>
        <w:tc>
          <w:tcPr>
            <w:tcW w:w="2649" w:type="dxa"/>
            <w:shd w:val="clear" w:color="auto" w:fill="F2F5F8"/>
            <w:tcMar>
              <w:top w:w="70" w:type="dxa"/>
              <w:left w:w="70" w:type="dxa"/>
              <w:bottom w:w="70" w:type="dxa"/>
              <w:right w:w="70" w:type="dxa"/>
            </w:tcMar>
            <w:vAlign w:val="center"/>
          </w:tcPr>
          <w:p w14:paraId="68A218AA" w14:textId="77777777" w:rsidR="005E7ED3" w:rsidRDefault="00000000">
            <w:r>
              <w:rPr>
                <w:b/>
                <w:color w:val="0B3A66"/>
                <w:sz w:val="16"/>
              </w:rPr>
              <w:t>Valutatore</w:t>
            </w:r>
          </w:p>
        </w:tc>
        <w:tc>
          <w:tcPr>
            <w:tcW w:w="2649" w:type="dxa"/>
            <w:shd w:val="clear" w:color="auto" w:fill="FFFFFF"/>
            <w:tcMar>
              <w:top w:w="70" w:type="dxa"/>
              <w:left w:w="70" w:type="dxa"/>
              <w:bottom w:w="70" w:type="dxa"/>
              <w:right w:w="70" w:type="dxa"/>
            </w:tcMar>
            <w:vAlign w:val="center"/>
          </w:tcPr>
          <w:p w14:paraId="2D991EEE" w14:textId="77777777" w:rsidR="005E7ED3" w:rsidRDefault="00000000">
            <w:r>
              <w:rPr>
                <w:color w:val="404040"/>
                <w:sz w:val="16"/>
              </w:rPr>
              <w:t>[inserire]</w:t>
            </w:r>
          </w:p>
        </w:tc>
      </w:tr>
    </w:tbl>
    <w:p w14:paraId="67AC54CB" w14:textId="77777777" w:rsidR="005E7ED3" w:rsidRDefault="00000000">
      <w:pPr>
        <w:pStyle w:val="Titolo2"/>
      </w:pPr>
      <w:r>
        <w:rPr>
          <w:rFonts w:ascii="Arial" w:hAnsi="Arial"/>
          <w:b w:val="0"/>
        </w:rPr>
        <w:t>Tempi e condizioni posturali rilevate</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2119"/>
        <w:gridCol w:w="2119"/>
        <w:gridCol w:w="2119"/>
        <w:gridCol w:w="2119"/>
        <w:gridCol w:w="2119"/>
      </w:tblGrid>
      <w:tr w:rsidR="005E7ED3" w14:paraId="59E4BFA3" w14:textId="77777777">
        <w:trPr>
          <w:jc w:val="center"/>
        </w:trPr>
        <w:tc>
          <w:tcPr>
            <w:tcW w:w="2119" w:type="dxa"/>
            <w:shd w:val="clear" w:color="auto" w:fill="0B3A66"/>
            <w:tcMar>
              <w:top w:w="70" w:type="dxa"/>
              <w:left w:w="70" w:type="dxa"/>
              <w:bottom w:w="70" w:type="dxa"/>
              <w:right w:w="70" w:type="dxa"/>
            </w:tcMar>
            <w:vAlign w:val="center"/>
          </w:tcPr>
          <w:p w14:paraId="593DD1E7" w14:textId="77777777" w:rsidR="005E7ED3" w:rsidRDefault="00000000">
            <w:pPr>
              <w:jc w:val="center"/>
            </w:pPr>
            <w:r>
              <w:rPr>
                <w:b/>
                <w:color w:val="FFFFFF"/>
                <w:sz w:val="14"/>
              </w:rPr>
              <w:t>Parametro</w:t>
            </w:r>
          </w:p>
        </w:tc>
        <w:tc>
          <w:tcPr>
            <w:tcW w:w="2119" w:type="dxa"/>
            <w:shd w:val="clear" w:color="auto" w:fill="0B3A66"/>
            <w:tcMar>
              <w:top w:w="70" w:type="dxa"/>
              <w:left w:w="70" w:type="dxa"/>
              <w:bottom w:w="70" w:type="dxa"/>
              <w:right w:w="70" w:type="dxa"/>
            </w:tcMar>
            <w:vAlign w:val="center"/>
          </w:tcPr>
          <w:p w14:paraId="33AA62CF" w14:textId="77777777" w:rsidR="005E7ED3" w:rsidRDefault="00000000">
            <w:pPr>
              <w:jc w:val="center"/>
            </w:pPr>
            <w:r>
              <w:rPr>
                <w:b/>
                <w:color w:val="FFFFFF"/>
                <w:sz w:val="14"/>
              </w:rPr>
              <w:t>Dato rilevato</w:t>
            </w:r>
          </w:p>
        </w:tc>
        <w:tc>
          <w:tcPr>
            <w:tcW w:w="2119" w:type="dxa"/>
            <w:shd w:val="clear" w:color="auto" w:fill="0B3A66"/>
            <w:tcMar>
              <w:top w:w="70" w:type="dxa"/>
              <w:left w:w="70" w:type="dxa"/>
              <w:bottom w:w="70" w:type="dxa"/>
              <w:right w:w="70" w:type="dxa"/>
            </w:tcMar>
            <w:vAlign w:val="center"/>
          </w:tcPr>
          <w:p w14:paraId="2A9D7B83" w14:textId="77777777" w:rsidR="005E7ED3" w:rsidRDefault="00000000">
            <w:pPr>
              <w:jc w:val="center"/>
            </w:pPr>
            <w:r>
              <w:rPr>
                <w:b/>
                <w:color w:val="FFFFFF"/>
                <w:sz w:val="14"/>
              </w:rPr>
              <w:t>Soglia/metodo</w:t>
            </w:r>
          </w:p>
        </w:tc>
        <w:tc>
          <w:tcPr>
            <w:tcW w:w="2119" w:type="dxa"/>
            <w:shd w:val="clear" w:color="auto" w:fill="0B3A66"/>
            <w:tcMar>
              <w:top w:w="70" w:type="dxa"/>
              <w:left w:w="70" w:type="dxa"/>
              <w:bottom w:w="70" w:type="dxa"/>
              <w:right w:w="70" w:type="dxa"/>
            </w:tcMar>
            <w:vAlign w:val="center"/>
          </w:tcPr>
          <w:p w14:paraId="76982209" w14:textId="77777777" w:rsidR="005E7ED3" w:rsidRDefault="00000000">
            <w:pPr>
              <w:jc w:val="center"/>
            </w:pPr>
            <w:r>
              <w:rPr>
                <w:b/>
                <w:color w:val="FFFFFF"/>
                <w:sz w:val="14"/>
              </w:rPr>
              <w:t>Esito parziale</w:t>
            </w:r>
          </w:p>
        </w:tc>
        <w:tc>
          <w:tcPr>
            <w:tcW w:w="2119" w:type="dxa"/>
            <w:shd w:val="clear" w:color="auto" w:fill="0B3A66"/>
            <w:tcMar>
              <w:top w:w="70" w:type="dxa"/>
              <w:left w:w="70" w:type="dxa"/>
              <w:bottom w:w="70" w:type="dxa"/>
              <w:right w:w="70" w:type="dxa"/>
            </w:tcMar>
            <w:vAlign w:val="center"/>
          </w:tcPr>
          <w:p w14:paraId="455E9E1E" w14:textId="77777777" w:rsidR="005E7ED3" w:rsidRDefault="00000000">
            <w:pPr>
              <w:jc w:val="center"/>
            </w:pPr>
            <w:r>
              <w:rPr>
                <w:b/>
                <w:color w:val="FFFFFF"/>
                <w:sz w:val="14"/>
              </w:rPr>
              <w:t>Note</w:t>
            </w:r>
          </w:p>
        </w:tc>
      </w:tr>
      <w:tr w:rsidR="005E7ED3" w14:paraId="474D3A8E" w14:textId="77777777">
        <w:trPr>
          <w:jc w:val="center"/>
        </w:trPr>
        <w:tc>
          <w:tcPr>
            <w:tcW w:w="2119" w:type="dxa"/>
            <w:shd w:val="clear" w:color="auto" w:fill="F4F9FF"/>
            <w:tcMar>
              <w:top w:w="70" w:type="dxa"/>
              <w:left w:w="70" w:type="dxa"/>
              <w:bottom w:w="70" w:type="dxa"/>
              <w:right w:w="70" w:type="dxa"/>
            </w:tcMar>
            <w:vAlign w:val="center"/>
          </w:tcPr>
          <w:p w14:paraId="3798A8C8" w14:textId="77777777" w:rsidR="005E7ED3" w:rsidRDefault="00000000">
            <w:r>
              <w:rPr>
                <w:sz w:val="13"/>
              </w:rPr>
              <w:t>TSC - seduta continuativa max</w:t>
            </w:r>
          </w:p>
        </w:tc>
        <w:tc>
          <w:tcPr>
            <w:tcW w:w="2119" w:type="dxa"/>
            <w:shd w:val="clear" w:color="auto" w:fill="F4F9FF"/>
            <w:tcMar>
              <w:top w:w="70" w:type="dxa"/>
              <w:left w:w="70" w:type="dxa"/>
              <w:bottom w:w="70" w:type="dxa"/>
              <w:right w:w="70" w:type="dxa"/>
            </w:tcMar>
            <w:vAlign w:val="center"/>
          </w:tcPr>
          <w:p w14:paraId="768FCEF4" w14:textId="77777777" w:rsidR="005E7ED3" w:rsidRDefault="00000000">
            <w:r>
              <w:rPr>
                <w:sz w:val="13"/>
              </w:rPr>
              <w:t>[minuti]</w:t>
            </w:r>
          </w:p>
        </w:tc>
        <w:tc>
          <w:tcPr>
            <w:tcW w:w="2119" w:type="dxa"/>
            <w:shd w:val="clear" w:color="auto" w:fill="F4F9FF"/>
            <w:tcMar>
              <w:top w:w="70" w:type="dxa"/>
              <w:left w:w="70" w:type="dxa"/>
              <w:bottom w:w="70" w:type="dxa"/>
              <w:right w:w="70" w:type="dxa"/>
            </w:tcMar>
            <w:vAlign w:val="center"/>
          </w:tcPr>
          <w:p w14:paraId="06035FBB" w14:textId="77777777" w:rsidR="005E7ED3" w:rsidRDefault="00000000">
            <w:r>
              <w:rPr>
                <w:sz w:val="13"/>
              </w:rPr>
              <w:t>&lt;= 120 min; attenzione gia oltre 20-30 min senza pausa</w:t>
            </w:r>
          </w:p>
        </w:tc>
        <w:tc>
          <w:tcPr>
            <w:tcW w:w="2119" w:type="dxa"/>
            <w:shd w:val="clear" w:color="auto" w:fill="F4F9FF"/>
            <w:tcMar>
              <w:top w:w="70" w:type="dxa"/>
              <w:left w:w="70" w:type="dxa"/>
              <w:bottom w:w="70" w:type="dxa"/>
              <w:right w:w="70" w:type="dxa"/>
            </w:tcMar>
            <w:vAlign w:val="center"/>
          </w:tcPr>
          <w:p w14:paraId="4A7C2A6D" w14:textId="77777777" w:rsidR="005E7ED3" w:rsidRDefault="00000000">
            <w:r>
              <w:rPr>
                <w:sz w:val="13"/>
              </w:rPr>
              <w:t>[basso/medio/alto]</w:t>
            </w:r>
          </w:p>
        </w:tc>
        <w:tc>
          <w:tcPr>
            <w:tcW w:w="2119" w:type="dxa"/>
            <w:shd w:val="clear" w:color="auto" w:fill="F4F9FF"/>
            <w:tcMar>
              <w:top w:w="70" w:type="dxa"/>
              <w:left w:w="70" w:type="dxa"/>
              <w:bottom w:w="70" w:type="dxa"/>
              <w:right w:w="70" w:type="dxa"/>
            </w:tcMar>
            <w:vAlign w:val="center"/>
          </w:tcPr>
          <w:p w14:paraId="187478DB" w14:textId="77777777" w:rsidR="005E7ED3" w:rsidRDefault="00000000">
            <w:r>
              <w:rPr>
                <w:sz w:val="13"/>
              </w:rPr>
              <w:t>[...]</w:t>
            </w:r>
          </w:p>
        </w:tc>
      </w:tr>
      <w:tr w:rsidR="005E7ED3" w14:paraId="7CDB3B2E" w14:textId="77777777">
        <w:trPr>
          <w:jc w:val="center"/>
        </w:trPr>
        <w:tc>
          <w:tcPr>
            <w:tcW w:w="2119" w:type="dxa"/>
            <w:shd w:val="clear" w:color="auto" w:fill="FFFFFF"/>
            <w:tcMar>
              <w:top w:w="70" w:type="dxa"/>
              <w:left w:w="70" w:type="dxa"/>
              <w:bottom w:w="70" w:type="dxa"/>
              <w:right w:w="70" w:type="dxa"/>
            </w:tcMar>
            <w:vAlign w:val="center"/>
          </w:tcPr>
          <w:p w14:paraId="78CC40FC" w14:textId="77777777" w:rsidR="005E7ED3" w:rsidRDefault="00000000">
            <w:r>
              <w:rPr>
                <w:sz w:val="13"/>
              </w:rPr>
              <w:t>TSG - seduta totale turno</w:t>
            </w:r>
          </w:p>
        </w:tc>
        <w:tc>
          <w:tcPr>
            <w:tcW w:w="2119" w:type="dxa"/>
            <w:shd w:val="clear" w:color="auto" w:fill="FFFFFF"/>
            <w:tcMar>
              <w:top w:w="70" w:type="dxa"/>
              <w:left w:w="70" w:type="dxa"/>
              <w:bottom w:w="70" w:type="dxa"/>
              <w:right w:w="70" w:type="dxa"/>
            </w:tcMar>
            <w:vAlign w:val="center"/>
          </w:tcPr>
          <w:p w14:paraId="4EE5F6DC" w14:textId="77777777" w:rsidR="005E7ED3" w:rsidRDefault="00000000">
            <w:r>
              <w:rPr>
                <w:sz w:val="13"/>
              </w:rPr>
              <w:t>[ore]</w:t>
            </w:r>
          </w:p>
        </w:tc>
        <w:tc>
          <w:tcPr>
            <w:tcW w:w="2119" w:type="dxa"/>
            <w:shd w:val="clear" w:color="auto" w:fill="FFFFFF"/>
            <w:tcMar>
              <w:top w:w="70" w:type="dxa"/>
              <w:left w:w="70" w:type="dxa"/>
              <w:bottom w:w="70" w:type="dxa"/>
              <w:right w:w="70" w:type="dxa"/>
            </w:tcMar>
            <w:vAlign w:val="center"/>
          </w:tcPr>
          <w:p w14:paraId="673C44BD" w14:textId="77777777" w:rsidR="005E7ED3" w:rsidRDefault="00000000">
            <w:r>
              <w:rPr>
                <w:sz w:val="13"/>
              </w:rPr>
              <w:t>&lt;= 5-6 ore</w:t>
            </w:r>
          </w:p>
        </w:tc>
        <w:tc>
          <w:tcPr>
            <w:tcW w:w="2119" w:type="dxa"/>
            <w:shd w:val="clear" w:color="auto" w:fill="FFFFFF"/>
            <w:tcMar>
              <w:top w:w="70" w:type="dxa"/>
              <w:left w:w="70" w:type="dxa"/>
              <w:bottom w:w="70" w:type="dxa"/>
              <w:right w:w="70" w:type="dxa"/>
            </w:tcMar>
            <w:vAlign w:val="center"/>
          </w:tcPr>
          <w:p w14:paraId="0E25F94E" w14:textId="77777777" w:rsidR="005E7ED3" w:rsidRDefault="00000000">
            <w:r>
              <w:rPr>
                <w:sz w:val="13"/>
              </w:rPr>
              <w:t>[basso/medio/alto]</w:t>
            </w:r>
          </w:p>
        </w:tc>
        <w:tc>
          <w:tcPr>
            <w:tcW w:w="2119" w:type="dxa"/>
            <w:shd w:val="clear" w:color="auto" w:fill="FFFFFF"/>
            <w:tcMar>
              <w:top w:w="70" w:type="dxa"/>
              <w:left w:w="70" w:type="dxa"/>
              <w:bottom w:w="70" w:type="dxa"/>
              <w:right w:w="70" w:type="dxa"/>
            </w:tcMar>
            <w:vAlign w:val="center"/>
          </w:tcPr>
          <w:p w14:paraId="61D9D55D" w14:textId="77777777" w:rsidR="005E7ED3" w:rsidRDefault="00000000">
            <w:r>
              <w:rPr>
                <w:sz w:val="13"/>
              </w:rPr>
              <w:t>[...]</w:t>
            </w:r>
          </w:p>
        </w:tc>
      </w:tr>
      <w:tr w:rsidR="005E7ED3" w14:paraId="44A1F463" w14:textId="77777777">
        <w:trPr>
          <w:jc w:val="center"/>
        </w:trPr>
        <w:tc>
          <w:tcPr>
            <w:tcW w:w="2119" w:type="dxa"/>
            <w:shd w:val="clear" w:color="auto" w:fill="F4F9FF"/>
            <w:tcMar>
              <w:top w:w="70" w:type="dxa"/>
              <w:left w:w="70" w:type="dxa"/>
              <w:bottom w:w="70" w:type="dxa"/>
              <w:right w:w="70" w:type="dxa"/>
            </w:tcMar>
            <w:vAlign w:val="center"/>
          </w:tcPr>
          <w:p w14:paraId="017A5138" w14:textId="77777777" w:rsidR="005E7ED3" w:rsidRDefault="00000000">
            <w:r>
              <w:rPr>
                <w:sz w:val="13"/>
              </w:rPr>
              <w:t>TPC - in piedi continuativo max</w:t>
            </w:r>
          </w:p>
        </w:tc>
        <w:tc>
          <w:tcPr>
            <w:tcW w:w="2119" w:type="dxa"/>
            <w:shd w:val="clear" w:color="auto" w:fill="F4F9FF"/>
            <w:tcMar>
              <w:top w:w="70" w:type="dxa"/>
              <w:left w:w="70" w:type="dxa"/>
              <w:bottom w:w="70" w:type="dxa"/>
              <w:right w:w="70" w:type="dxa"/>
            </w:tcMar>
            <w:vAlign w:val="center"/>
          </w:tcPr>
          <w:p w14:paraId="4C8A8E69" w14:textId="77777777" w:rsidR="005E7ED3" w:rsidRDefault="00000000">
            <w:r>
              <w:rPr>
                <w:sz w:val="13"/>
              </w:rPr>
              <w:t>[minuti]</w:t>
            </w:r>
          </w:p>
        </w:tc>
        <w:tc>
          <w:tcPr>
            <w:tcW w:w="2119" w:type="dxa"/>
            <w:shd w:val="clear" w:color="auto" w:fill="F4F9FF"/>
            <w:tcMar>
              <w:top w:w="70" w:type="dxa"/>
              <w:left w:w="70" w:type="dxa"/>
              <w:bottom w:w="70" w:type="dxa"/>
              <w:right w:w="70" w:type="dxa"/>
            </w:tcMar>
            <w:vAlign w:val="center"/>
          </w:tcPr>
          <w:p w14:paraId="7A862D68" w14:textId="77777777" w:rsidR="005E7ED3" w:rsidRDefault="00000000">
            <w:r>
              <w:rPr>
                <w:sz w:val="13"/>
              </w:rPr>
              <w:t>&lt;= 60 min</w:t>
            </w:r>
          </w:p>
        </w:tc>
        <w:tc>
          <w:tcPr>
            <w:tcW w:w="2119" w:type="dxa"/>
            <w:shd w:val="clear" w:color="auto" w:fill="F4F9FF"/>
            <w:tcMar>
              <w:top w:w="70" w:type="dxa"/>
              <w:left w:w="70" w:type="dxa"/>
              <w:bottom w:w="70" w:type="dxa"/>
              <w:right w:w="70" w:type="dxa"/>
            </w:tcMar>
            <w:vAlign w:val="center"/>
          </w:tcPr>
          <w:p w14:paraId="0888DD3B" w14:textId="77777777" w:rsidR="005E7ED3" w:rsidRDefault="00000000">
            <w:r>
              <w:rPr>
                <w:sz w:val="13"/>
              </w:rPr>
              <w:t>[basso/medio/alto]</w:t>
            </w:r>
          </w:p>
        </w:tc>
        <w:tc>
          <w:tcPr>
            <w:tcW w:w="2119" w:type="dxa"/>
            <w:shd w:val="clear" w:color="auto" w:fill="F4F9FF"/>
            <w:tcMar>
              <w:top w:w="70" w:type="dxa"/>
              <w:left w:w="70" w:type="dxa"/>
              <w:bottom w:w="70" w:type="dxa"/>
              <w:right w:w="70" w:type="dxa"/>
            </w:tcMar>
            <w:vAlign w:val="center"/>
          </w:tcPr>
          <w:p w14:paraId="059BCA06" w14:textId="77777777" w:rsidR="005E7ED3" w:rsidRDefault="00000000">
            <w:r>
              <w:rPr>
                <w:sz w:val="13"/>
              </w:rPr>
              <w:t>[...]</w:t>
            </w:r>
          </w:p>
        </w:tc>
      </w:tr>
      <w:tr w:rsidR="005E7ED3" w14:paraId="77884CAB" w14:textId="77777777">
        <w:trPr>
          <w:jc w:val="center"/>
        </w:trPr>
        <w:tc>
          <w:tcPr>
            <w:tcW w:w="2119" w:type="dxa"/>
            <w:shd w:val="clear" w:color="auto" w:fill="FFFFFF"/>
            <w:tcMar>
              <w:top w:w="70" w:type="dxa"/>
              <w:left w:w="70" w:type="dxa"/>
              <w:bottom w:w="70" w:type="dxa"/>
              <w:right w:w="70" w:type="dxa"/>
            </w:tcMar>
            <w:vAlign w:val="center"/>
          </w:tcPr>
          <w:p w14:paraId="14295A40" w14:textId="77777777" w:rsidR="005E7ED3" w:rsidRDefault="00000000">
            <w:r>
              <w:rPr>
                <w:sz w:val="13"/>
              </w:rPr>
              <w:t>TPG - in piedi totale turno</w:t>
            </w:r>
          </w:p>
        </w:tc>
        <w:tc>
          <w:tcPr>
            <w:tcW w:w="2119" w:type="dxa"/>
            <w:shd w:val="clear" w:color="auto" w:fill="FFFFFF"/>
            <w:tcMar>
              <w:top w:w="70" w:type="dxa"/>
              <w:left w:w="70" w:type="dxa"/>
              <w:bottom w:w="70" w:type="dxa"/>
              <w:right w:w="70" w:type="dxa"/>
            </w:tcMar>
            <w:vAlign w:val="center"/>
          </w:tcPr>
          <w:p w14:paraId="11780C64" w14:textId="77777777" w:rsidR="005E7ED3" w:rsidRDefault="00000000">
            <w:r>
              <w:rPr>
                <w:sz w:val="13"/>
              </w:rPr>
              <w:t>[ore]</w:t>
            </w:r>
          </w:p>
        </w:tc>
        <w:tc>
          <w:tcPr>
            <w:tcW w:w="2119" w:type="dxa"/>
            <w:shd w:val="clear" w:color="auto" w:fill="FFFFFF"/>
            <w:tcMar>
              <w:top w:w="70" w:type="dxa"/>
              <w:left w:w="70" w:type="dxa"/>
              <w:bottom w:w="70" w:type="dxa"/>
              <w:right w:w="70" w:type="dxa"/>
            </w:tcMar>
            <w:vAlign w:val="center"/>
          </w:tcPr>
          <w:p w14:paraId="45800237" w14:textId="77777777" w:rsidR="005E7ED3" w:rsidRDefault="00000000">
            <w:r>
              <w:rPr>
                <w:sz w:val="13"/>
              </w:rPr>
              <w:t>&lt;= 4 ore</w:t>
            </w:r>
          </w:p>
        </w:tc>
        <w:tc>
          <w:tcPr>
            <w:tcW w:w="2119" w:type="dxa"/>
            <w:shd w:val="clear" w:color="auto" w:fill="FFFFFF"/>
            <w:tcMar>
              <w:top w:w="70" w:type="dxa"/>
              <w:left w:w="70" w:type="dxa"/>
              <w:bottom w:w="70" w:type="dxa"/>
              <w:right w:w="70" w:type="dxa"/>
            </w:tcMar>
            <w:vAlign w:val="center"/>
          </w:tcPr>
          <w:p w14:paraId="5AE1C00F" w14:textId="77777777" w:rsidR="005E7ED3" w:rsidRDefault="00000000">
            <w:r>
              <w:rPr>
                <w:sz w:val="13"/>
              </w:rPr>
              <w:t>[basso/medio/alto]</w:t>
            </w:r>
          </w:p>
        </w:tc>
        <w:tc>
          <w:tcPr>
            <w:tcW w:w="2119" w:type="dxa"/>
            <w:shd w:val="clear" w:color="auto" w:fill="FFFFFF"/>
            <w:tcMar>
              <w:top w:w="70" w:type="dxa"/>
              <w:left w:w="70" w:type="dxa"/>
              <w:bottom w:w="70" w:type="dxa"/>
              <w:right w:w="70" w:type="dxa"/>
            </w:tcMar>
            <w:vAlign w:val="center"/>
          </w:tcPr>
          <w:p w14:paraId="2191F59D" w14:textId="77777777" w:rsidR="005E7ED3" w:rsidRDefault="00000000">
            <w:r>
              <w:rPr>
                <w:sz w:val="13"/>
              </w:rPr>
              <w:t>[...]</w:t>
            </w:r>
          </w:p>
        </w:tc>
      </w:tr>
      <w:tr w:rsidR="005E7ED3" w14:paraId="77BB02C6" w14:textId="77777777">
        <w:trPr>
          <w:jc w:val="center"/>
        </w:trPr>
        <w:tc>
          <w:tcPr>
            <w:tcW w:w="2119" w:type="dxa"/>
            <w:shd w:val="clear" w:color="auto" w:fill="F4F9FF"/>
            <w:tcMar>
              <w:top w:w="70" w:type="dxa"/>
              <w:left w:w="70" w:type="dxa"/>
              <w:bottom w:w="70" w:type="dxa"/>
              <w:right w:w="70" w:type="dxa"/>
            </w:tcMar>
            <w:vAlign w:val="center"/>
          </w:tcPr>
          <w:p w14:paraId="42F224A5" w14:textId="77777777" w:rsidR="005E7ED3" w:rsidRDefault="00000000">
            <w:r>
              <w:rPr>
                <w:sz w:val="13"/>
              </w:rPr>
              <w:t>Postura in piedi costretta</w:t>
            </w:r>
          </w:p>
        </w:tc>
        <w:tc>
          <w:tcPr>
            <w:tcW w:w="2119" w:type="dxa"/>
            <w:shd w:val="clear" w:color="auto" w:fill="F4F9FF"/>
            <w:tcMar>
              <w:top w:w="70" w:type="dxa"/>
              <w:left w:w="70" w:type="dxa"/>
              <w:bottom w:w="70" w:type="dxa"/>
              <w:right w:w="70" w:type="dxa"/>
            </w:tcMar>
            <w:vAlign w:val="center"/>
          </w:tcPr>
          <w:p w14:paraId="5E74B6C4" w14:textId="77777777" w:rsidR="005E7ED3" w:rsidRDefault="00000000">
            <w:r>
              <w:rPr>
                <w:sz w:val="13"/>
              </w:rPr>
              <w:t>[si/no]</w:t>
            </w:r>
          </w:p>
        </w:tc>
        <w:tc>
          <w:tcPr>
            <w:tcW w:w="2119" w:type="dxa"/>
            <w:shd w:val="clear" w:color="auto" w:fill="F4F9FF"/>
            <w:tcMar>
              <w:top w:w="70" w:type="dxa"/>
              <w:left w:w="70" w:type="dxa"/>
              <w:bottom w:w="70" w:type="dxa"/>
              <w:right w:w="70" w:type="dxa"/>
            </w:tcMar>
            <w:vAlign w:val="center"/>
          </w:tcPr>
          <w:p w14:paraId="3E945B77" w14:textId="77777777" w:rsidR="005E7ED3" w:rsidRDefault="00000000">
            <w:r>
              <w:rPr>
                <w:sz w:val="13"/>
              </w:rPr>
              <w:t>stesso punto, no seduta, no movimento</w:t>
            </w:r>
          </w:p>
        </w:tc>
        <w:tc>
          <w:tcPr>
            <w:tcW w:w="2119" w:type="dxa"/>
            <w:shd w:val="clear" w:color="auto" w:fill="F4F9FF"/>
            <w:tcMar>
              <w:top w:w="70" w:type="dxa"/>
              <w:left w:w="70" w:type="dxa"/>
              <w:bottom w:w="70" w:type="dxa"/>
              <w:right w:w="70" w:type="dxa"/>
            </w:tcMar>
            <w:vAlign w:val="center"/>
          </w:tcPr>
          <w:p w14:paraId="5C85AB09" w14:textId="77777777" w:rsidR="005E7ED3" w:rsidRDefault="00000000">
            <w:r>
              <w:rPr>
                <w:sz w:val="13"/>
              </w:rPr>
              <w:t>[aggravante]</w:t>
            </w:r>
          </w:p>
        </w:tc>
        <w:tc>
          <w:tcPr>
            <w:tcW w:w="2119" w:type="dxa"/>
            <w:shd w:val="clear" w:color="auto" w:fill="F4F9FF"/>
            <w:tcMar>
              <w:top w:w="70" w:type="dxa"/>
              <w:left w:w="70" w:type="dxa"/>
              <w:bottom w:w="70" w:type="dxa"/>
              <w:right w:w="70" w:type="dxa"/>
            </w:tcMar>
            <w:vAlign w:val="center"/>
          </w:tcPr>
          <w:p w14:paraId="0EFF6B10" w14:textId="77777777" w:rsidR="005E7ED3" w:rsidRDefault="00000000">
            <w:r>
              <w:rPr>
                <w:sz w:val="13"/>
              </w:rPr>
              <w:t>[...]</w:t>
            </w:r>
          </w:p>
        </w:tc>
      </w:tr>
      <w:tr w:rsidR="005E7ED3" w14:paraId="19DE2BD6" w14:textId="77777777">
        <w:trPr>
          <w:jc w:val="center"/>
        </w:trPr>
        <w:tc>
          <w:tcPr>
            <w:tcW w:w="2119" w:type="dxa"/>
            <w:shd w:val="clear" w:color="auto" w:fill="FFFFFF"/>
            <w:tcMar>
              <w:top w:w="70" w:type="dxa"/>
              <w:left w:w="70" w:type="dxa"/>
              <w:bottom w:w="70" w:type="dxa"/>
              <w:right w:w="70" w:type="dxa"/>
            </w:tcMar>
            <w:vAlign w:val="center"/>
          </w:tcPr>
          <w:p w14:paraId="5C666E73" w14:textId="77777777" w:rsidR="005E7ED3" w:rsidRDefault="00000000">
            <w:r>
              <w:rPr>
                <w:sz w:val="13"/>
              </w:rPr>
              <w:t>MOV - movimento nel turno</w:t>
            </w:r>
          </w:p>
        </w:tc>
        <w:tc>
          <w:tcPr>
            <w:tcW w:w="2119" w:type="dxa"/>
            <w:shd w:val="clear" w:color="auto" w:fill="FFFFFF"/>
            <w:tcMar>
              <w:top w:w="70" w:type="dxa"/>
              <w:left w:w="70" w:type="dxa"/>
              <w:bottom w:w="70" w:type="dxa"/>
              <w:right w:w="70" w:type="dxa"/>
            </w:tcMar>
            <w:vAlign w:val="center"/>
          </w:tcPr>
          <w:p w14:paraId="60A809D1" w14:textId="77777777" w:rsidR="005E7ED3" w:rsidRDefault="00000000">
            <w:r>
              <w:rPr>
                <w:sz w:val="13"/>
              </w:rPr>
              <w:t>[ore o %]</w:t>
            </w:r>
          </w:p>
        </w:tc>
        <w:tc>
          <w:tcPr>
            <w:tcW w:w="2119" w:type="dxa"/>
            <w:shd w:val="clear" w:color="auto" w:fill="FFFFFF"/>
            <w:tcMar>
              <w:top w:w="70" w:type="dxa"/>
              <w:left w:w="70" w:type="dxa"/>
              <w:bottom w:w="70" w:type="dxa"/>
              <w:right w:w="70" w:type="dxa"/>
            </w:tcMar>
            <w:vAlign w:val="center"/>
          </w:tcPr>
          <w:p w14:paraId="298D812D" w14:textId="77777777" w:rsidR="005E7ED3" w:rsidRDefault="00000000">
            <w:r>
              <w:rPr>
                <w:sz w:val="13"/>
              </w:rPr>
              <w:t>target minimo operativo: 10% ove praticabile</w:t>
            </w:r>
          </w:p>
        </w:tc>
        <w:tc>
          <w:tcPr>
            <w:tcW w:w="2119" w:type="dxa"/>
            <w:shd w:val="clear" w:color="auto" w:fill="FFFFFF"/>
            <w:tcMar>
              <w:top w:w="70" w:type="dxa"/>
              <w:left w:w="70" w:type="dxa"/>
              <w:bottom w:w="70" w:type="dxa"/>
              <w:right w:w="70" w:type="dxa"/>
            </w:tcMar>
            <w:vAlign w:val="center"/>
          </w:tcPr>
          <w:p w14:paraId="34A1648E" w14:textId="77777777" w:rsidR="005E7ED3" w:rsidRDefault="00000000">
            <w:r>
              <w:rPr>
                <w:sz w:val="13"/>
              </w:rPr>
              <w:t>[indice movimento]</w:t>
            </w:r>
          </w:p>
        </w:tc>
        <w:tc>
          <w:tcPr>
            <w:tcW w:w="2119" w:type="dxa"/>
            <w:shd w:val="clear" w:color="auto" w:fill="FFFFFF"/>
            <w:tcMar>
              <w:top w:w="70" w:type="dxa"/>
              <w:left w:w="70" w:type="dxa"/>
              <w:bottom w:w="70" w:type="dxa"/>
              <w:right w:w="70" w:type="dxa"/>
            </w:tcMar>
            <w:vAlign w:val="center"/>
          </w:tcPr>
          <w:p w14:paraId="2E9B60D2" w14:textId="77777777" w:rsidR="005E7ED3" w:rsidRDefault="00000000">
            <w:r>
              <w:rPr>
                <w:sz w:val="13"/>
              </w:rPr>
              <w:t>[...]</w:t>
            </w:r>
          </w:p>
        </w:tc>
      </w:tr>
      <w:tr w:rsidR="005E7ED3" w14:paraId="32E300B3" w14:textId="77777777">
        <w:trPr>
          <w:jc w:val="center"/>
        </w:trPr>
        <w:tc>
          <w:tcPr>
            <w:tcW w:w="2119" w:type="dxa"/>
            <w:shd w:val="clear" w:color="auto" w:fill="F4F9FF"/>
            <w:tcMar>
              <w:top w:w="70" w:type="dxa"/>
              <w:left w:w="70" w:type="dxa"/>
              <w:bottom w:w="70" w:type="dxa"/>
              <w:right w:w="70" w:type="dxa"/>
            </w:tcMar>
            <w:vAlign w:val="center"/>
          </w:tcPr>
          <w:p w14:paraId="7B447885" w14:textId="77777777" w:rsidR="005E7ED3" w:rsidRDefault="00000000">
            <w:r>
              <w:rPr>
                <w:sz w:val="13"/>
              </w:rPr>
              <w:t>Pause/micro-pause</w:t>
            </w:r>
          </w:p>
        </w:tc>
        <w:tc>
          <w:tcPr>
            <w:tcW w:w="2119" w:type="dxa"/>
            <w:shd w:val="clear" w:color="auto" w:fill="F4F9FF"/>
            <w:tcMar>
              <w:top w:w="70" w:type="dxa"/>
              <w:left w:w="70" w:type="dxa"/>
              <w:bottom w:w="70" w:type="dxa"/>
              <w:right w:w="70" w:type="dxa"/>
            </w:tcMar>
            <w:vAlign w:val="center"/>
          </w:tcPr>
          <w:p w14:paraId="0CD086F9" w14:textId="77777777" w:rsidR="005E7ED3" w:rsidRDefault="00000000">
            <w:r>
              <w:rPr>
                <w:sz w:val="13"/>
              </w:rPr>
              <w:t>[descrivere]</w:t>
            </w:r>
          </w:p>
        </w:tc>
        <w:tc>
          <w:tcPr>
            <w:tcW w:w="2119" w:type="dxa"/>
            <w:shd w:val="clear" w:color="auto" w:fill="F4F9FF"/>
            <w:tcMar>
              <w:top w:w="70" w:type="dxa"/>
              <w:left w:w="70" w:type="dxa"/>
              <w:bottom w:w="70" w:type="dxa"/>
              <w:right w:w="70" w:type="dxa"/>
            </w:tcMar>
            <w:vAlign w:val="center"/>
          </w:tcPr>
          <w:p w14:paraId="36D6AD4A" w14:textId="77777777" w:rsidR="005E7ED3" w:rsidRDefault="00000000">
            <w:r>
              <w:rPr>
                <w:sz w:val="13"/>
              </w:rPr>
              <w:t>alzarsi ogni 20-30 minuti; pause strutturate</w:t>
            </w:r>
          </w:p>
        </w:tc>
        <w:tc>
          <w:tcPr>
            <w:tcW w:w="2119" w:type="dxa"/>
            <w:shd w:val="clear" w:color="auto" w:fill="F4F9FF"/>
            <w:tcMar>
              <w:top w:w="70" w:type="dxa"/>
              <w:left w:w="70" w:type="dxa"/>
              <w:bottom w:w="70" w:type="dxa"/>
              <w:right w:w="70" w:type="dxa"/>
            </w:tcMar>
            <w:vAlign w:val="center"/>
          </w:tcPr>
          <w:p w14:paraId="64C2B783" w14:textId="77777777" w:rsidR="005E7ED3" w:rsidRDefault="00000000">
            <w:r>
              <w:rPr>
                <w:sz w:val="13"/>
              </w:rPr>
              <w:t>[adeguate/parziali/assenti]</w:t>
            </w:r>
          </w:p>
        </w:tc>
        <w:tc>
          <w:tcPr>
            <w:tcW w:w="2119" w:type="dxa"/>
            <w:shd w:val="clear" w:color="auto" w:fill="F4F9FF"/>
            <w:tcMar>
              <w:top w:w="70" w:type="dxa"/>
              <w:left w:w="70" w:type="dxa"/>
              <w:bottom w:w="70" w:type="dxa"/>
              <w:right w:w="70" w:type="dxa"/>
            </w:tcMar>
            <w:vAlign w:val="center"/>
          </w:tcPr>
          <w:p w14:paraId="1D070F4F" w14:textId="77777777" w:rsidR="005E7ED3" w:rsidRDefault="00000000">
            <w:r>
              <w:rPr>
                <w:sz w:val="13"/>
              </w:rPr>
              <w:t>[...]</w:t>
            </w:r>
          </w:p>
        </w:tc>
      </w:tr>
    </w:tbl>
    <w:p w14:paraId="499E92F1" w14:textId="77777777" w:rsidR="005E7ED3" w:rsidRDefault="00000000">
      <w:pPr>
        <w:pStyle w:val="Titolo2"/>
      </w:pPr>
      <w:r>
        <w:rPr>
          <w:rFonts w:ascii="Arial" w:hAnsi="Arial"/>
          <w:b w:val="0"/>
        </w:rPr>
        <w:t>KPI ed esito colorato da incollare dalla web app</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2119"/>
        <w:gridCol w:w="2119"/>
        <w:gridCol w:w="2119"/>
        <w:gridCol w:w="2119"/>
        <w:gridCol w:w="2119"/>
      </w:tblGrid>
      <w:tr w:rsidR="005E7ED3" w14:paraId="2610947C" w14:textId="77777777">
        <w:trPr>
          <w:jc w:val="center"/>
        </w:trPr>
        <w:tc>
          <w:tcPr>
            <w:tcW w:w="2119" w:type="dxa"/>
            <w:shd w:val="clear" w:color="auto" w:fill="0B3A66"/>
            <w:tcMar>
              <w:top w:w="70" w:type="dxa"/>
              <w:left w:w="70" w:type="dxa"/>
              <w:bottom w:w="70" w:type="dxa"/>
              <w:right w:w="70" w:type="dxa"/>
            </w:tcMar>
            <w:vAlign w:val="center"/>
          </w:tcPr>
          <w:p w14:paraId="6377FF11" w14:textId="77777777" w:rsidR="005E7ED3" w:rsidRDefault="00000000">
            <w:pPr>
              <w:jc w:val="center"/>
            </w:pPr>
            <w:r>
              <w:rPr>
                <w:b/>
                <w:color w:val="FFFFFF"/>
                <w:sz w:val="14"/>
              </w:rPr>
              <w:t>Rischio complessivo</w:t>
            </w:r>
          </w:p>
        </w:tc>
        <w:tc>
          <w:tcPr>
            <w:tcW w:w="2119" w:type="dxa"/>
            <w:shd w:val="clear" w:color="auto" w:fill="0B3A66"/>
            <w:tcMar>
              <w:top w:w="70" w:type="dxa"/>
              <w:left w:w="70" w:type="dxa"/>
              <w:bottom w:w="70" w:type="dxa"/>
              <w:right w:w="70" w:type="dxa"/>
            </w:tcMar>
            <w:vAlign w:val="center"/>
          </w:tcPr>
          <w:p w14:paraId="0D810F03" w14:textId="77777777" w:rsidR="005E7ED3" w:rsidRDefault="00000000">
            <w:pPr>
              <w:jc w:val="center"/>
            </w:pPr>
            <w:r>
              <w:rPr>
                <w:b/>
                <w:color w:val="FFFFFF"/>
                <w:sz w:val="14"/>
              </w:rPr>
              <w:t>Rischio seduta</w:t>
            </w:r>
          </w:p>
        </w:tc>
        <w:tc>
          <w:tcPr>
            <w:tcW w:w="2119" w:type="dxa"/>
            <w:shd w:val="clear" w:color="auto" w:fill="0B3A66"/>
            <w:tcMar>
              <w:top w:w="70" w:type="dxa"/>
              <w:left w:w="70" w:type="dxa"/>
              <w:bottom w:w="70" w:type="dxa"/>
              <w:right w:w="70" w:type="dxa"/>
            </w:tcMar>
            <w:vAlign w:val="center"/>
          </w:tcPr>
          <w:p w14:paraId="2B29A5C8" w14:textId="77777777" w:rsidR="005E7ED3" w:rsidRDefault="00000000">
            <w:pPr>
              <w:jc w:val="center"/>
            </w:pPr>
            <w:r>
              <w:rPr>
                <w:b/>
                <w:color w:val="FFFFFF"/>
                <w:sz w:val="14"/>
              </w:rPr>
              <w:t>Rischio in piedi</w:t>
            </w:r>
          </w:p>
        </w:tc>
        <w:tc>
          <w:tcPr>
            <w:tcW w:w="2119" w:type="dxa"/>
            <w:shd w:val="clear" w:color="auto" w:fill="0B3A66"/>
            <w:tcMar>
              <w:top w:w="70" w:type="dxa"/>
              <w:left w:w="70" w:type="dxa"/>
              <w:bottom w:w="70" w:type="dxa"/>
              <w:right w:w="70" w:type="dxa"/>
            </w:tcMar>
            <w:vAlign w:val="center"/>
          </w:tcPr>
          <w:p w14:paraId="77C9AC44" w14:textId="77777777" w:rsidR="005E7ED3" w:rsidRDefault="00000000">
            <w:pPr>
              <w:jc w:val="center"/>
            </w:pPr>
            <w:r>
              <w:rPr>
                <w:b/>
                <w:color w:val="FFFFFF"/>
                <w:sz w:val="14"/>
              </w:rPr>
              <w:t>Indice movimento</w:t>
            </w:r>
          </w:p>
        </w:tc>
        <w:tc>
          <w:tcPr>
            <w:tcW w:w="2119" w:type="dxa"/>
            <w:shd w:val="clear" w:color="auto" w:fill="0B3A66"/>
            <w:tcMar>
              <w:top w:w="70" w:type="dxa"/>
              <w:left w:w="70" w:type="dxa"/>
              <w:bottom w:w="70" w:type="dxa"/>
              <w:right w:w="70" w:type="dxa"/>
            </w:tcMar>
            <w:vAlign w:val="center"/>
          </w:tcPr>
          <w:p w14:paraId="0EE298E7" w14:textId="77777777" w:rsidR="005E7ED3" w:rsidRDefault="00000000">
            <w:pPr>
              <w:jc w:val="center"/>
            </w:pPr>
            <w:r>
              <w:rPr>
                <w:b/>
                <w:color w:val="FFFFFF"/>
                <w:sz w:val="14"/>
              </w:rPr>
              <w:t>Conformita raccomandazioni</w:t>
            </w:r>
          </w:p>
        </w:tc>
      </w:tr>
      <w:tr w:rsidR="005E7ED3" w14:paraId="588A99F8" w14:textId="77777777">
        <w:trPr>
          <w:jc w:val="center"/>
        </w:trPr>
        <w:tc>
          <w:tcPr>
            <w:tcW w:w="2119" w:type="dxa"/>
            <w:shd w:val="clear" w:color="auto" w:fill="FFFFFF"/>
            <w:tcMar>
              <w:top w:w="70" w:type="dxa"/>
              <w:left w:w="70" w:type="dxa"/>
              <w:bottom w:w="70" w:type="dxa"/>
              <w:right w:w="70" w:type="dxa"/>
            </w:tcMar>
            <w:vAlign w:val="center"/>
          </w:tcPr>
          <w:p w14:paraId="651D2639" w14:textId="77777777" w:rsidR="005E7ED3" w:rsidRDefault="00000000">
            <w:pPr>
              <w:jc w:val="center"/>
            </w:pPr>
            <w:r>
              <w:rPr>
                <w:sz w:val="14"/>
              </w:rPr>
              <w:t>[incollare esito / % / colore]</w:t>
            </w:r>
          </w:p>
        </w:tc>
        <w:tc>
          <w:tcPr>
            <w:tcW w:w="2119" w:type="dxa"/>
            <w:shd w:val="clear" w:color="auto" w:fill="FFFFFF"/>
            <w:tcMar>
              <w:top w:w="70" w:type="dxa"/>
              <w:left w:w="70" w:type="dxa"/>
              <w:bottom w:w="70" w:type="dxa"/>
              <w:right w:w="70" w:type="dxa"/>
            </w:tcMar>
            <w:vAlign w:val="center"/>
          </w:tcPr>
          <w:p w14:paraId="2A5035FF" w14:textId="77777777" w:rsidR="005E7ED3" w:rsidRDefault="00000000">
            <w:pPr>
              <w:jc w:val="center"/>
            </w:pPr>
            <w:r>
              <w:rPr>
                <w:sz w:val="14"/>
              </w:rPr>
              <w:t>[incollare esito / % / colore]</w:t>
            </w:r>
          </w:p>
        </w:tc>
        <w:tc>
          <w:tcPr>
            <w:tcW w:w="2119" w:type="dxa"/>
            <w:shd w:val="clear" w:color="auto" w:fill="FFFFFF"/>
            <w:tcMar>
              <w:top w:w="70" w:type="dxa"/>
              <w:left w:w="70" w:type="dxa"/>
              <w:bottom w:w="70" w:type="dxa"/>
              <w:right w:w="70" w:type="dxa"/>
            </w:tcMar>
            <w:vAlign w:val="center"/>
          </w:tcPr>
          <w:p w14:paraId="62343095" w14:textId="77777777" w:rsidR="005E7ED3" w:rsidRDefault="00000000">
            <w:pPr>
              <w:jc w:val="center"/>
            </w:pPr>
            <w:r>
              <w:rPr>
                <w:sz w:val="14"/>
              </w:rPr>
              <w:t>[incollare esito / % / colore]</w:t>
            </w:r>
          </w:p>
        </w:tc>
        <w:tc>
          <w:tcPr>
            <w:tcW w:w="2119" w:type="dxa"/>
            <w:shd w:val="clear" w:color="auto" w:fill="FFFFFF"/>
            <w:tcMar>
              <w:top w:w="70" w:type="dxa"/>
              <w:left w:w="70" w:type="dxa"/>
              <w:bottom w:w="70" w:type="dxa"/>
              <w:right w:w="70" w:type="dxa"/>
            </w:tcMar>
            <w:vAlign w:val="center"/>
          </w:tcPr>
          <w:p w14:paraId="07389FC5" w14:textId="77777777" w:rsidR="005E7ED3" w:rsidRDefault="00000000">
            <w:pPr>
              <w:jc w:val="center"/>
            </w:pPr>
            <w:r>
              <w:rPr>
                <w:sz w:val="14"/>
              </w:rPr>
              <w:t>[incollare esito / % / colore]</w:t>
            </w:r>
          </w:p>
        </w:tc>
        <w:tc>
          <w:tcPr>
            <w:tcW w:w="2119" w:type="dxa"/>
            <w:shd w:val="clear" w:color="auto" w:fill="FFFFFF"/>
            <w:tcMar>
              <w:top w:w="70" w:type="dxa"/>
              <w:left w:w="70" w:type="dxa"/>
              <w:bottom w:w="70" w:type="dxa"/>
              <w:right w:w="70" w:type="dxa"/>
            </w:tcMar>
            <w:vAlign w:val="center"/>
          </w:tcPr>
          <w:p w14:paraId="225601AA" w14:textId="77777777" w:rsidR="005E7ED3" w:rsidRDefault="00000000">
            <w:pPr>
              <w:jc w:val="center"/>
            </w:pPr>
            <w:r>
              <w:rPr>
                <w:sz w:val="14"/>
              </w:rPr>
              <w:t>[incollare esito / % / colore]</w:t>
            </w:r>
          </w:p>
        </w:tc>
      </w:tr>
    </w:tbl>
    <w:p w14:paraId="5841964F" w14:textId="77777777" w:rsidR="005E7ED3" w:rsidRDefault="00000000">
      <w:pPr>
        <w:pStyle w:val="Titolo2"/>
      </w:pPr>
      <w:r>
        <w:rPr>
          <w:rFonts w:ascii="Arial" w:hAnsi="Arial"/>
          <w:b w:val="0"/>
        </w:rPr>
        <w:t>Area per incollare relazione sintetica, matrici o schermata della valutazione</w:t>
      </w:r>
    </w:p>
    <w:tbl>
      <w:tblPr>
        <w:tblW w:w="0" w:type="auto"/>
        <w:jc w:val="center"/>
        <w:tblBorders>
          <w:top w:val="single" w:sz="8" w:space="0" w:color="145DA0"/>
          <w:left w:val="single" w:sz="8" w:space="0" w:color="145DA0"/>
          <w:bottom w:val="single" w:sz="8" w:space="0" w:color="145DA0"/>
          <w:right w:val="single" w:sz="8" w:space="0" w:color="145DA0"/>
          <w:insideH w:val="single" w:sz="8" w:space="0" w:color="145DA0"/>
          <w:insideV w:val="single" w:sz="8" w:space="0" w:color="145DA0"/>
        </w:tblBorders>
        <w:tblLook w:val="04A0" w:firstRow="1" w:lastRow="0" w:firstColumn="1" w:lastColumn="0" w:noHBand="0" w:noVBand="1"/>
      </w:tblPr>
      <w:tblGrid>
        <w:gridCol w:w="10596"/>
      </w:tblGrid>
      <w:tr w:rsidR="005E7ED3" w14:paraId="2AD1E22E" w14:textId="77777777">
        <w:trPr>
          <w:jc w:val="center"/>
        </w:trPr>
        <w:tc>
          <w:tcPr>
            <w:tcW w:w="10596" w:type="dxa"/>
            <w:shd w:val="clear" w:color="auto" w:fill="F4F9FF"/>
            <w:vAlign w:val="center"/>
          </w:tcPr>
          <w:p w14:paraId="67303F05" w14:textId="77777777" w:rsidR="005E7ED3" w:rsidRDefault="005E7ED3"/>
          <w:p w14:paraId="40EE995A" w14:textId="77777777" w:rsidR="005E7ED3" w:rsidRDefault="00000000">
            <w:r>
              <w:rPr>
                <w:color w:val="404040"/>
                <w:sz w:val="16"/>
              </w:rPr>
              <w:t>[incollare qui il riepilogo testuale o l'immagine della dashboard KPI/matrici]</w:t>
            </w:r>
          </w:p>
          <w:p w14:paraId="1C7DF92C" w14:textId="77777777" w:rsidR="005E7ED3" w:rsidRDefault="005E7ED3"/>
          <w:p w14:paraId="27CCE0E8" w14:textId="77777777" w:rsidR="005E7ED3" w:rsidRDefault="005E7ED3"/>
          <w:p w14:paraId="79DCE88A" w14:textId="77777777" w:rsidR="005E7ED3" w:rsidRDefault="005E7ED3"/>
        </w:tc>
      </w:tr>
    </w:tbl>
    <w:p w14:paraId="50DED5DA" w14:textId="77777777" w:rsidR="005E7ED3" w:rsidRDefault="00000000">
      <w:r>
        <w:br w:type="page"/>
      </w:r>
    </w:p>
    <w:tbl>
      <w:tblPr>
        <w:tblW w:w="0" w:type="auto"/>
        <w:jc w:val="center"/>
        <w:tblBorders>
          <w:top w:val="single" w:sz="4" w:space="0" w:color="145DA0"/>
          <w:left w:val="single" w:sz="4" w:space="0" w:color="145DA0"/>
          <w:bottom w:val="single" w:sz="4" w:space="0" w:color="145DA0"/>
          <w:right w:val="single" w:sz="4" w:space="0" w:color="145DA0"/>
          <w:insideH w:val="single" w:sz="4" w:space="0" w:color="145DA0"/>
          <w:insideV w:val="single" w:sz="4" w:space="0" w:color="145DA0"/>
        </w:tblBorders>
        <w:tblLook w:val="04A0" w:firstRow="1" w:lastRow="0" w:firstColumn="1" w:lastColumn="0" w:noHBand="0" w:noVBand="1"/>
      </w:tblPr>
      <w:tblGrid>
        <w:gridCol w:w="10596"/>
      </w:tblGrid>
      <w:tr w:rsidR="005E7ED3" w14:paraId="2AF8C885" w14:textId="77777777">
        <w:trPr>
          <w:jc w:val="center"/>
        </w:trPr>
        <w:tc>
          <w:tcPr>
            <w:tcW w:w="10596" w:type="dxa"/>
            <w:shd w:val="clear" w:color="auto" w:fill="145DA0"/>
            <w:tcMar>
              <w:top w:w="70" w:type="dxa"/>
              <w:left w:w="70" w:type="dxa"/>
              <w:bottom w:w="70" w:type="dxa"/>
              <w:right w:w="70" w:type="dxa"/>
            </w:tcMar>
            <w:vAlign w:val="center"/>
          </w:tcPr>
          <w:p w14:paraId="0FBEEF8E" w14:textId="77777777" w:rsidR="005E7ED3" w:rsidRDefault="00000000">
            <w:pPr>
              <w:jc w:val="center"/>
            </w:pPr>
            <w:r>
              <w:rPr>
                <w:b/>
                <w:color w:val="FFFFFF"/>
                <w:sz w:val="21"/>
              </w:rPr>
              <w:t>SCHEDA MANSIONE N. 3 - CRITICITA, MISURE E PIANO</w:t>
            </w:r>
          </w:p>
        </w:tc>
      </w:tr>
    </w:tbl>
    <w:p w14:paraId="2531570E" w14:textId="77777777" w:rsidR="005E7ED3" w:rsidRDefault="00000000">
      <w:pPr>
        <w:pStyle w:val="Titolo2"/>
      </w:pPr>
      <w:r>
        <w:rPr>
          <w:rFonts w:ascii="Arial" w:hAnsi="Arial"/>
          <w:b w:val="0"/>
        </w:rPr>
        <w:t>Criticita rilevate e motivazione del rischio</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3532"/>
        <w:gridCol w:w="3532"/>
        <w:gridCol w:w="3532"/>
      </w:tblGrid>
      <w:tr w:rsidR="005E7ED3" w14:paraId="0E5CE27C" w14:textId="77777777">
        <w:trPr>
          <w:jc w:val="center"/>
        </w:trPr>
        <w:tc>
          <w:tcPr>
            <w:tcW w:w="3532" w:type="dxa"/>
            <w:shd w:val="clear" w:color="auto" w:fill="0B3A66"/>
            <w:tcMar>
              <w:top w:w="70" w:type="dxa"/>
              <w:left w:w="70" w:type="dxa"/>
              <w:bottom w:w="70" w:type="dxa"/>
              <w:right w:w="70" w:type="dxa"/>
            </w:tcMar>
            <w:vAlign w:val="center"/>
          </w:tcPr>
          <w:p w14:paraId="70E58B86" w14:textId="77777777" w:rsidR="005E7ED3" w:rsidRDefault="00000000">
            <w:pPr>
              <w:jc w:val="center"/>
            </w:pPr>
            <w:r>
              <w:rPr>
                <w:b/>
                <w:color w:val="FFFFFF"/>
                <w:sz w:val="14"/>
              </w:rPr>
              <w:t>Criticita</w:t>
            </w:r>
          </w:p>
        </w:tc>
        <w:tc>
          <w:tcPr>
            <w:tcW w:w="3532" w:type="dxa"/>
            <w:shd w:val="clear" w:color="auto" w:fill="0B3A66"/>
            <w:tcMar>
              <w:top w:w="70" w:type="dxa"/>
              <w:left w:w="70" w:type="dxa"/>
              <w:bottom w:w="70" w:type="dxa"/>
              <w:right w:w="70" w:type="dxa"/>
            </w:tcMar>
            <w:vAlign w:val="center"/>
          </w:tcPr>
          <w:p w14:paraId="312692E9" w14:textId="77777777" w:rsidR="005E7ED3" w:rsidRDefault="00000000">
            <w:pPr>
              <w:jc w:val="center"/>
            </w:pPr>
            <w:r>
              <w:rPr>
                <w:b/>
                <w:color w:val="FFFFFF"/>
                <w:sz w:val="14"/>
              </w:rPr>
              <w:t>Evidenza oggettiva</w:t>
            </w:r>
          </w:p>
        </w:tc>
        <w:tc>
          <w:tcPr>
            <w:tcW w:w="3532" w:type="dxa"/>
            <w:shd w:val="clear" w:color="auto" w:fill="0B3A66"/>
            <w:tcMar>
              <w:top w:w="70" w:type="dxa"/>
              <w:left w:w="70" w:type="dxa"/>
              <w:bottom w:w="70" w:type="dxa"/>
              <w:right w:w="70" w:type="dxa"/>
            </w:tcMar>
            <w:vAlign w:val="center"/>
          </w:tcPr>
          <w:p w14:paraId="2FDEB89B" w14:textId="77777777" w:rsidR="005E7ED3" w:rsidRDefault="00000000">
            <w:pPr>
              <w:jc w:val="center"/>
            </w:pPr>
            <w:r>
              <w:rPr>
                <w:b/>
                <w:color w:val="FFFFFF"/>
                <w:sz w:val="14"/>
              </w:rPr>
              <w:t>Effetto sul rischio</w:t>
            </w:r>
          </w:p>
        </w:tc>
      </w:tr>
      <w:tr w:rsidR="005E7ED3" w14:paraId="0DE7DD20" w14:textId="77777777">
        <w:trPr>
          <w:jc w:val="center"/>
        </w:trPr>
        <w:tc>
          <w:tcPr>
            <w:tcW w:w="3532" w:type="dxa"/>
            <w:shd w:val="clear" w:color="auto" w:fill="FFFFFF"/>
            <w:tcMar>
              <w:top w:w="70" w:type="dxa"/>
              <w:left w:w="70" w:type="dxa"/>
              <w:bottom w:w="70" w:type="dxa"/>
              <w:right w:w="70" w:type="dxa"/>
            </w:tcMar>
            <w:vAlign w:val="center"/>
          </w:tcPr>
          <w:p w14:paraId="1C697029" w14:textId="77777777" w:rsidR="005E7ED3" w:rsidRDefault="00000000">
            <w:r>
              <w:rPr>
                <w:sz w:val="14"/>
              </w:rPr>
              <w:t>[...]</w:t>
            </w:r>
          </w:p>
        </w:tc>
        <w:tc>
          <w:tcPr>
            <w:tcW w:w="3532" w:type="dxa"/>
            <w:shd w:val="clear" w:color="auto" w:fill="FFFFFF"/>
            <w:tcMar>
              <w:top w:w="70" w:type="dxa"/>
              <w:left w:w="70" w:type="dxa"/>
              <w:bottom w:w="70" w:type="dxa"/>
              <w:right w:w="70" w:type="dxa"/>
            </w:tcMar>
            <w:vAlign w:val="center"/>
          </w:tcPr>
          <w:p w14:paraId="1400A8D1" w14:textId="77777777" w:rsidR="005E7ED3" w:rsidRDefault="00000000">
            <w:r>
              <w:rPr>
                <w:sz w:val="14"/>
              </w:rPr>
              <w:t>[...]</w:t>
            </w:r>
          </w:p>
        </w:tc>
        <w:tc>
          <w:tcPr>
            <w:tcW w:w="3532" w:type="dxa"/>
            <w:shd w:val="clear" w:color="auto" w:fill="FFFFFF"/>
            <w:tcMar>
              <w:top w:w="70" w:type="dxa"/>
              <w:left w:w="70" w:type="dxa"/>
              <w:bottom w:w="70" w:type="dxa"/>
              <w:right w:w="70" w:type="dxa"/>
            </w:tcMar>
            <w:vAlign w:val="center"/>
          </w:tcPr>
          <w:p w14:paraId="78591E2F" w14:textId="77777777" w:rsidR="005E7ED3" w:rsidRDefault="00000000">
            <w:r>
              <w:rPr>
                <w:sz w:val="14"/>
              </w:rPr>
              <w:t>[...]</w:t>
            </w:r>
          </w:p>
        </w:tc>
      </w:tr>
      <w:tr w:rsidR="005E7ED3" w14:paraId="50BA2CCF" w14:textId="77777777">
        <w:trPr>
          <w:jc w:val="center"/>
        </w:trPr>
        <w:tc>
          <w:tcPr>
            <w:tcW w:w="3532" w:type="dxa"/>
            <w:shd w:val="clear" w:color="auto" w:fill="F4F9FF"/>
            <w:tcMar>
              <w:top w:w="70" w:type="dxa"/>
              <w:left w:w="70" w:type="dxa"/>
              <w:bottom w:w="70" w:type="dxa"/>
              <w:right w:w="70" w:type="dxa"/>
            </w:tcMar>
            <w:vAlign w:val="center"/>
          </w:tcPr>
          <w:p w14:paraId="131AC568" w14:textId="77777777" w:rsidR="005E7ED3" w:rsidRDefault="00000000">
            <w:r>
              <w:rPr>
                <w:sz w:val="14"/>
              </w:rPr>
              <w:t>[...]</w:t>
            </w:r>
          </w:p>
        </w:tc>
        <w:tc>
          <w:tcPr>
            <w:tcW w:w="3532" w:type="dxa"/>
            <w:shd w:val="clear" w:color="auto" w:fill="F4F9FF"/>
            <w:tcMar>
              <w:top w:w="70" w:type="dxa"/>
              <w:left w:w="70" w:type="dxa"/>
              <w:bottom w:w="70" w:type="dxa"/>
              <w:right w:w="70" w:type="dxa"/>
            </w:tcMar>
            <w:vAlign w:val="center"/>
          </w:tcPr>
          <w:p w14:paraId="0513E3C7" w14:textId="77777777" w:rsidR="005E7ED3" w:rsidRDefault="00000000">
            <w:r>
              <w:rPr>
                <w:sz w:val="14"/>
              </w:rPr>
              <w:t>[...]</w:t>
            </w:r>
          </w:p>
        </w:tc>
        <w:tc>
          <w:tcPr>
            <w:tcW w:w="3532" w:type="dxa"/>
            <w:shd w:val="clear" w:color="auto" w:fill="F4F9FF"/>
            <w:tcMar>
              <w:top w:w="70" w:type="dxa"/>
              <w:left w:w="70" w:type="dxa"/>
              <w:bottom w:w="70" w:type="dxa"/>
              <w:right w:w="70" w:type="dxa"/>
            </w:tcMar>
            <w:vAlign w:val="center"/>
          </w:tcPr>
          <w:p w14:paraId="6715F739" w14:textId="77777777" w:rsidR="005E7ED3" w:rsidRDefault="00000000">
            <w:r>
              <w:rPr>
                <w:sz w:val="14"/>
              </w:rPr>
              <w:t>[...]</w:t>
            </w:r>
          </w:p>
        </w:tc>
      </w:tr>
      <w:tr w:rsidR="005E7ED3" w14:paraId="57AE4C4E" w14:textId="77777777">
        <w:trPr>
          <w:jc w:val="center"/>
        </w:trPr>
        <w:tc>
          <w:tcPr>
            <w:tcW w:w="3532" w:type="dxa"/>
            <w:shd w:val="clear" w:color="auto" w:fill="FFFFFF"/>
            <w:tcMar>
              <w:top w:w="70" w:type="dxa"/>
              <w:left w:w="70" w:type="dxa"/>
              <w:bottom w:w="70" w:type="dxa"/>
              <w:right w:w="70" w:type="dxa"/>
            </w:tcMar>
            <w:vAlign w:val="center"/>
          </w:tcPr>
          <w:p w14:paraId="1155D8A5" w14:textId="77777777" w:rsidR="005E7ED3" w:rsidRDefault="00000000">
            <w:r>
              <w:rPr>
                <w:sz w:val="14"/>
              </w:rPr>
              <w:t>[...]</w:t>
            </w:r>
          </w:p>
        </w:tc>
        <w:tc>
          <w:tcPr>
            <w:tcW w:w="3532" w:type="dxa"/>
            <w:shd w:val="clear" w:color="auto" w:fill="FFFFFF"/>
            <w:tcMar>
              <w:top w:w="70" w:type="dxa"/>
              <w:left w:w="70" w:type="dxa"/>
              <w:bottom w:w="70" w:type="dxa"/>
              <w:right w:w="70" w:type="dxa"/>
            </w:tcMar>
            <w:vAlign w:val="center"/>
          </w:tcPr>
          <w:p w14:paraId="2564E472" w14:textId="77777777" w:rsidR="005E7ED3" w:rsidRDefault="00000000">
            <w:r>
              <w:rPr>
                <w:sz w:val="14"/>
              </w:rPr>
              <w:t>[...]</w:t>
            </w:r>
          </w:p>
        </w:tc>
        <w:tc>
          <w:tcPr>
            <w:tcW w:w="3532" w:type="dxa"/>
            <w:shd w:val="clear" w:color="auto" w:fill="FFFFFF"/>
            <w:tcMar>
              <w:top w:w="70" w:type="dxa"/>
              <w:left w:w="70" w:type="dxa"/>
              <w:bottom w:w="70" w:type="dxa"/>
              <w:right w:w="70" w:type="dxa"/>
            </w:tcMar>
            <w:vAlign w:val="center"/>
          </w:tcPr>
          <w:p w14:paraId="2A9CAD3A" w14:textId="77777777" w:rsidR="005E7ED3" w:rsidRDefault="00000000">
            <w:r>
              <w:rPr>
                <w:sz w:val="14"/>
              </w:rPr>
              <w:t>[...]</w:t>
            </w:r>
          </w:p>
        </w:tc>
      </w:tr>
      <w:tr w:rsidR="005E7ED3" w14:paraId="019D9DB1" w14:textId="77777777">
        <w:trPr>
          <w:jc w:val="center"/>
        </w:trPr>
        <w:tc>
          <w:tcPr>
            <w:tcW w:w="3532" w:type="dxa"/>
            <w:shd w:val="clear" w:color="auto" w:fill="F4F9FF"/>
            <w:tcMar>
              <w:top w:w="70" w:type="dxa"/>
              <w:left w:w="70" w:type="dxa"/>
              <w:bottom w:w="70" w:type="dxa"/>
              <w:right w:w="70" w:type="dxa"/>
            </w:tcMar>
            <w:vAlign w:val="center"/>
          </w:tcPr>
          <w:p w14:paraId="54B23C0E" w14:textId="77777777" w:rsidR="005E7ED3" w:rsidRDefault="00000000">
            <w:r>
              <w:rPr>
                <w:sz w:val="14"/>
              </w:rPr>
              <w:t>[...]</w:t>
            </w:r>
          </w:p>
        </w:tc>
        <w:tc>
          <w:tcPr>
            <w:tcW w:w="3532" w:type="dxa"/>
            <w:shd w:val="clear" w:color="auto" w:fill="F4F9FF"/>
            <w:tcMar>
              <w:top w:w="70" w:type="dxa"/>
              <w:left w:w="70" w:type="dxa"/>
              <w:bottom w:w="70" w:type="dxa"/>
              <w:right w:w="70" w:type="dxa"/>
            </w:tcMar>
            <w:vAlign w:val="center"/>
          </w:tcPr>
          <w:p w14:paraId="54B6B841" w14:textId="77777777" w:rsidR="005E7ED3" w:rsidRDefault="00000000">
            <w:r>
              <w:rPr>
                <w:sz w:val="14"/>
              </w:rPr>
              <w:t>[...]</w:t>
            </w:r>
          </w:p>
        </w:tc>
        <w:tc>
          <w:tcPr>
            <w:tcW w:w="3532" w:type="dxa"/>
            <w:shd w:val="clear" w:color="auto" w:fill="F4F9FF"/>
            <w:tcMar>
              <w:top w:w="70" w:type="dxa"/>
              <w:left w:w="70" w:type="dxa"/>
              <w:bottom w:w="70" w:type="dxa"/>
              <w:right w:w="70" w:type="dxa"/>
            </w:tcMar>
            <w:vAlign w:val="center"/>
          </w:tcPr>
          <w:p w14:paraId="00C78749" w14:textId="77777777" w:rsidR="005E7ED3" w:rsidRDefault="00000000">
            <w:r>
              <w:rPr>
                <w:sz w:val="14"/>
              </w:rPr>
              <w:t>[...]</w:t>
            </w:r>
          </w:p>
        </w:tc>
      </w:tr>
      <w:tr w:rsidR="005E7ED3" w14:paraId="4B7C7590" w14:textId="77777777">
        <w:trPr>
          <w:jc w:val="center"/>
        </w:trPr>
        <w:tc>
          <w:tcPr>
            <w:tcW w:w="3532" w:type="dxa"/>
            <w:shd w:val="clear" w:color="auto" w:fill="FFFFFF"/>
            <w:tcMar>
              <w:top w:w="70" w:type="dxa"/>
              <w:left w:w="70" w:type="dxa"/>
              <w:bottom w:w="70" w:type="dxa"/>
              <w:right w:w="70" w:type="dxa"/>
            </w:tcMar>
            <w:vAlign w:val="center"/>
          </w:tcPr>
          <w:p w14:paraId="16B73C30" w14:textId="77777777" w:rsidR="005E7ED3" w:rsidRDefault="00000000">
            <w:r>
              <w:rPr>
                <w:sz w:val="14"/>
              </w:rPr>
              <w:t>[...]</w:t>
            </w:r>
          </w:p>
        </w:tc>
        <w:tc>
          <w:tcPr>
            <w:tcW w:w="3532" w:type="dxa"/>
            <w:shd w:val="clear" w:color="auto" w:fill="FFFFFF"/>
            <w:tcMar>
              <w:top w:w="70" w:type="dxa"/>
              <w:left w:w="70" w:type="dxa"/>
              <w:bottom w:w="70" w:type="dxa"/>
              <w:right w:w="70" w:type="dxa"/>
            </w:tcMar>
            <w:vAlign w:val="center"/>
          </w:tcPr>
          <w:p w14:paraId="0E8CB4D9" w14:textId="77777777" w:rsidR="005E7ED3" w:rsidRDefault="00000000">
            <w:r>
              <w:rPr>
                <w:sz w:val="14"/>
              </w:rPr>
              <w:t>[...]</w:t>
            </w:r>
          </w:p>
        </w:tc>
        <w:tc>
          <w:tcPr>
            <w:tcW w:w="3532" w:type="dxa"/>
            <w:shd w:val="clear" w:color="auto" w:fill="FFFFFF"/>
            <w:tcMar>
              <w:top w:w="70" w:type="dxa"/>
              <w:left w:w="70" w:type="dxa"/>
              <w:bottom w:w="70" w:type="dxa"/>
              <w:right w:w="70" w:type="dxa"/>
            </w:tcMar>
            <w:vAlign w:val="center"/>
          </w:tcPr>
          <w:p w14:paraId="4702A4E3" w14:textId="77777777" w:rsidR="005E7ED3" w:rsidRDefault="00000000">
            <w:r>
              <w:rPr>
                <w:sz w:val="14"/>
              </w:rPr>
              <w:t>[...]</w:t>
            </w:r>
          </w:p>
        </w:tc>
      </w:tr>
    </w:tbl>
    <w:p w14:paraId="00B6F66C" w14:textId="77777777" w:rsidR="005E7ED3" w:rsidRDefault="00000000">
      <w:pPr>
        <w:pStyle w:val="Titolo2"/>
      </w:pPr>
      <w:r>
        <w:rPr>
          <w:rFonts w:ascii="Arial" w:hAnsi="Arial"/>
          <w:b w:val="0"/>
        </w:rPr>
        <w:t>Misure da adottare per la mansione</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1766"/>
        <w:gridCol w:w="1766"/>
        <w:gridCol w:w="1766"/>
        <w:gridCol w:w="1766"/>
        <w:gridCol w:w="1766"/>
        <w:gridCol w:w="1766"/>
      </w:tblGrid>
      <w:tr w:rsidR="005E7ED3" w14:paraId="63D3E2DA" w14:textId="77777777">
        <w:trPr>
          <w:jc w:val="center"/>
        </w:trPr>
        <w:tc>
          <w:tcPr>
            <w:tcW w:w="1766" w:type="dxa"/>
            <w:shd w:val="clear" w:color="auto" w:fill="0B3A66"/>
            <w:tcMar>
              <w:top w:w="70" w:type="dxa"/>
              <w:left w:w="70" w:type="dxa"/>
              <w:bottom w:w="70" w:type="dxa"/>
              <w:right w:w="70" w:type="dxa"/>
            </w:tcMar>
            <w:vAlign w:val="center"/>
          </w:tcPr>
          <w:p w14:paraId="0618504D" w14:textId="77777777" w:rsidR="005E7ED3" w:rsidRDefault="00000000">
            <w:pPr>
              <w:jc w:val="center"/>
            </w:pPr>
            <w:r>
              <w:rPr>
                <w:b/>
                <w:color w:val="FFFFFF"/>
                <w:sz w:val="13"/>
              </w:rPr>
              <w:t>Misura</w:t>
            </w:r>
          </w:p>
        </w:tc>
        <w:tc>
          <w:tcPr>
            <w:tcW w:w="1766" w:type="dxa"/>
            <w:shd w:val="clear" w:color="auto" w:fill="0B3A66"/>
            <w:tcMar>
              <w:top w:w="70" w:type="dxa"/>
              <w:left w:w="70" w:type="dxa"/>
              <w:bottom w:w="70" w:type="dxa"/>
              <w:right w:w="70" w:type="dxa"/>
            </w:tcMar>
            <w:vAlign w:val="center"/>
          </w:tcPr>
          <w:p w14:paraId="6DCD3CE3" w14:textId="77777777" w:rsidR="005E7ED3" w:rsidRDefault="00000000">
            <w:pPr>
              <w:jc w:val="center"/>
            </w:pPr>
            <w:r>
              <w:rPr>
                <w:b/>
                <w:color w:val="FFFFFF"/>
                <w:sz w:val="13"/>
              </w:rPr>
              <w:t>Tipo</w:t>
            </w:r>
          </w:p>
        </w:tc>
        <w:tc>
          <w:tcPr>
            <w:tcW w:w="1766" w:type="dxa"/>
            <w:shd w:val="clear" w:color="auto" w:fill="0B3A66"/>
            <w:tcMar>
              <w:top w:w="70" w:type="dxa"/>
              <w:left w:w="70" w:type="dxa"/>
              <w:bottom w:w="70" w:type="dxa"/>
              <w:right w:w="70" w:type="dxa"/>
            </w:tcMar>
            <w:vAlign w:val="center"/>
          </w:tcPr>
          <w:p w14:paraId="75A5CE86" w14:textId="77777777" w:rsidR="005E7ED3" w:rsidRDefault="00000000">
            <w:pPr>
              <w:jc w:val="center"/>
            </w:pPr>
            <w:r>
              <w:rPr>
                <w:b/>
                <w:color w:val="FFFFFF"/>
                <w:sz w:val="13"/>
              </w:rPr>
              <w:t>Priorita</w:t>
            </w:r>
          </w:p>
        </w:tc>
        <w:tc>
          <w:tcPr>
            <w:tcW w:w="1766" w:type="dxa"/>
            <w:shd w:val="clear" w:color="auto" w:fill="0B3A66"/>
            <w:tcMar>
              <w:top w:w="70" w:type="dxa"/>
              <w:left w:w="70" w:type="dxa"/>
              <w:bottom w:w="70" w:type="dxa"/>
              <w:right w:w="70" w:type="dxa"/>
            </w:tcMar>
            <w:vAlign w:val="center"/>
          </w:tcPr>
          <w:p w14:paraId="74F0E795" w14:textId="77777777" w:rsidR="005E7ED3" w:rsidRDefault="00000000">
            <w:pPr>
              <w:jc w:val="center"/>
            </w:pPr>
            <w:r>
              <w:rPr>
                <w:b/>
                <w:color w:val="FFFFFF"/>
                <w:sz w:val="13"/>
              </w:rPr>
              <w:t>Responsabile</w:t>
            </w:r>
          </w:p>
        </w:tc>
        <w:tc>
          <w:tcPr>
            <w:tcW w:w="1766" w:type="dxa"/>
            <w:shd w:val="clear" w:color="auto" w:fill="0B3A66"/>
            <w:tcMar>
              <w:top w:w="70" w:type="dxa"/>
              <w:left w:w="70" w:type="dxa"/>
              <w:bottom w:w="70" w:type="dxa"/>
              <w:right w:w="70" w:type="dxa"/>
            </w:tcMar>
            <w:vAlign w:val="center"/>
          </w:tcPr>
          <w:p w14:paraId="58F1378A" w14:textId="77777777" w:rsidR="005E7ED3" w:rsidRDefault="00000000">
            <w:pPr>
              <w:jc w:val="center"/>
            </w:pPr>
            <w:r>
              <w:rPr>
                <w:b/>
                <w:color w:val="FFFFFF"/>
                <w:sz w:val="13"/>
              </w:rPr>
              <w:t>Scadenza</w:t>
            </w:r>
          </w:p>
        </w:tc>
        <w:tc>
          <w:tcPr>
            <w:tcW w:w="1766" w:type="dxa"/>
            <w:shd w:val="clear" w:color="auto" w:fill="0B3A66"/>
            <w:tcMar>
              <w:top w:w="70" w:type="dxa"/>
              <w:left w:w="70" w:type="dxa"/>
              <w:bottom w:w="70" w:type="dxa"/>
              <w:right w:w="70" w:type="dxa"/>
            </w:tcMar>
            <w:vAlign w:val="center"/>
          </w:tcPr>
          <w:p w14:paraId="38EC7F14" w14:textId="77777777" w:rsidR="005E7ED3" w:rsidRDefault="00000000">
            <w:pPr>
              <w:jc w:val="center"/>
            </w:pPr>
            <w:r>
              <w:rPr>
                <w:b/>
                <w:color w:val="FFFFFF"/>
                <w:sz w:val="13"/>
              </w:rPr>
              <w:t>Verifica efficacia</w:t>
            </w:r>
          </w:p>
        </w:tc>
      </w:tr>
      <w:tr w:rsidR="005E7ED3" w14:paraId="05FD8D8A" w14:textId="77777777">
        <w:trPr>
          <w:jc w:val="center"/>
        </w:trPr>
        <w:tc>
          <w:tcPr>
            <w:tcW w:w="1766" w:type="dxa"/>
            <w:shd w:val="clear" w:color="auto" w:fill="FFFFFF"/>
            <w:tcMar>
              <w:top w:w="70" w:type="dxa"/>
              <w:left w:w="70" w:type="dxa"/>
              <w:bottom w:w="70" w:type="dxa"/>
              <w:right w:w="70" w:type="dxa"/>
            </w:tcMar>
            <w:vAlign w:val="center"/>
          </w:tcPr>
          <w:p w14:paraId="52B2B510"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2CD907EC"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1D11ABCC"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49F87A64"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5C7C1A87"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2012A2D5" w14:textId="77777777" w:rsidR="005E7ED3" w:rsidRDefault="00000000">
            <w:r>
              <w:rPr>
                <w:sz w:val="13"/>
              </w:rPr>
              <w:t>[...]</w:t>
            </w:r>
          </w:p>
        </w:tc>
      </w:tr>
      <w:tr w:rsidR="005E7ED3" w14:paraId="427EEEF3" w14:textId="77777777">
        <w:trPr>
          <w:jc w:val="center"/>
        </w:trPr>
        <w:tc>
          <w:tcPr>
            <w:tcW w:w="1766" w:type="dxa"/>
            <w:shd w:val="clear" w:color="auto" w:fill="F4F9FF"/>
            <w:tcMar>
              <w:top w:w="70" w:type="dxa"/>
              <w:left w:w="70" w:type="dxa"/>
              <w:bottom w:w="70" w:type="dxa"/>
              <w:right w:w="70" w:type="dxa"/>
            </w:tcMar>
            <w:vAlign w:val="center"/>
          </w:tcPr>
          <w:p w14:paraId="6B2B9789"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026149A6"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695327EA"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362F2835"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4A264ED2"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3AAAB8C3" w14:textId="77777777" w:rsidR="005E7ED3" w:rsidRDefault="00000000">
            <w:r>
              <w:rPr>
                <w:sz w:val="13"/>
              </w:rPr>
              <w:t>[...]</w:t>
            </w:r>
          </w:p>
        </w:tc>
      </w:tr>
      <w:tr w:rsidR="005E7ED3" w14:paraId="6445803D" w14:textId="77777777">
        <w:trPr>
          <w:jc w:val="center"/>
        </w:trPr>
        <w:tc>
          <w:tcPr>
            <w:tcW w:w="1766" w:type="dxa"/>
            <w:shd w:val="clear" w:color="auto" w:fill="FFFFFF"/>
            <w:tcMar>
              <w:top w:w="70" w:type="dxa"/>
              <w:left w:w="70" w:type="dxa"/>
              <w:bottom w:w="70" w:type="dxa"/>
              <w:right w:w="70" w:type="dxa"/>
            </w:tcMar>
            <w:vAlign w:val="center"/>
          </w:tcPr>
          <w:p w14:paraId="1AA1BF84"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4A3CD942"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1B679C8F"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70EDDCC8"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703BE5C1"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44EA1C1E" w14:textId="77777777" w:rsidR="005E7ED3" w:rsidRDefault="00000000">
            <w:r>
              <w:rPr>
                <w:sz w:val="13"/>
              </w:rPr>
              <w:t>[...]</w:t>
            </w:r>
          </w:p>
        </w:tc>
      </w:tr>
      <w:tr w:rsidR="005E7ED3" w14:paraId="136DDC9A" w14:textId="77777777">
        <w:trPr>
          <w:jc w:val="center"/>
        </w:trPr>
        <w:tc>
          <w:tcPr>
            <w:tcW w:w="1766" w:type="dxa"/>
            <w:shd w:val="clear" w:color="auto" w:fill="F4F9FF"/>
            <w:tcMar>
              <w:top w:w="70" w:type="dxa"/>
              <w:left w:w="70" w:type="dxa"/>
              <w:bottom w:w="70" w:type="dxa"/>
              <w:right w:w="70" w:type="dxa"/>
            </w:tcMar>
            <w:vAlign w:val="center"/>
          </w:tcPr>
          <w:p w14:paraId="5955A017"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44EB7CD4"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1920AF21"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15EB3DDD"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7CB0F596"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2BCA8570" w14:textId="77777777" w:rsidR="005E7ED3" w:rsidRDefault="00000000">
            <w:r>
              <w:rPr>
                <w:sz w:val="13"/>
              </w:rPr>
              <w:t>[...]</w:t>
            </w:r>
          </w:p>
        </w:tc>
      </w:tr>
      <w:tr w:rsidR="005E7ED3" w14:paraId="107FF562" w14:textId="77777777">
        <w:trPr>
          <w:jc w:val="center"/>
        </w:trPr>
        <w:tc>
          <w:tcPr>
            <w:tcW w:w="1766" w:type="dxa"/>
            <w:shd w:val="clear" w:color="auto" w:fill="FFFFFF"/>
            <w:tcMar>
              <w:top w:w="70" w:type="dxa"/>
              <w:left w:w="70" w:type="dxa"/>
              <w:bottom w:w="70" w:type="dxa"/>
              <w:right w:w="70" w:type="dxa"/>
            </w:tcMar>
            <w:vAlign w:val="center"/>
          </w:tcPr>
          <w:p w14:paraId="78B4BB49"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4881DA54"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38A19744"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2A34E1DF"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49C9FD81" w14:textId="77777777" w:rsidR="005E7ED3" w:rsidRDefault="00000000">
            <w:r>
              <w:rPr>
                <w:sz w:val="13"/>
              </w:rPr>
              <w:t>[...]</w:t>
            </w:r>
          </w:p>
        </w:tc>
        <w:tc>
          <w:tcPr>
            <w:tcW w:w="1766" w:type="dxa"/>
            <w:shd w:val="clear" w:color="auto" w:fill="FFFFFF"/>
            <w:tcMar>
              <w:top w:w="70" w:type="dxa"/>
              <w:left w:w="70" w:type="dxa"/>
              <w:bottom w:w="70" w:type="dxa"/>
              <w:right w:w="70" w:type="dxa"/>
            </w:tcMar>
            <w:vAlign w:val="center"/>
          </w:tcPr>
          <w:p w14:paraId="650F215E" w14:textId="77777777" w:rsidR="005E7ED3" w:rsidRDefault="00000000">
            <w:r>
              <w:rPr>
                <w:sz w:val="13"/>
              </w:rPr>
              <w:t>[...]</w:t>
            </w:r>
          </w:p>
        </w:tc>
      </w:tr>
      <w:tr w:rsidR="005E7ED3" w14:paraId="08EC588D" w14:textId="77777777">
        <w:trPr>
          <w:jc w:val="center"/>
        </w:trPr>
        <w:tc>
          <w:tcPr>
            <w:tcW w:w="1766" w:type="dxa"/>
            <w:shd w:val="clear" w:color="auto" w:fill="F4F9FF"/>
            <w:tcMar>
              <w:top w:w="70" w:type="dxa"/>
              <w:left w:w="70" w:type="dxa"/>
              <w:bottom w:w="70" w:type="dxa"/>
              <w:right w:w="70" w:type="dxa"/>
            </w:tcMar>
            <w:vAlign w:val="center"/>
          </w:tcPr>
          <w:p w14:paraId="17F5691A"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3CCDBC46"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3BBC9B41"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4D9CCD93"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13876CC0" w14:textId="77777777" w:rsidR="005E7ED3" w:rsidRDefault="00000000">
            <w:r>
              <w:rPr>
                <w:sz w:val="13"/>
              </w:rPr>
              <w:t>[...]</w:t>
            </w:r>
          </w:p>
        </w:tc>
        <w:tc>
          <w:tcPr>
            <w:tcW w:w="1766" w:type="dxa"/>
            <w:shd w:val="clear" w:color="auto" w:fill="F4F9FF"/>
            <w:tcMar>
              <w:top w:w="70" w:type="dxa"/>
              <w:left w:w="70" w:type="dxa"/>
              <w:bottom w:w="70" w:type="dxa"/>
              <w:right w:w="70" w:type="dxa"/>
            </w:tcMar>
            <w:vAlign w:val="center"/>
          </w:tcPr>
          <w:p w14:paraId="4D63CE40" w14:textId="77777777" w:rsidR="005E7ED3" w:rsidRDefault="00000000">
            <w:r>
              <w:rPr>
                <w:sz w:val="13"/>
              </w:rPr>
              <w:t>[...]</w:t>
            </w:r>
          </w:p>
        </w:tc>
      </w:tr>
    </w:tbl>
    <w:p w14:paraId="6E0DD0E4" w14:textId="77777777" w:rsidR="005E7ED3" w:rsidRDefault="00000000">
      <w:r>
        <w:br w:type="page"/>
      </w:r>
    </w:p>
    <w:tbl>
      <w:tblPr>
        <w:tblW w:w="0" w:type="auto"/>
        <w:jc w:val="center"/>
        <w:tblBorders>
          <w:top w:val="single" w:sz="4" w:space="0" w:color="0B3A66"/>
          <w:left w:val="single" w:sz="4" w:space="0" w:color="0B3A66"/>
          <w:bottom w:val="single" w:sz="4" w:space="0" w:color="0B3A66"/>
          <w:right w:val="single" w:sz="4" w:space="0" w:color="0B3A66"/>
          <w:insideH w:val="single" w:sz="4" w:space="0" w:color="0B3A66"/>
          <w:insideV w:val="single" w:sz="4" w:space="0" w:color="0B3A66"/>
        </w:tblBorders>
        <w:tblLook w:val="04A0" w:firstRow="1" w:lastRow="0" w:firstColumn="1" w:lastColumn="0" w:noHBand="0" w:noVBand="1"/>
      </w:tblPr>
      <w:tblGrid>
        <w:gridCol w:w="10596"/>
      </w:tblGrid>
      <w:tr w:rsidR="005E7ED3" w14:paraId="46BE9672" w14:textId="77777777">
        <w:trPr>
          <w:jc w:val="center"/>
        </w:trPr>
        <w:tc>
          <w:tcPr>
            <w:tcW w:w="10596" w:type="dxa"/>
            <w:shd w:val="clear" w:color="auto" w:fill="0B3A66"/>
            <w:tcMar>
              <w:top w:w="70" w:type="dxa"/>
              <w:left w:w="70" w:type="dxa"/>
              <w:bottom w:w="70" w:type="dxa"/>
              <w:right w:w="70" w:type="dxa"/>
            </w:tcMar>
            <w:vAlign w:val="center"/>
          </w:tcPr>
          <w:p w14:paraId="2313B976" w14:textId="77777777" w:rsidR="005E7ED3" w:rsidRDefault="00000000">
            <w:pPr>
              <w:jc w:val="center"/>
            </w:pPr>
            <w:r>
              <w:rPr>
                <w:b/>
                <w:color w:val="FFFFFF"/>
                <w:sz w:val="21"/>
              </w:rPr>
              <w:t>7. MISURE DETTAGLIATE DI PREVENZIONE E MITIGAZIONE PER LIVELLO DI RISCHIO</w:t>
            </w:r>
          </w:p>
        </w:tc>
      </w:tr>
    </w:tbl>
    <w:p w14:paraId="189E5E32" w14:textId="77777777" w:rsidR="005E7ED3" w:rsidRDefault="00000000">
      <w:pPr>
        <w:pStyle w:val="Titolo1"/>
      </w:pPr>
      <w:r>
        <w:rPr>
          <w:rFonts w:ascii="Arial" w:hAnsi="Arial"/>
          <w:b w:val="0"/>
        </w:rPr>
        <w:t>7.1 Criterio di scelta delle misure</w:t>
      </w:r>
    </w:p>
    <w:p w14:paraId="0E906248" w14:textId="77777777" w:rsidR="005E7ED3" w:rsidRDefault="00000000">
      <w:r>
        <w:rPr>
          <w:sz w:val="18"/>
        </w:rPr>
        <w:t>Le misure devono seguire la gerarchia della prevenzione: eliminare o ridurre alla fonte la postura statica, sostituire la staticita con movimento, adottare soluzioni tecniche, modificare organizzazione e ritmi di lavoro, formare e coinvolgere i lavoratori, monitorare l'efficacia. I dispositivi di protezione individuale non costituiscono soluzione all'inattivita fisica.</w:t>
      </w:r>
    </w:p>
    <w:p w14:paraId="54172DE3" w14:textId="77777777" w:rsidR="005E7ED3" w:rsidRDefault="00000000">
      <w:r>
        <w:br w:type="page"/>
      </w:r>
    </w:p>
    <w:p w14:paraId="18482D1E" w14:textId="77777777" w:rsidR="005E7ED3" w:rsidRDefault="00000000">
      <w:pPr>
        <w:pStyle w:val="Titolo1"/>
      </w:pPr>
      <w:r>
        <w:rPr>
          <w:rFonts w:ascii="Arial" w:hAnsi="Arial"/>
          <w:b w:val="0"/>
        </w:rPr>
        <w:t>7.2 Misure per rischio BASSO</w:t>
      </w:r>
    </w:p>
    <w:tbl>
      <w:tblPr>
        <w:tblW w:w="0" w:type="auto"/>
        <w:jc w:val="center"/>
        <w:tblBorders>
          <w:top w:val="single" w:sz="10" w:space="0" w:color="A9D18E"/>
          <w:left w:val="single" w:sz="10" w:space="0" w:color="A9D18E"/>
          <w:bottom w:val="single" w:sz="10" w:space="0" w:color="A9D18E"/>
          <w:right w:val="single" w:sz="10" w:space="0" w:color="A9D18E"/>
          <w:insideH w:val="single" w:sz="10" w:space="0" w:color="A9D18E"/>
          <w:insideV w:val="single" w:sz="10" w:space="0" w:color="A9D18E"/>
        </w:tblBorders>
        <w:tblLook w:val="04A0" w:firstRow="1" w:lastRow="0" w:firstColumn="1" w:lastColumn="0" w:noHBand="0" w:noVBand="1"/>
      </w:tblPr>
      <w:tblGrid>
        <w:gridCol w:w="2649"/>
        <w:gridCol w:w="2649"/>
        <w:gridCol w:w="2649"/>
        <w:gridCol w:w="2649"/>
        <w:gridCol w:w="38"/>
      </w:tblGrid>
      <w:tr w:rsidR="005E7ED3" w14:paraId="378AA48C" w14:textId="77777777">
        <w:trPr>
          <w:gridAfter w:val="1"/>
          <w:wAfter w:w="38" w:type="dxa"/>
          <w:jc w:val="center"/>
        </w:trPr>
        <w:tc>
          <w:tcPr>
            <w:tcW w:w="10596" w:type="dxa"/>
            <w:gridSpan w:val="4"/>
            <w:shd w:val="clear" w:color="auto" w:fill="A9D18E"/>
            <w:vAlign w:val="center"/>
          </w:tcPr>
          <w:p w14:paraId="23F78E99" w14:textId="77777777" w:rsidR="005E7ED3" w:rsidRDefault="00000000">
            <w:pPr>
              <w:jc w:val="center"/>
            </w:pPr>
            <w:r>
              <w:rPr>
                <w:b/>
                <w:color w:val="0B3A66"/>
                <w:sz w:val="24"/>
              </w:rPr>
              <w:t>RISCHIO BASSO</w:t>
            </w:r>
          </w:p>
          <w:p w14:paraId="6B264DFC" w14:textId="77777777" w:rsidR="005E7ED3" w:rsidRDefault="00000000">
            <w:pPr>
              <w:jc w:val="center"/>
            </w:pPr>
            <w:r>
              <w:rPr>
                <w:color w:val="000000"/>
                <w:sz w:val="17"/>
              </w:rPr>
              <w:t>Rischio controllato. Obiettivo: mantenere le condizioni favorevoli e prevenire il peggioramento.</w:t>
            </w:r>
          </w:p>
        </w:tc>
      </w:tr>
      <w:tr w:rsidR="005E7ED3" w14:paraId="5CE347F9" w14:textId="77777777">
        <w:tblPrEx>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PrEx>
        <w:trPr>
          <w:jc w:val="center"/>
        </w:trPr>
        <w:tc>
          <w:tcPr>
            <w:tcW w:w="2649" w:type="dxa"/>
            <w:shd w:val="clear" w:color="auto" w:fill="0B3A66"/>
            <w:tcMar>
              <w:top w:w="70" w:type="dxa"/>
              <w:left w:w="70" w:type="dxa"/>
              <w:bottom w:w="70" w:type="dxa"/>
              <w:right w:w="70" w:type="dxa"/>
            </w:tcMar>
            <w:vAlign w:val="center"/>
          </w:tcPr>
          <w:p w14:paraId="5CD76D31" w14:textId="77777777" w:rsidR="005E7ED3" w:rsidRDefault="00000000">
            <w:pPr>
              <w:jc w:val="center"/>
            </w:pPr>
            <w:r>
              <w:rPr>
                <w:b/>
                <w:color w:val="FFFFFF"/>
                <w:sz w:val="14"/>
              </w:rPr>
              <w:t>Misure tecniche</w:t>
            </w:r>
          </w:p>
        </w:tc>
        <w:tc>
          <w:tcPr>
            <w:tcW w:w="2649" w:type="dxa"/>
            <w:shd w:val="clear" w:color="auto" w:fill="0B3A66"/>
            <w:tcMar>
              <w:top w:w="70" w:type="dxa"/>
              <w:left w:w="70" w:type="dxa"/>
              <w:bottom w:w="70" w:type="dxa"/>
              <w:right w:w="70" w:type="dxa"/>
            </w:tcMar>
            <w:vAlign w:val="center"/>
          </w:tcPr>
          <w:p w14:paraId="4F84E4F0" w14:textId="77777777" w:rsidR="005E7ED3" w:rsidRDefault="00000000">
            <w:pPr>
              <w:jc w:val="center"/>
            </w:pPr>
            <w:r>
              <w:rPr>
                <w:b/>
                <w:color w:val="FFFFFF"/>
                <w:sz w:val="14"/>
              </w:rPr>
              <w:t>Misure organizzative</w:t>
            </w:r>
          </w:p>
        </w:tc>
        <w:tc>
          <w:tcPr>
            <w:tcW w:w="2649" w:type="dxa"/>
            <w:shd w:val="clear" w:color="auto" w:fill="0B3A66"/>
            <w:tcMar>
              <w:top w:w="70" w:type="dxa"/>
              <w:left w:w="70" w:type="dxa"/>
              <w:bottom w:w="70" w:type="dxa"/>
              <w:right w:w="70" w:type="dxa"/>
            </w:tcMar>
            <w:vAlign w:val="center"/>
          </w:tcPr>
          <w:p w14:paraId="384FB9DB" w14:textId="77777777" w:rsidR="005E7ED3" w:rsidRDefault="00000000">
            <w:pPr>
              <w:jc w:val="center"/>
            </w:pPr>
            <w:r>
              <w:rPr>
                <w:b/>
                <w:color w:val="FFFFFF"/>
                <w:sz w:val="14"/>
              </w:rPr>
              <w:t>Informazione/formazione</w:t>
            </w:r>
          </w:p>
        </w:tc>
        <w:tc>
          <w:tcPr>
            <w:tcW w:w="2649" w:type="dxa"/>
            <w:gridSpan w:val="2"/>
            <w:shd w:val="clear" w:color="auto" w:fill="0B3A66"/>
            <w:tcMar>
              <w:top w:w="70" w:type="dxa"/>
              <w:left w:w="70" w:type="dxa"/>
              <w:bottom w:w="70" w:type="dxa"/>
              <w:right w:w="70" w:type="dxa"/>
            </w:tcMar>
            <w:vAlign w:val="center"/>
          </w:tcPr>
          <w:p w14:paraId="6599EB43" w14:textId="77777777" w:rsidR="005E7ED3" w:rsidRDefault="00000000">
            <w:pPr>
              <w:jc w:val="center"/>
            </w:pPr>
            <w:r>
              <w:rPr>
                <w:b/>
                <w:color w:val="FFFFFF"/>
                <w:sz w:val="14"/>
              </w:rPr>
              <w:t>Monitoraggio e verifica</w:t>
            </w:r>
          </w:p>
        </w:tc>
      </w:tr>
      <w:tr w:rsidR="005E7ED3" w14:paraId="279B12D7" w14:textId="77777777">
        <w:tblPrEx>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PrEx>
        <w:trPr>
          <w:jc w:val="center"/>
        </w:trPr>
        <w:tc>
          <w:tcPr>
            <w:tcW w:w="2649" w:type="dxa"/>
            <w:shd w:val="clear" w:color="auto" w:fill="FFFFFF"/>
            <w:tcMar>
              <w:top w:w="60" w:type="dxa"/>
              <w:left w:w="90" w:type="dxa"/>
              <w:bottom w:w="60" w:type="dxa"/>
              <w:right w:w="90" w:type="dxa"/>
            </w:tcMar>
            <w:vAlign w:val="center"/>
          </w:tcPr>
          <w:p w14:paraId="164D051C" w14:textId="77777777" w:rsidR="005E7ED3" w:rsidRDefault="005E7ED3"/>
          <w:p w14:paraId="23C9BAFF" w14:textId="77777777" w:rsidR="005E7ED3" w:rsidRDefault="00000000">
            <w:pPr>
              <w:spacing w:after="20"/>
            </w:pPr>
            <w:r>
              <w:rPr>
                <w:sz w:val="14"/>
              </w:rPr>
              <w:t>- Mantenere sedute e postazioni idonee.</w:t>
            </w:r>
          </w:p>
          <w:p w14:paraId="0D17887B" w14:textId="77777777" w:rsidR="005E7ED3" w:rsidRDefault="00000000">
            <w:pPr>
              <w:spacing w:after="20"/>
            </w:pPr>
            <w:r>
              <w:rPr>
                <w:sz w:val="14"/>
              </w:rPr>
              <w:t>- Conservare spazi liberi per movimento.</w:t>
            </w:r>
          </w:p>
          <w:p w14:paraId="5ADB80DE" w14:textId="77777777" w:rsidR="005E7ED3" w:rsidRDefault="00000000">
            <w:pPr>
              <w:spacing w:after="20"/>
            </w:pPr>
            <w:r>
              <w:rPr>
                <w:sz w:val="14"/>
              </w:rPr>
              <w:t>- Verificare periodicamente regolazioni di sedia, piano e monitor.</w:t>
            </w:r>
          </w:p>
        </w:tc>
        <w:tc>
          <w:tcPr>
            <w:tcW w:w="2649" w:type="dxa"/>
            <w:shd w:val="clear" w:color="auto" w:fill="FFFFFF"/>
            <w:tcMar>
              <w:top w:w="60" w:type="dxa"/>
              <w:left w:w="90" w:type="dxa"/>
              <w:bottom w:w="60" w:type="dxa"/>
              <w:right w:w="90" w:type="dxa"/>
            </w:tcMar>
            <w:vAlign w:val="center"/>
          </w:tcPr>
          <w:p w14:paraId="31EBA89B" w14:textId="77777777" w:rsidR="005E7ED3" w:rsidRDefault="005E7ED3"/>
          <w:p w14:paraId="38B001A0" w14:textId="77777777" w:rsidR="005E7ED3" w:rsidRDefault="00000000">
            <w:pPr>
              <w:spacing w:after="20"/>
            </w:pPr>
            <w:r>
              <w:rPr>
                <w:sz w:val="14"/>
              </w:rPr>
              <w:t>- Mantenere alternanza spontanea tra posture.</w:t>
            </w:r>
          </w:p>
          <w:p w14:paraId="533B1D42" w14:textId="77777777" w:rsidR="005E7ED3" w:rsidRDefault="00000000">
            <w:pPr>
              <w:spacing w:after="20"/>
            </w:pPr>
            <w:r>
              <w:rPr>
                <w:sz w:val="14"/>
              </w:rPr>
              <w:t>- Prevedere pause brevi e flessibili.</w:t>
            </w:r>
          </w:p>
          <w:p w14:paraId="1DDE476B" w14:textId="77777777" w:rsidR="005E7ED3" w:rsidRDefault="00000000">
            <w:pPr>
              <w:spacing w:after="20"/>
            </w:pPr>
            <w:r>
              <w:rPr>
                <w:sz w:val="14"/>
              </w:rPr>
              <w:t>- Riesaminare in caso di modifica dei turni o delle postazioni.</w:t>
            </w:r>
          </w:p>
        </w:tc>
        <w:tc>
          <w:tcPr>
            <w:tcW w:w="2649" w:type="dxa"/>
            <w:shd w:val="clear" w:color="auto" w:fill="FFFFFF"/>
            <w:tcMar>
              <w:top w:w="60" w:type="dxa"/>
              <w:left w:w="90" w:type="dxa"/>
              <w:bottom w:w="60" w:type="dxa"/>
              <w:right w:w="90" w:type="dxa"/>
            </w:tcMar>
            <w:vAlign w:val="center"/>
          </w:tcPr>
          <w:p w14:paraId="7366908F" w14:textId="77777777" w:rsidR="005E7ED3" w:rsidRDefault="005E7ED3"/>
          <w:p w14:paraId="40C4C319" w14:textId="77777777" w:rsidR="005E7ED3" w:rsidRDefault="00000000">
            <w:pPr>
              <w:spacing w:after="20"/>
            </w:pPr>
            <w:r>
              <w:rPr>
                <w:sz w:val="14"/>
              </w:rPr>
              <w:t>- Informare sul principio della variazione posturale.</w:t>
            </w:r>
          </w:p>
          <w:p w14:paraId="577D6761" w14:textId="77777777" w:rsidR="005E7ED3" w:rsidRDefault="00000000">
            <w:pPr>
              <w:spacing w:after="20"/>
            </w:pPr>
            <w:r>
              <w:rPr>
                <w:sz w:val="14"/>
              </w:rPr>
              <w:t>- Ricordare di alzarsi e muoversi prima dell'affaticamento.</w:t>
            </w:r>
          </w:p>
          <w:p w14:paraId="00F3D127" w14:textId="77777777" w:rsidR="005E7ED3" w:rsidRDefault="00000000">
            <w:pPr>
              <w:spacing w:after="20"/>
            </w:pPr>
            <w:r>
              <w:rPr>
                <w:sz w:val="14"/>
              </w:rPr>
              <w:t>- Diffondere buone pratiche per telelavoro e VDT.</w:t>
            </w:r>
          </w:p>
        </w:tc>
        <w:tc>
          <w:tcPr>
            <w:tcW w:w="2649" w:type="dxa"/>
            <w:gridSpan w:val="2"/>
            <w:shd w:val="clear" w:color="auto" w:fill="FFFFFF"/>
            <w:tcMar>
              <w:top w:w="60" w:type="dxa"/>
              <w:left w:w="90" w:type="dxa"/>
              <w:bottom w:w="60" w:type="dxa"/>
              <w:right w:w="90" w:type="dxa"/>
            </w:tcMar>
            <w:vAlign w:val="center"/>
          </w:tcPr>
          <w:p w14:paraId="24AB81A3" w14:textId="77777777" w:rsidR="005E7ED3" w:rsidRDefault="005E7ED3"/>
          <w:p w14:paraId="62991418" w14:textId="77777777" w:rsidR="005E7ED3" w:rsidRDefault="00000000">
            <w:pPr>
              <w:spacing w:after="20"/>
            </w:pPr>
            <w:r>
              <w:rPr>
                <w:sz w:val="14"/>
              </w:rPr>
              <w:t>- Registrare eventuali segnalazioni.</w:t>
            </w:r>
          </w:p>
          <w:p w14:paraId="25A4C5CF" w14:textId="77777777" w:rsidR="005E7ED3" w:rsidRDefault="00000000">
            <w:pPr>
              <w:spacing w:after="20"/>
            </w:pPr>
            <w:r>
              <w:rPr>
                <w:sz w:val="14"/>
              </w:rPr>
              <w:t>- Controllo annuale o in occasione di modifiche.</w:t>
            </w:r>
          </w:p>
          <w:p w14:paraId="3D455357" w14:textId="77777777" w:rsidR="005E7ED3" w:rsidRDefault="00000000">
            <w:pPr>
              <w:spacing w:after="20"/>
            </w:pPr>
            <w:r>
              <w:rPr>
                <w:sz w:val="14"/>
              </w:rPr>
              <w:t>- Verifica con RLS/preposti durante sopralluoghi ordinari.</w:t>
            </w:r>
          </w:p>
        </w:tc>
      </w:tr>
    </w:tbl>
    <w:p w14:paraId="032E7A9B" w14:textId="77777777" w:rsidR="005E7ED3" w:rsidRDefault="00000000">
      <w:r>
        <w:br w:type="page"/>
      </w:r>
    </w:p>
    <w:p w14:paraId="29223E23" w14:textId="77777777" w:rsidR="005E7ED3" w:rsidRDefault="00000000">
      <w:pPr>
        <w:pStyle w:val="Titolo1"/>
      </w:pPr>
      <w:r>
        <w:rPr>
          <w:rFonts w:ascii="Arial" w:hAnsi="Arial"/>
          <w:b w:val="0"/>
        </w:rPr>
        <w:t>7.3 Misure per rischio MEDIO-BASSO</w:t>
      </w:r>
    </w:p>
    <w:tbl>
      <w:tblPr>
        <w:tblW w:w="0" w:type="auto"/>
        <w:jc w:val="center"/>
        <w:tblBorders>
          <w:top w:val="single" w:sz="10" w:space="0" w:color="F4B183"/>
          <w:left w:val="single" w:sz="10" w:space="0" w:color="F4B183"/>
          <w:bottom w:val="single" w:sz="10" w:space="0" w:color="F4B183"/>
          <w:right w:val="single" w:sz="10" w:space="0" w:color="F4B183"/>
          <w:insideH w:val="single" w:sz="10" w:space="0" w:color="F4B183"/>
          <w:insideV w:val="single" w:sz="10" w:space="0" w:color="F4B183"/>
        </w:tblBorders>
        <w:tblLook w:val="04A0" w:firstRow="1" w:lastRow="0" w:firstColumn="1" w:lastColumn="0" w:noHBand="0" w:noVBand="1"/>
      </w:tblPr>
      <w:tblGrid>
        <w:gridCol w:w="2649"/>
        <w:gridCol w:w="2649"/>
        <w:gridCol w:w="2649"/>
        <w:gridCol w:w="2649"/>
        <w:gridCol w:w="38"/>
      </w:tblGrid>
      <w:tr w:rsidR="005E7ED3" w14:paraId="1F3C165D" w14:textId="77777777">
        <w:trPr>
          <w:gridAfter w:val="1"/>
          <w:wAfter w:w="38" w:type="dxa"/>
          <w:jc w:val="center"/>
        </w:trPr>
        <w:tc>
          <w:tcPr>
            <w:tcW w:w="10596" w:type="dxa"/>
            <w:gridSpan w:val="4"/>
            <w:shd w:val="clear" w:color="auto" w:fill="FFF2CC"/>
            <w:vAlign w:val="center"/>
          </w:tcPr>
          <w:p w14:paraId="21B6968B" w14:textId="77777777" w:rsidR="005E7ED3" w:rsidRDefault="00000000">
            <w:pPr>
              <w:jc w:val="center"/>
            </w:pPr>
            <w:r>
              <w:rPr>
                <w:b/>
                <w:color w:val="0B3A66"/>
                <w:sz w:val="24"/>
              </w:rPr>
              <w:t>RISCHIO MEDIO-BASSO</w:t>
            </w:r>
          </w:p>
          <w:p w14:paraId="74BA0419" w14:textId="77777777" w:rsidR="005E7ED3" w:rsidRDefault="00000000">
            <w:pPr>
              <w:jc w:val="center"/>
            </w:pPr>
            <w:r>
              <w:rPr>
                <w:color w:val="000000"/>
                <w:sz w:val="17"/>
              </w:rPr>
              <w:t>Criticita lievi o parziali. Obiettivo: rafforzare pause, alternanza e regolazioni.</w:t>
            </w:r>
          </w:p>
        </w:tc>
      </w:tr>
      <w:tr w:rsidR="005E7ED3" w14:paraId="3ECF0112" w14:textId="77777777">
        <w:tblPrEx>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PrEx>
        <w:trPr>
          <w:jc w:val="center"/>
        </w:trPr>
        <w:tc>
          <w:tcPr>
            <w:tcW w:w="2649" w:type="dxa"/>
            <w:shd w:val="clear" w:color="auto" w:fill="0B3A66"/>
            <w:tcMar>
              <w:top w:w="70" w:type="dxa"/>
              <w:left w:w="70" w:type="dxa"/>
              <w:bottom w:w="70" w:type="dxa"/>
              <w:right w:w="70" w:type="dxa"/>
            </w:tcMar>
            <w:vAlign w:val="center"/>
          </w:tcPr>
          <w:p w14:paraId="5F32BB2F" w14:textId="77777777" w:rsidR="005E7ED3" w:rsidRDefault="00000000">
            <w:pPr>
              <w:jc w:val="center"/>
            </w:pPr>
            <w:r>
              <w:rPr>
                <w:b/>
                <w:color w:val="FFFFFF"/>
                <w:sz w:val="14"/>
              </w:rPr>
              <w:t>Misure tecniche</w:t>
            </w:r>
          </w:p>
        </w:tc>
        <w:tc>
          <w:tcPr>
            <w:tcW w:w="2649" w:type="dxa"/>
            <w:shd w:val="clear" w:color="auto" w:fill="0B3A66"/>
            <w:tcMar>
              <w:top w:w="70" w:type="dxa"/>
              <w:left w:w="70" w:type="dxa"/>
              <w:bottom w:w="70" w:type="dxa"/>
              <w:right w:w="70" w:type="dxa"/>
            </w:tcMar>
            <w:vAlign w:val="center"/>
          </w:tcPr>
          <w:p w14:paraId="3843EC44" w14:textId="77777777" w:rsidR="005E7ED3" w:rsidRDefault="00000000">
            <w:pPr>
              <w:jc w:val="center"/>
            </w:pPr>
            <w:r>
              <w:rPr>
                <w:b/>
                <w:color w:val="FFFFFF"/>
                <w:sz w:val="14"/>
              </w:rPr>
              <w:t>Misure organizzative</w:t>
            </w:r>
          </w:p>
        </w:tc>
        <w:tc>
          <w:tcPr>
            <w:tcW w:w="2649" w:type="dxa"/>
            <w:shd w:val="clear" w:color="auto" w:fill="0B3A66"/>
            <w:tcMar>
              <w:top w:w="70" w:type="dxa"/>
              <w:left w:w="70" w:type="dxa"/>
              <w:bottom w:w="70" w:type="dxa"/>
              <w:right w:w="70" w:type="dxa"/>
            </w:tcMar>
            <w:vAlign w:val="center"/>
          </w:tcPr>
          <w:p w14:paraId="20CBBFA7" w14:textId="77777777" w:rsidR="005E7ED3" w:rsidRDefault="00000000">
            <w:pPr>
              <w:jc w:val="center"/>
            </w:pPr>
            <w:r>
              <w:rPr>
                <w:b/>
                <w:color w:val="FFFFFF"/>
                <w:sz w:val="14"/>
              </w:rPr>
              <w:t>Informazione/formazione</w:t>
            </w:r>
          </w:p>
        </w:tc>
        <w:tc>
          <w:tcPr>
            <w:tcW w:w="2649" w:type="dxa"/>
            <w:gridSpan w:val="2"/>
            <w:shd w:val="clear" w:color="auto" w:fill="0B3A66"/>
            <w:tcMar>
              <w:top w:w="70" w:type="dxa"/>
              <w:left w:w="70" w:type="dxa"/>
              <w:bottom w:w="70" w:type="dxa"/>
              <w:right w:w="70" w:type="dxa"/>
            </w:tcMar>
            <w:vAlign w:val="center"/>
          </w:tcPr>
          <w:p w14:paraId="43842011" w14:textId="77777777" w:rsidR="005E7ED3" w:rsidRDefault="00000000">
            <w:pPr>
              <w:jc w:val="center"/>
            </w:pPr>
            <w:r>
              <w:rPr>
                <w:b/>
                <w:color w:val="FFFFFF"/>
                <w:sz w:val="14"/>
              </w:rPr>
              <w:t>Monitoraggio e verifica</w:t>
            </w:r>
          </w:p>
        </w:tc>
      </w:tr>
      <w:tr w:rsidR="005E7ED3" w14:paraId="47F3BDA4" w14:textId="77777777">
        <w:tblPrEx>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PrEx>
        <w:trPr>
          <w:jc w:val="center"/>
        </w:trPr>
        <w:tc>
          <w:tcPr>
            <w:tcW w:w="2649" w:type="dxa"/>
            <w:shd w:val="clear" w:color="auto" w:fill="FFFFFF"/>
            <w:tcMar>
              <w:top w:w="60" w:type="dxa"/>
              <w:left w:w="90" w:type="dxa"/>
              <w:bottom w:w="60" w:type="dxa"/>
              <w:right w:w="90" w:type="dxa"/>
            </w:tcMar>
            <w:vAlign w:val="center"/>
          </w:tcPr>
          <w:p w14:paraId="2668E1AA" w14:textId="77777777" w:rsidR="005E7ED3" w:rsidRDefault="005E7ED3"/>
          <w:p w14:paraId="20A5ED3C" w14:textId="77777777" w:rsidR="005E7ED3" w:rsidRDefault="00000000">
            <w:pPr>
              <w:spacing w:after="20"/>
            </w:pPr>
            <w:r>
              <w:rPr>
                <w:sz w:val="14"/>
              </w:rPr>
              <w:t>- Adeguare sedia, poggiapiedi, monitor e piano di lavoro.</w:t>
            </w:r>
          </w:p>
          <w:p w14:paraId="188ACC4C" w14:textId="77777777" w:rsidR="005E7ED3" w:rsidRDefault="00000000">
            <w:pPr>
              <w:spacing w:after="20"/>
            </w:pPr>
            <w:r>
              <w:rPr>
                <w:sz w:val="14"/>
              </w:rPr>
              <w:t>- Prevedere seduta di appoggio nelle postazioni in piedi.</w:t>
            </w:r>
          </w:p>
          <w:p w14:paraId="1FCC4D9D" w14:textId="77777777" w:rsidR="005E7ED3" w:rsidRDefault="00000000">
            <w:pPr>
              <w:spacing w:after="20"/>
            </w:pPr>
            <w:r>
              <w:rPr>
                <w:sz w:val="14"/>
              </w:rPr>
              <w:t>- Collocare stampanti/materiali in punti che favoriscano brevi spostamenti.</w:t>
            </w:r>
          </w:p>
        </w:tc>
        <w:tc>
          <w:tcPr>
            <w:tcW w:w="2649" w:type="dxa"/>
            <w:shd w:val="clear" w:color="auto" w:fill="FFFFFF"/>
            <w:tcMar>
              <w:top w:w="60" w:type="dxa"/>
              <w:left w:w="90" w:type="dxa"/>
              <w:bottom w:w="60" w:type="dxa"/>
              <w:right w:w="90" w:type="dxa"/>
            </w:tcMar>
            <w:vAlign w:val="center"/>
          </w:tcPr>
          <w:p w14:paraId="7BCA36E1" w14:textId="77777777" w:rsidR="005E7ED3" w:rsidRDefault="005E7ED3"/>
          <w:p w14:paraId="17A85472" w14:textId="77777777" w:rsidR="005E7ED3" w:rsidRDefault="00000000">
            <w:pPr>
              <w:spacing w:after="20"/>
            </w:pPr>
            <w:r>
              <w:rPr>
                <w:sz w:val="14"/>
              </w:rPr>
              <w:t>- Introdurre micro-pause ogni 20-30 minuti.</w:t>
            </w:r>
          </w:p>
          <w:p w14:paraId="2FBC52E3" w14:textId="77777777" w:rsidR="005E7ED3" w:rsidRDefault="00000000">
            <w:pPr>
              <w:spacing w:after="20"/>
            </w:pPr>
            <w:r>
              <w:rPr>
                <w:sz w:val="14"/>
              </w:rPr>
              <w:t>- Alternare telefonate, archiviazione, riordino e compiti dinamici.</w:t>
            </w:r>
          </w:p>
          <w:p w14:paraId="66C48E27" w14:textId="77777777" w:rsidR="005E7ED3" w:rsidRDefault="00000000">
            <w:pPr>
              <w:spacing w:after="20"/>
            </w:pPr>
            <w:r>
              <w:rPr>
                <w:sz w:val="14"/>
              </w:rPr>
              <w:t>- Formalizzare semplici tempi massimi di permanenza statica.</w:t>
            </w:r>
          </w:p>
        </w:tc>
        <w:tc>
          <w:tcPr>
            <w:tcW w:w="2649" w:type="dxa"/>
            <w:shd w:val="clear" w:color="auto" w:fill="FFFFFF"/>
            <w:tcMar>
              <w:top w:w="60" w:type="dxa"/>
              <w:left w:w="90" w:type="dxa"/>
              <w:bottom w:w="60" w:type="dxa"/>
              <w:right w:w="90" w:type="dxa"/>
            </w:tcMar>
            <w:vAlign w:val="center"/>
          </w:tcPr>
          <w:p w14:paraId="1D8E5725" w14:textId="77777777" w:rsidR="005E7ED3" w:rsidRDefault="005E7ED3"/>
          <w:p w14:paraId="78B1EC45" w14:textId="77777777" w:rsidR="005E7ED3" w:rsidRDefault="00000000">
            <w:pPr>
              <w:spacing w:after="20"/>
            </w:pPr>
            <w:r>
              <w:rPr>
                <w:sz w:val="14"/>
              </w:rPr>
              <w:t>- Briefing operativo a lavoratori e preposti.</w:t>
            </w:r>
          </w:p>
          <w:p w14:paraId="5CC21E5B" w14:textId="77777777" w:rsidR="005E7ED3" w:rsidRDefault="00000000">
            <w:pPr>
              <w:spacing w:after="20"/>
            </w:pPr>
            <w:r>
              <w:rPr>
                <w:sz w:val="14"/>
              </w:rPr>
              <w:t>- Promemoria visivi su pause e movimento.</w:t>
            </w:r>
          </w:p>
          <w:p w14:paraId="1E137CAD" w14:textId="77777777" w:rsidR="005E7ED3" w:rsidRDefault="00000000">
            <w:pPr>
              <w:spacing w:after="20"/>
            </w:pPr>
            <w:r>
              <w:rPr>
                <w:sz w:val="14"/>
              </w:rPr>
              <w:t>- Istruzioni per regolazione postazione e seduta dinamica.</w:t>
            </w:r>
          </w:p>
        </w:tc>
        <w:tc>
          <w:tcPr>
            <w:tcW w:w="2649" w:type="dxa"/>
            <w:gridSpan w:val="2"/>
            <w:shd w:val="clear" w:color="auto" w:fill="FFFFFF"/>
            <w:tcMar>
              <w:top w:w="60" w:type="dxa"/>
              <w:left w:w="90" w:type="dxa"/>
              <w:bottom w:w="60" w:type="dxa"/>
              <w:right w:w="90" w:type="dxa"/>
            </w:tcMar>
            <w:vAlign w:val="center"/>
          </w:tcPr>
          <w:p w14:paraId="6CA2B6BC" w14:textId="77777777" w:rsidR="005E7ED3" w:rsidRDefault="005E7ED3"/>
          <w:p w14:paraId="39494BD9" w14:textId="77777777" w:rsidR="005E7ED3" w:rsidRDefault="00000000">
            <w:pPr>
              <w:spacing w:after="20"/>
            </w:pPr>
            <w:r>
              <w:rPr>
                <w:sz w:val="14"/>
              </w:rPr>
              <w:t>- Verifica entro 3-6 mesi.</w:t>
            </w:r>
          </w:p>
          <w:p w14:paraId="4BEF9FEB" w14:textId="77777777" w:rsidR="005E7ED3" w:rsidRDefault="00000000">
            <w:pPr>
              <w:spacing w:after="20"/>
            </w:pPr>
            <w:r>
              <w:rPr>
                <w:sz w:val="14"/>
              </w:rPr>
              <w:t>- Controllo segnalazioni di affaticamento.</w:t>
            </w:r>
          </w:p>
          <w:p w14:paraId="42D6DD47" w14:textId="77777777" w:rsidR="005E7ED3" w:rsidRDefault="00000000">
            <w:pPr>
              <w:spacing w:after="20"/>
            </w:pPr>
            <w:r>
              <w:rPr>
                <w:sz w:val="14"/>
              </w:rPr>
              <w:t>- Aggiornare scheda mansione se cambiano tempi di esposizione.</w:t>
            </w:r>
          </w:p>
        </w:tc>
      </w:tr>
    </w:tbl>
    <w:p w14:paraId="6CBF160A" w14:textId="77777777" w:rsidR="005E7ED3" w:rsidRDefault="00000000">
      <w:r>
        <w:br w:type="page"/>
      </w:r>
    </w:p>
    <w:p w14:paraId="79BD7930" w14:textId="77777777" w:rsidR="005E7ED3" w:rsidRDefault="00000000">
      <w:pPr>
        <w:pStyle w:val="Titolo1"/>
      </w:pPr>
      <w:r>
        <w:rPr>
          <w:rFonts w:ascii="Arial" w:hAnsi="Arial"/>
          <w:b w:val="0"/>
        </w:rPr>
        <w:t>7.4 Misure per rischio MEDIO</w:t>
      </w:r>
    </w:p>
    <w:tbl>
      <w:tblPr>
        <w:tblW w:w="0" w:type="auto"/>
        <w:jc w:val="center"/>
        <w:tblBorders>
          <w:top w:val="single" w:sz="10" w:space="0" w:color="FFD966"/>
          <w:left w:val="single" w:sz="10" w:space="0" w:color="FFD966"/>
          <w:bottom w:val="single" w:sz="10" w:space="0" w:color="FFD966"/>
          <w:right w:val="single" w:sz="10" w:space="0" w:color="FFD966"/>
          <w:insideH w:val="single" w:sz="10" w:space="0" w:color="FFD966"/>
          <w:insideV w:val="single" w:sz="10" w:space="0" w:color="FFD966"/>
        </w:tblBorders>
        <w:tblLook w:val="04A0" w:firstRow="1" w:lastRow="0" w:firstColumn="1" w:lastColumn="0" w:noHBand="0" w:noVBand="1"/>
      </w:tblPr>
      <w:tblGrid>
        <w:gridCol w:w="2649"/>
        <w:gridCol w:w="2649"/>
        <w:gridCol w:w="2649"/>
        <w:gridCol w:w="2649"/>
        <w:gridCol w:w="38"/>
      </w:tblGrid>
      <w:tr w:rsidR="005E7ED3" w14:paraId="225FBE0C" w14:textId="77777777">
        <w:trPr>
          <w:gridAfter w:val="1"/>
          <w:wAfter w:w="38" w:type="dxa"/>
          <w:jc w:val="center"/>
        </w:trPr>
        <w:tc>
          <w:tcPr>
            <w:tcW w:w="10596" w:type="dxa"/>
            <w:gridSpan w:val="4"/>
            <w:shd w:val="clear" w:color="auto" w:fill="FFD966"/>
            <w:vAlign w:val="center"/>
          </w:tcPr>
          <w:p w14:paraId="74DF1481" w14:textId="77777777" w:rsidR="005E7ED3" w:rsidRDefault="00000000">
            <w:pPr>
              <w:jc w:val="center"/>
            </w:pPr>
            <w:r>
              <w:rPr>
                <w:b/>
                <w:color w:val="0B3A66"/>
                <w:sz w:val="24"/>
              </w:rPr>
              <w:t>RISCHIO MEDIO</w:t>
            </w:r>
          </w:p>
          <w:p w14:paraId="2D2292A0" w14:textId="77777777" w:rsidR="005E7ED3" w:rsidRDefault="00000000">
            <w:pPr>
              <w:jc w:val="center"/>
            </w:pPr>
            <w:r>
              <w:rPr>
                <w:color w:val="000000"/>
                <w:sz w:val="17"/>
              </w:rPr>
              <w:t>Superamento di soglie o alternanza non sufficiente. Obiettivo: introdurre misure strutturate e documentate.</w:t>
            </w:r>
          </w:p>
        </w:tc>
      </w:tr>
      <w:tr w:rsidR="005E7ED3" w14:paraId="31D4809B" w14:textId="77777777">
        <w:tblPrEx>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PrEx>
        <w:trPr>
          <w:jc w:val="center"/>
        </w:trPr>
        <w:tc>
          <w:tcPr>
            <w:tcW w:w="2649" w:type="dxa"/>
            <w:shd w:val="clear" w:color="auto" w:fill="0B3A66"/>
            <w:tcMar>
              <w:top w:w="70" w:type="dxa"/>
              <w:left w:w="70" w:type="dxa"/>
              <w:bottom w:w="70" w:type="dxa"/>
              <w:right w:w="70" w:type="dxa"/>
            </w:tcMar>
            <w:vAlign w:val="center"/>
          </w:tcPr>
          <w:p w14:paraId="4E0A957F" w14:textId="77777777" w:rsidR="005E7ED3" w:rsidRDefault="00000000">
            <w:pPr>
              <w:jc w:val="center"/>
            </w:pPr>
            <w:r>
              <w:rPr>
                <w:b/>
                <w:color w:val="FFFFFF"/>
                <w:sz w:val="14"/>
              </w:rPr>
              <w:t>Misure tecniche</w:t>
            </w:r>
          </w:p>
        </w:tc>
        <w:tc>
          <w:tcPr>
            <w:tcW w:w="2649" w:type="dxa"/>
            <w:shd w:val="clear" w:color="auto" w:fill="0B3A66"/>
            <w:tcMar>
              <w:top w:w="70" w:type="dxa"/>
              <w:left w:w="70" w:type="dxa"/>
              <w:bottom w:w="70" w:type="dxa"/>
              <w:right w:w="70" w:type="dxa"/>
            </w:tcMar>
            <w:vAlign w:val="center"/>
          </w:tcPr>
          <w:p w14:paraId="0715F964" w14:textId="77777777" w:rsidR="005E7ED3" w:rsidRDefault="00000000">
            <w:pPr>
              <w:jc w:val="center"/>
            </w:pPr>
            <w:r>
              <w:rPr>
                <w:b/>
                <w:color w:val="FFFFFF"/>
                <w:sz w:val="14"/>
              </w:rPr>
              <w:t>Misure organizzative</w:t>
            </w:r>
          </w:p>
        </w:tc>
        <w:tc>
          <w:tcPr>
            <w:tcW w:w="2649" w:type="dxa"/>
            <w:shd w:val="clear" w:color="auto" w:fill="0B3A66"/>
            <w:tcMar>
              <w:top w:w="70" w:type="dxa"/>
              <w:left w:w="70" w:type="dxa"/>
              <w:bottom w:w="70" w:type="dxa"/>
              <w:right w:w="70" w:type="dxa"/>
            </w:tcMar>
            <w:vAlign w:val="center"/>
          </w:tcPr>
          <w:p w14:paraId="710D130B" w14:textId="77777777" w:rsidR="005E7ED3" w:rsidRDefault="00000000">
            <w:pPr>
              <w:jc w:val="center"/>
            </w:pPr>
            <w:r>
              <w:rPr>
                <w:b/>
                <w:color w:val="FFFFFF"/>
                <w:sz w:val="14"/>
              </w:rPr>
              <w:t>Informazione/formazione</w:t>
            </w:r>
          </w:p>
        </w:tc>
        <w:tc>
          <w:tcPr>
            <w:tcW w:w="2649" w:type="dxa"/>
            <w:gridSpan w:val="2"/>
            <w:shd w:val="clear" w:color="auto" w:fill="0B3A66"/>
            <w:tcMar>
              <w:top w:w="70" w:type="dxa"/>
              <w:left w:w="70" w:type="dxa"/>
              <w:bottom w:w="70" w:type="dxa"/>
              <w:right w:w="70" w:type="dxa"/>
            </w:tcMar>
            <w:vAlign w:val="center"/>
          </w:tcPr>
          <w:p w14:paraId="1DA08329" w14:textId="77777777" w:rsidR="005E7ED3" w:rsidRDefault="00000000">
            <w:pPr>
              <w:jc w:val="center"/>
            </w:pPr>
            <w:r>
              <w:rPr>
                <w:b/>
                <w:color w:val="FFFFFF"/>
                <w:sz w:val="14"/>
              </w:rPr>
              <w:t>Monitoraggio e verifica</w:t>
            </w:r>
          </w:p>
        </w:tc>
      </w:tr>
      <w:tr w:rsidR="005E7ED3" w14:paraId="6A0DF03D" w14:textId="77777777">
        <w:tblPrEx>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PrEx>
        <w:trPr>
          <w:jc w:val="center"/>
        </w:trPr>
        <w:tc>
          <w:tcPr>
            <w:tcW w:w="2649" w:type="dxa"/>
            <w:shd w:val="clear" w:color="auto" w:fill="FFFFFF"/>
            <w:tcMar>
              <w:top w:w="60" w:type="dxa"/>
              <w:left w:w="90" w:type="dxa"/>
              <w:bottom w:w="60" w:type="dxa"/>
              <w:right w:w="90" w:type="dxa"/>
            </w:tcMar>
            <w:vAlign w:val="center"/>
          </w:tcPr>
          <w:p w14:paraId="40568370" w14:textId="77777777" w:rsidR="005E7ED3" w:rsidRDefault="005E7ED3"/>
          <w:p w14:paraId="51FD4451" w14:textId="77777777" w:rsidR="005E7ED3" w:rsidRDefault="00000000">
            <w:pPr>
              <w:spacing w:after="20"/>
            </w:pPr>
            <w:r>
              <w:rPr>
                <w:sz w:val="14"/>
              </w:rPr>
              <w:t>- Valutare postazioni regolabili sit-stand.</w:t>
            </w:r>
          </w:p>
          <w:p w14:paraId="7C32AF17" w14:textId="77777777" w:rsidR="005E7ED3" w:rsidRDefault="00000000">
            <w:pPr>
              <w:spacing w:after="20"/>
            </w:pPr>
            <w:r>
              <w:rPr>
                <w:sz w:val="14"/>
              </w:rPr>
              <w:t>- Installare sedute di appoggio e tappetini antifatica ove appropriati.</w:t>
            </w:r>
          </w:p>
          <w:p w14:paraId="3F73F320" w14:textId="77777777" w:rsidR="005E7ED3" w:rsidRDefault="00000000">
            <w:pPr>
              <w:spacing w:after="20"/>
            </w:pPr>
            <w:r>
              <w:rPr>
                <w:sz w:val="14"/>
              </w:rPr>
              <w:t>- Rivedere altezza piani di lavoro, spazio arti inferiori e pavimentazione.</w:t>
            </w:r>
          </w:p>
        </w:tc>
        <w:tc>
          <w:tcPr>
            <w:tcW w:w="2649" w:type="dxa"/>
            <w:shd w:val="clear" w:color="auto" w:fill="FFFFFF"/>
            <w:tcMar>
              <w:top w:w="60" w:type="dxa"/>
              <w:left w:w="90" w:type="dxa"/>
              <w:bottom w:w="60" w:type="dxa"/>
              <w:right w:w="90" w:type="dxa"/>
            </w:tcMar>
            <w:vAlign w:val="center"/>
          </w:tcPr>
          <w:p w14:paraId="5E42F082" w14:textId="77777777" w:rsidR="005E7ED3" w:rsidRDefault="005E7ED3"/>
          <w:p w14:paraId="49119BEB" w14:textId="77777777" w:rsidR="005E7ED3" w:rsidRDefault="00000000">
            <w:pPr>
              <w:spacing w:after="20"/>
            </w:pPr>
            <w:r>
              <w:rPr>
                <w:sz w:val="14"/>
              </w:rPr>
              <w:t>- Definire rotazione compiti su turni e reparti.</w:t>
            </w:r>
          </w:p>
          <w:p w14:paraId="43976767" w14:textId="77777777" w:rsidR="005E7ED3" w:rsidRDefault="00000000">
            <w:pPr>
              <w:spacing w:after="20"/>
            </w:pPr>
            <w:r>
              <w:rPr>
                <w:sz w:val="14"/>
              </w:rPr>
              <w:t>- Programmare pause attive e tempi massimi in seduta/in piedi.</w:t>
            </w:r>
          </w:p>
          <w:p w14:paraId="2266BCE0" w14:textId="77777777" w:rsidR="005E7ED3" w:rsidRDefault="00000000">
            <w:pPr>
              <w:spacing w:after="20"/>
            </w:pPr>
            <w:r>
              <w:rPr>
                <w:sz w:val="14"/>
              </w:rPr>
              <w:t>- Ridurre vincoli di presidio fisso quando non necessari.</w:t>
            </w:r>
          </w:p>
        </w:tc>
        <w:tc>
          <w:tcPr>
            <w:tcW w:w="2649" w:type="dxa"/>
            <w:shd w:val="clear" w:color="auto" w:fill="FFFFFF"/>
            <w:tcMar>
              <w:top w:w="60" w:type="dxa"/>
              <w:left w:w="90" w:type="dxa"/>
              <w:bottom w:w="60" w:type="dxa"/>
              <w:right w:w="90" w:type="dxa"/>
            </w:tcMar>
            <w:vAlign w:val="center"/>
          </w:tcPr>
          <w:p w14:paraId="5A68AAC6" w14:textId="77777777" w:rsidR="005E7ED3" w:rsidRDefault="005E7ED3"/>
          <w:p w14:paraId="7C6C601E" w14:textId="77777777" w:rsidR="005E7ED3" w:rsidRDefault="00000000">
            <w:pPr>
              <w:spacing w:after="20"/>
            </w:pPr>
            <w:r>
              <w:rPr>
                <w:sz w:val="14"/>
              </w:rPr>
              <w:t>- Formazione specifica su rischio cardiovascolare, circolatorio e DMS.</w:t>
            </w:r>
          </w:p>
          <w:p w14:paraId="64B05835" w14:textId="77777777" w:rsidR="005E7ED3" w:rsidRDefault="00000000">
            <w:pPr>
              <w:spacing w:after="20"/>
            </w:pPr>
            <w:r>
              <w:rPr>
                <w:sz w:val="14"/>
              </w:rPr>
              <w:t>- Addestramento all'uso delle postazioni regolabili.</w:t>
            </w:r>
          </w:p>
          <w:p w14:paraId="5C34C617" w14:textId="77777777" w:rsidR="005E7ED3" w:rsidRDefault="00000000">
            <w:pPr>
              <w:spacing w:after="20"/>
            </w:pPr>
            <w:r>
              <w:rPr>
                <w:sz w:val="14"/>
              </w:rPr>
              <w:t>- Coinvolgere lavoratori nella scelta delle soluzioni.</w:t>
            </w:r>
          </w:p>
        </w:tc>
        <w:tc>
          <w:tcPr>
            <w:tcW w:w="2649" w:type="dxa"/>
            <w:gridSpan w:val="2"/>
            <w:shd w:val="clear" w:color="auto" w:fill="FFFFFF"/>
            <w:tcMar>
              <w:top w:w="60" w:type="dxa"/>
              <w:left w:w="90" w:type="dxa"/>
              <w:bottom w:w="60" w:type="dxa"/>
              <w:right w:w="90" w:type="dxa"/>
            </w:tcMar>
            <w:vAlign w:val="center"/>
          </w:tcPr>
          <w:p w14:paraId="6FA03C37" w14:textId="77777777" w:rsidR="005E7ED3" w:rsidRDefault="005E7ED3"/>
          <w:p w14:paraId="7132FE57" w14:textId="77777777" w:rsidR="005E7ED3" w:rsidRDefault="00000000">
            <w:pPr>
              <w:spacing w:after="20"/>
            </w:pPr>
            <w:r>
              <w:rPr>
                <w:sz w:val="14"/>
              </w:rPr>
              <w:t>- Riesame entro 60-90 giorni.</w:t>
            </w:r>
          </w:p>
          <w:p w14:paraId="4C545341" w14:textId="77777777" w:rsidR="005E7ED3" w:rsidRDefault="00000000">
            <w:pPr>
              <w:spacing w:after="20"/>
            </w:pPr>
            <w:r>
              <w:rPr>
                <w:sz w:val="14"/>
              </w:rPr>
              <w:t>- Verifica di efficacia con osservazione sul campo.</w:t>
            </w:r>
          </w:p>
          <w:p w14:paraId="5A0AC3FF" w14:textId="77777777" w:rsidR="005E7ED3" w:rsidRDefault="00000000">
            <w:pPr>
              <w:spacing w:after="20"/>
            </w:pPr>
            <w:r>
              <w:rPr>
                <w:sz w:val="14"/>
              </w:rPr>
              <w:t>- Integrare misure nel DVR e nelle procedure di reparto.</w:t>
            </w:r>
          </w:p>
        </w:tc>
      </w:tr>
    </w:tbl>
    <w:p w14:paraId="33C655DD" w14:textId="77777777" w:rsidR="005E7ED3" w:rsidRDefault="00000000">
      <w:r>
        <w:br w:type="page"/>
      </w:r>
    </w:p>
    <w:p w14:paraId="5AD8C2DF" w14:textId="77777777" w:rsidR="005E7ED3" w:rsidRDefault="00000000">
      <w:pPr>
        <w:pStyle w:val="Titolo1"/>
      </w:pPr>
      <w:r>
        <w:rPr>
          <w:rFonts w:ascii="Arial" w:hAnsi="Arial"/>
          <w:b w:val="0"/>
        </w:rPr>
        <w:t>7.5 Misure per rischio MEDIO-ALTO</w:t>
      </w:r>
    </w:p>
    <w:tbl>
      <w:tblPr>
        <w:tblW w:w="0" w:type="auto"/>
        <w:jc w:val="center"/>
        <w:tblBorders>
          <w:top w:val="single" w:sz="10" w:space="0" w:color="F4B183"/>
          <w:left w:val="single" w:sz="10" w:space="0" w:color="F4B183"/>
          <w:bottom w:val="single" w:sz="10" w:space="0" w:color="F4B183"/>
          <w:right w:val="single" w:sz="10" w:space="0" w:color="F4B183"/>
          <w:insideH w:val="single" w:sz="10" w:space="0" w:color="F4B183"/>
          <w:insideV w:val="single" w:sz="10" w:space="0" w:color="F4B183"/>
        </w:tblBorders>
        <w:tblLook w:val="04A0" w:firstRow="1" w:lastRow="0" w:firstColumn="1" w:lastColumn="0" w:noHBand="0" w:noVBand="1"/>
      </w:tblPr>
      <w:tblGrid>
        <w:gridCol w:w="2649"/>
        <w:gridCol w:w="2649"/>
        <w:gridCol w:w="2649"/>
        <w:gridCol w:w="2649"/>
        <w:gridCol w:w="38"/>
      </w:tblGrid>
      <w:tr w:rsidR="005E7ED3" w14:paraId="27E16D01" w14:textId="77777777">
        <w:trPr>
          <w:gridAfter w:val="1"/>
          <w:wAfter w:w="38" w:type="dxa"/>
          <w:jc w:val="center"/>
        </w:trPr>
        <w:tc>
          <w:tcPr>
            <w:tcW w:w="10596" w:type="dxa"/>
            <w:gridSpan w:val="4"/>
            <w:shd w:val="clear" w:color="auto" w:fill="F4B183"/>
            <w:vAlign w:val="center"/>
          </w:tcPr>
          <w:p w14:paraId="48B8B8B5" w14:textId="77777777" w:rsidR="005E7ED3" w:rsidRDefault="00000000">
            <w:pPr>
              <w:jc w:val="center"/>
            </w:pPr>
            <w:r>
              <w:rPr>
                <w:b/>
                <w:color w:val="0B3A66"/>
                <w:sz w:val="24"/>
              </w:rPr>
              <w:t>RISCHIO MEDIO-ALTO</w:t>
            </w:r>
          </w:p>
          <w:p w14:paraId="7192CD78" w14:textId="77777777" w:rsidR="005E7ED3" w:rsidRDefault="00000000">
            <w:pPr>
              <w:jc w:val="center"/>
            </w:pPr>
            <w:r>
              <w:rPr>
                <w:color w:val="000000"/>
                <w:sz w:val="17"/>
              </w:rPr>
              <w:t>Criticita significativa. Obiettivo: ridurre rapidamente durata continuativa, staticita e postura costretta.</w:t>
            </w:r>
          </w:p>
        </w:tc>
      </w:tr>
      <w:tr w:rsidR="005E7ED3" w14:paraId="269B6ED6" w14:textId="77777777">
        <w:tblPrEx>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PrEx>
        <w:trPr>
          <w:jc w:val="center"/>
        </w:trPr>
        <w:tc>
          <w:tcPr>
            <w:tcW w:w="2649" w:type="dxa"/>
            <w:shd w:val="clear" w:color="auto" w:fill="0B3A66"/>
            <w:tcMar>
              <w:top w:w="70" w:type="dxa"/>
              <w:left w:w="70" w:type="dxa"/>
              <w:bottom w:w="70" w:type="dxa"/>
              <w:right w:w="70" w:type="dxa"/>
            </w:tcMar>
            <w:vAlign w:val="center"/>
          </w:tcPr>
          <w:p w14:paraId="0E1F954F" w14:textId="77777777" w:rsidR="005E7ED3" w:rsidRDefault="00000000">
            <w:pPr>
              <w:jc w:val="center"/>
            </w:pPr>
            <w:r>
              <w:rPr>
                <w:b/>
                <w:color w:val="FFFFFF"/>
                <w:sz w:val="14"/>
              </w:rPr>
              <w:t>Misure tecniche</w:t>
            </w:r>
          </w:p>
        </w:tc>
        <w:tc>
          <w:tcPr>
            <w:tcW w:w="2649" w:type="dxa"/>
            <w:shd w:val="clear" w:color="auto" w:fill="0B3A66"/>
            <w:tcMar>
              <w:top w:w="70" w:type="dxa"/>
              <w:left w:w="70" w:type="dxa"/>
              <w:bottom w:w="70" w:type="dxa"/>
              <w:right w:w="70" w:type="dxa"/>
            </w:tcMar>
            <w:vAlign w:val="center"/>
          </w:tcPr>
          <w:p w14:paraId="6CAFB849" w14:textId="77777777" w:rsidR="005E7ED3" w:rsidRDefault="00000000">
            <w:pPr>
              <w:jc w:val="center"/>
            </w:pPr>
            <w:r>
              <w:rPr>
                <w:b/>
                <w:color w:val="FFFFFF"/>
                <w:sz w:val="14"/>
              </w:rPr>
              <w:t>Misure organizzative</w:t>
            </w:r>
          </w:p>
        </w:tc>
        <w:tc>
          <w:tcPr>
            <w:tcW w:w="2649" w:type="dxa"/>
            <w:shd w:val="clear" w:color="auto" w:fill="0B3A66"/>
            <w:tcMar>
              <w:top w:w="70" w:type="dxa"/>
              <w:left w:w="70" w:type="dxa"/>
              <w:bottom w:w="70" w:type="dxa"/>
              <w:right w:w="70" w:type="dxa"/>
            </w:tcMar>
            <w:vAlign w:val="center"/>
          </w:tcPr>
          <w:p w14:paraId="2C3DB864" w14:textId="77777777" w:rsidR="005E7ED3" w:rsidRDefault="00000000">
            <w:pPr>
              <w:jc w:val="center"/>
            </w:pPr>
            <w:r>
              <w:rPr>
                <w:b/>
                <w:color w:val="FFFFFF"/>
                <w:sz w:val="14"/>
              </w:rPr>
              <w:t>Informazione/formazione</w:t>
            </w:r>
          </w:p>
        </w:tc>
        <w:tc>
          <w:tcPr>
            <w:tcW w:w="2649" w:type="dxa"/>
            <w:gridSpan w:val="2"/>
            <w:shd w:val="clear" w:color="auto" w:fill="0B3A66"/>
            <w:tcMar>
              <w:top w:w="70" w:type="dxa"/>
              <w:left w:w="70" w:type="dxa"/>
              <w:bottom w:w="70" w:type="dxa"/>
              <w:right w:w="70" w:type="dxa"/>
            </w:tcMar>
            <w:vAlign w:val="center"/>
          </w:tcPr>
          <w:p w14:paraId="56D78F25" w14:textId="77777777" w:rsidR="005E7ED3" w:rsidRDefault="00000000">
            <w:pPr>
              <w:jc w:val="center"/>
            </w:pPr>
            <w:r>
              <w:rPr>
                <w:b/>
                <w:color w:val="FFFFFF"/>
                <w:sz w:val="14"/>
              </w:rPr>
              <w:t>Monitoraggio e verifica</w:t>
            </w:r>
          </w:p>
        </w:tc>
      </w:tr>
      <w:tr w:rsidR="005E7ED3" w14:paraId="353C0340" w14:textId="77777777">
        <w:tblPrEx>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PrEx>
        <w:trPr>
          <w:jc w:val="center"/>
        </w:trPr>
        <w:tc>
          <w:tcPr>
            <w:tcW w:w="2649" w:type="dxa"/>
            <w:shd w:val="clear" w:color="auto" w:fill="FCE4D6"/>
            <w:tcMar>
              <w:top w:w="60" w:type="dxa"/>
              <w:left w:w="90" w:type="dxa"/>
              <w:bottom w:w="60" w:type="dxa"/>
              <w:right w:w="90" w:type="dxa"/>
            </w:tcMar>
            <w:vAlign w:val="center"/>
          </w:tcPr>
          <w:p w14:paraId="33F7CCE7" w14:textId="77777777" w:rsidR="005E7ED3" w:rsidRDefault="005E7ED3"/>
          <w:p w14:paraId="447C867F" w14:textId="77777777" w:rsidR="005E7ED3" w:rsidRDefault="00000000">
            <w:pPr>
              <w:spacing w:after="20"/>
            </w:pPr>
            <w:r>
              <w:rPr>
                <w:sz w:val="14"/>
              </w:rPr>
              <w:t>- Riprogettare postazione o layout per consentire movimento.</w:t>
            </w:r>
          </w:p>
          <w:p w14:paraId="78408209" w14:textId="77777777" w:rsidR="005E7ED3" w:rsidRDefault="00000000">
            <w:pPr>
              <w:spacing w:after="20"/>
            </w:pPr>
            <w:r>
              <w:rPr>
                <w:sz w:val="14"/>
              </w:rPr>
              <w:t>- Fornire sedute idonee, sgabelli e appoggi alternati.</w:t>
            </w:r>
          </w:p>
          <w:p w14:paraId="5DC9938C" w14:textId="77777777" w:rsidR="005E7ED3" w:rsidRDefault="00000000">
            <w:pPr>
              <w:spacing w:after="20"/>
            </w:pPr>
            <w:r>
              <w:rPr>
                <w:sz w:val="14"/>
              </w:rPr>
              <w:t>- Eliminare ostacoli fisici alla variazione posturale.</w:t>
            </w:r>
          </w:p>
          <w:p w14:paraId="192E3A81" w14:textId="77777777" w:rsidR="005E7ED3" w:rsidRDefault="00000000">
            <w:pPr>
              <w:spacing w:after="20"/>
            </w:pPr>
            <w:r>
              <w:rPr>
                <w:sz w:val="14"/>
              </w:rPr>
              <w:t>- Valutare soluzioni tecniche dedicate per linee o sportelli.</w:t>
            </w:r>
          </w:p>
        </w:tc>
        <w:tc>
          <w:tcPr>
            <w:tcW w:w="2649" w:type="dxa"/>
            <w:shd w:val="clear" w:color="auto" w:fill="FCE4D6"/>
            <w:tcMar>
              <w:top w:w="60" w:type="dxa"/>
              <w:left w:w="90" w:type="dxa"/>
              <w:bottom w:w="60" w:type="dxa"/>
              <w:right w:w="90" w:type="dxa"/>
            </w:tcMar>
            <w:vAlign w:val="center"/>
          </w:tcPr>
          <w:p w14:paraId="1D8715C5" w14:textId="77777777" w:rsidR="005E7ED3" w:rsidRDefault="005E7ED3"/>
          <w:p w14:paraId="625AF52A" w14:textId="77777777" w:rsidR="005E7ED3" w:rsidRDefault="00000000">
            <w:pPr>
              <w:spacing w:after="20"/>
            </w:pPr>
            <w:r>
              <w:rPr>
                <w:sz w:val="14"/>
              </w:rPr>
              <w:t>- Ridurre immediatamente i tempi continuativi sopra soglia.</w:t>
            </w:r>
          </w:p>
          <w:p w14:paraId="567C3ADA" w14:textId="77777777" w:rsidR="005E7ED3" w:rsidRDefault="00000000">
            <w:pPr>
              <w:spacing w:after="20"/>
            </w:pPr>
            <w:r>
              <w:rPr>
                <w:sz w:val="14"/>
              </w:rPr>
              <w:t>- Introdurre rotazione obbligatoria e documentata.</w:t>
            </w:r>
          </w:p>
          <w:p w14:paraId="76EA9AED" w14:textId="77777777" w:rsidR="005E7ED3" w:rsidRDefault="00000000">
            <w:pPr>
              <w:spacing w:after="20"/>
            </w:pPr>
            <w:r>
              <w:rPr>
                <w:sz w:val="14"/>
              </w:rPr>
              <w:t>- Riorganizzare turni, coperture e pause.</w:t>
            </w:r>
          </w:p>
          <w:p w14:paraId="21467F38" w14:textId="77777777" w:rsidR="005E7ED3" w:rsidRDefault="00000000">
            <w:pPr>
              <w:spacing w:after="20"/>
            </w:pPr>
            <w:r>
              <w:rPr>
                <w:sz w:val="14"/>
              </w:rPr>
              <w:t>- Eliminare obblighi di stare in piedi per sola immagine verso clienti.</w:t>
            </w:r>
          </w:p>
        </w:tc>
        <w:tc>
          <w:tcPr>
            <w:tcW w:w="2649" w:type="dxa"/>
            <w:shd w:val="clear" w:color="auto" w:fill="FFFFFF"/>
            <w:tcMar>
              <w:top w:w="60" w:type="dxa"/>
              <w:left w:w="90" w:type="dxa"/>
              <w:bottom w:w="60" w:type="dxa"/>
              <w:right w:w="90" w:type="dxa"/>
            </w:tcMar>
            <w:vAlign w:val="center"/>
          </w:tcPr>
          <w:p w14:paraId="288B4A68" w14:textId="77777777" w:rsidR="005E7ED3" w:rsidRDefault="005E7ED3"/>
          <w:p w14:paraId="02B24111" w14:textId="77777777" w:rsidR="005E7ED3" w:rsidRDefault="00000000">
            <w:pPr>
              <w:spacing w:after="20"/>
            </w:pPr>
            <w:r>
              <w:rPr>
                <w:sz w:val="14"/>
              </w:rPr>
              <w:t>- Formazione mirata per lavoratori e preposti.</w:t>
            </w:r>
          </w:p>
          <w:p w14:paraId="0B76CF05" w14:textId="77777777" w:rsidR="005E7ED3" w:rsidRDefault="00000000">
            <w:pPr>
              <w:spacing w:after="20"/>
            </w:pPr>
            <w:r>
              <w:rPr>
                <w:sz w:val="14"/>
              </w:rPr>
              <w:t>- Istruzioni operative scritte su pause e alternanza.</w:t>
            </w:r>
          </w:p>
          <w:p w14:paraId="67F09BE1" w14:textId="77777777" w:rsidR="005E7ED3" w:rsidRDefault="00000000">
            <w:pPr>
              <w:spacing w:after="20"/>
            </w:pPr>
            <w:r>
              <w:rPr>
                <w:sz w:val="14"/>
              </w:rPr>
              <w:t>- Coinvolgere RLS/RLST e raccogliere feedback dopo attuazione.</w:t>
            </w:r>
          </w:p>
        </w:tc>
        <w:tc>
          <w:tcPr>
            <w:tcW w:w="2649" w:type="dxa"/>
            <w:gridSpan w:val="2"/>
            <w:shd w:val="clear" w:color="auto" w:fill="FFFFFF"/>
            <w:tcMar>
              <w:top w:w="60" w:type="dxa"/>
              <w:left w:w="90" w:type="dxa"/>
              <w:bottom w:w="60" w:type="dxa"/>
              <w:right w:w="90" w:type="dxa"/>
            </w:tcMar>
            <w:vAlign w:val="center"/>
          </w:tcPr>
          <w:p w14:paraId="1498E5E4" w14:textId="77777777" w:rsidR="005E7ED3" w:rsidRDefault="005E7ED3"/>
          <w:p w14:paraId="48B81A3E" w14:textId="77777777" w:rsidR="005E7ED3" w:rsidRDefault="00000000">
            <w:pPr>
              <w:spacing w:after="20"/>
            </w:pPr>
            <w:r>
              <w:rPr>
                <w:sz w:val="14"/>
              </w:rPr>
              <w:t>- Verifica entro 30-60 giorni.</w:t>
            </w:r>
          </w:p>
          <w:p w14:paraId="59D3A220" w14:textId="77777777" w:rsidR="005E7ED3" w:rsidRDefault="00000000">
            <w:pPr>
              <w:spacing w:after="20"/>
            </w:pPr>
            <w:r>
              <w:rPr>
                <w:sz w:val="14"/>
              </w:rPr>
              <w:t>- Rilevazione tempi post-intervento.</w:t>
            </w:r>
          </w:p>
          <w:p w14:paraId="26FF8B28" w14:textId="77777777" w:rsidR="005E7ED3" w:rsidRDefault="00000000">
            <w:pPr>
              <w:spacing w:after="20"/>
            </w:pPr>
            <w:r>
              <w:rPr>
                <w:sz w:val="14"/>
              </w:rPr>
              <w:t>- Riesame medico competente ove emergano esigenze individuali.</w:t>
            </w:r>
          </w:p>
          <w:p w14:paraId="348A35BA" w14:textId="77777777" w:rsidR="005E7ED3" w:rsidRDefault="00000000">
            <w:pPr>
              <w:spacing w:after="20"/>
            </w:pPr>
            <w:r>
              <w:rPr>
                <w:sz w:val="14"/>
              </w:rPr>
              <w:t>- Monitoraggio fino a riduzione stabile del rischio.</w:t>
            </w:r>
          </w:p>
        </w:tc>
      </w:tr>
    </w:tbl>
    <w:p w14:paraId="5A55908E" w14:textId="77777777" w:rsidR="005E7ED3" w:rsidRDefault="00000000">
      <w:r>
        <w:br w:type="page"/>
      </w:r>
    </w:p>
    <w:p w14:paraId="1F977D6A" w14:textId="77777777" w:rsidR="005E7ED3" w:rsidRDefault="00000000">
      <w:pPr>
        <w:pStyle w:val="Titolo1"/>
      </w:pPr>
      <w:r>
        <w:rPr>
          <w:rFonts w:ascii="Arial" w:hAnsi="Arial"/>
          <w:b w:val="0"/>
        </w:rPr>
        <w:t>7.6 Misure per rischio ALTO</w:t>
      </w:r>
    </w:p>
    <w:tbl>
      <w:tblPr>
        <w:tblW w:w="0" w:type="auto"/>
        <w:jc w:val="center"/>
        <w:tblBorders>
          <w:top w:val="single" w:sz="10" w:space="0" w:color="F8696B"/>
          <w:left w:val="single" w:sz="10" w:space="0" w:color="F8696B"/>
          <w:bottom w:val="single" w:sz="10" w:space="0" w:color="F8696B"/>
          <w:right w:val="single" w:sz="10" w:space="0" w:color="F8696B"/>
          <w:insideH w:val="single" w:sz="10" w:space="0" w:color="F8696B"/>
          <w:insideV w:val="single" w:sz="10" w:space="0" w:color="F8696B"/>
        </w:tblBorders>
        <w:tblLook w:val="04A0" w:firstRow="1" w:lastRow="0" w:firstColumn="1" w:lastColumn="0" w:noHBand="0" w:noVBand="1"/>
      </w:tblPr>
      <w:tblGrid>
        <w:gridCol w:w="2649"/>
        <w:gridCol w:w="2649"/>
        <w:gridCol w:w="2649"/>
        <w:gridCol w:w="2649"/>
        <w:gridCol w:w="38"/>
      </w:tblGrid>
      <w:tr w:rsidR="005E7ED3" w14:paraId="6D48BB2B" w14:textId="77777777">
        <w:trPr>
          <w:gridAfter w:val="1"/>
          <w:wAfter w:w="38" w:type="dxa"/>
          <w:jc w:val="center"/>
        </w:trPr>
        <w:tc>
          <w:tcPr>
            <w:tcW w:w="10596" w:type="dxa"/>
            <w:gridSpan w:val="4"/>
            <w:shd w:val="clear" w:color="auto" w:fill="F8696B"/>
            <w:vAlign w:val="center"/>
          </w:tcPr>
          <w:p w14:paraId="11B31F95" w14:textId="77777777" w:rsidR="005E7ED3" w:rsidRDefault="00000000">
            <w:pPr>
              <w:jc w:val="center"/>
            </w:pPr>
            <w:r>
              <w:rPr>
                <w:b/>
                <w:color w:val="FFFFFF"/>
                <w:sz w:val="24"/>
              </w:rPr>
              <w:t>RISCHIO ALTO</w:t>
            </w:r>
          </w:p>
          <w:p w14:paraId="1FCF42F7" w14:textId="77777777" w:rsidR="005E7ED3" w:rsidRDefault="00000000">
            <w:pPr>
              <w:jc w:val="center"/>
            </w:pPr>
            <w:r>
              <w:rPr>
                <w:color w:val="000000"/>
                <w:sz w:val="17"/>
              </w:rPr>
              <w:t>Rischio elevato. Obiettivo: azione immediata, eliminazione o riduzione della postura statica/costretta e rivalutazione.</w:t>
            </w:r>
          </w:p>
        </w:tc>
      </w:tr>
      <w:tr w:rsidR="005E7ED3" w14:paraId="733E01D4" w14:textId="77777777">
        <w:tblPrEx>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PrEx>
        <w:trPr>
          <w:jc w:val="center"/>
        </w:trPr>
        <w:tc>
          <w:tcPr>
            <w:tcW w:w="2649" w:type="dxa"/>
            <w:shd w:val="clear" w:color="auto" w:fill="0B3A66"/>
            <w:tcMar>
              <w:top w:w="70" w:type="dxa"/>
              <w:left w:w="70" w:type="dxa"/>
              <w:bottom w:w="70" w:type="dxa"/>
              <w:right w:w="70" w:type="dxa"/>
            </w:tcMar>
            <w:vAlign w:val="center"/>
          </w:tcPr>
          <w:p w14:paraId="1A415EBA" w14:textId="77777777" w:rsidR="005E7ED3" w:rsidRDefault="00000000">
            <w:pPr>
              <w:jc w:val="center"/>
            </w:pPr>
            <w:r>
              <w:rPr>
                <w:b/>
                <w:color w:val="FFFFFF"/>
                <w:sz w:val="14"/>
              </w:rPr>
              <w:t>Misure tecniche</w:t>
            </w:r>
          </w:p>
        </w:tc>
        <w:tc>
          <w:tcPr>
            <w:tcW w:w="2649" w:type="dxa"/>
            <w:shd w:val="clear" w:color="auto" w:fill="0B3A66"/>
            <w:tcMar>
              <w:top w:w="70" w:type="dxa"/>
              <w:left w:w="70" w:type="dxa"/>
              <w:bottom w:w="70" w:type="dxa"/>
              <w:right w:w="70" w:type="dxa"/>
            </w:tcMar>
            <w:vAlign w:val="center"/>
          </w:tcPr>
          <w:p w14:paraId="58DBD405" w14:textId="77777777" w:rsidR="005E7ED3" w:rsidRDefault="00000000">
            <w:pPr>
              <w:jc w:val="center"/>
            </w:pPr>
            <w:r>
              <w:rPr>
                <w:b/>
                <w:color w:val="FFFFFF"/>
                <w:sz w:val="14"/>
              </w:rPr>
              <w:t>Misure organizzative</w:t>
            </w:r>
          </w:p>
        </w:tc>
        <w:tc>
          <w:tcPr>
            <w:tcW w:w="2649" w:type="dxa"/>
            <w:shd w:val="clear" w:color="auto" w:fill="0B3A66"/>
            <w:tcMar>
              <w:top w:w="70" w:type="dxa"/>
              <w:left w:w="70" w:type="dxa"/>
              <w:bottom w:w="70" w:type="dxa"/>
              <w:right w:w="70" w:type="dxa"/>
            </w:tcMar>
            <w:vAlign w:val="center"/>
          </w:tcPr>
          <w:p w14:paraId="0461A47A" w14:textId="77777777" w:rsidR="005E7ED3" w:rsidRDefault="00000000">
            <w:pPr>
              <w:jc w:val="center"/>
            </w:pPr>
            <w:r>
              <w:rPr>
                <w:b/>
                <w:color w:val="FFFFFF"/>
                <w:sz w:val="14"/>
              </w:rPr>
              <w:t>Informazione/formazione</w:t>
            </w:r>
          </w:p>
        </w:tc>
        <w:tc>
          <w:tcPr>
            <w:tcW w:w="2649" w:type="dxa"/>
            <w:gridSpan w:val="2"/>
            <w:shd w:val="clear" w:color="auto" w:fill="0B3A66"/>
            <w:tcMar>
              <w:top w:w="70" w:type="dxa"/>
              <w:left w:w="70" w:type="dxa"/>
              <w:bottom w:w="70" w:type="dxa"/>
              <w:right w:w="70" w:type="dxa"/>
            </w:tcMar>
            <w:vAlign w:val="center"/>
          </w:tcPr>
          <w:p w14:paraId="30EF9BF0" w14:textId="77777777" w:rsidR="005E7ED3" w:rsidRDefault="00000000">
            <w:pPr>
              <w:jc w:val="center"/>
            </w:pPr>
            <w:r>
              <w:rPr>
                <w:b/>
                <w:color w:val="FFFFFF"/>
                <w:sz w:val="14"/>
              </w:rPr>
              <w:t>Monitoraggio e verifica</w:t>
            </w:r>
          </w:p>
        </w:tc>
      </w:tr>
      <w:tr w:rsidR="005E7ED3" w14:paraId="101A85EC" w14:textId="77777777">
        <w:tblPrEx>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PrEx>
        <w:trPr>
          <w:jc w:val="center"/>
        </w:trPr>
        <w:tc>
          <w:tcPr>
            <w:tcW w:w="2649" w:type="dxa"/>
            <w:shd w:val="clear" w:color="auto" w:fill="FCE4D6"/>
            <w:tcMar>
              <w:top w:w="60" w:type="dxa"/>
              <w:left w:w="90" w:type="dxa"/>
              <w:bottom w:w="60" w:type="dxa"/>
              <w:right w:w="90" w:type="dxa"/>
            </w:tcMar>
            <w:vAlign w:val="center"/>
          </w:tcPr>
          <w:p w14:paraId="2CD91256" w14:textId="77777777" w:rsidR="005E7ED3" w:rsidRDefault="005E7ED3"/>
          <w:p w14:paraId="1EA12B83" w14:textId="77777777" w:rsidR="005E7ED3" w:rsidRDefault="00000000">
            <w:pPr>
              <w:spacing w:after="20"/>
            </w:pPr>
            <w:r>
              <w:rPr>
                <w:sz w:val="14"/>
              </w:rPr>
              <w:t>- Intervenire subito su layout, sedute, piani regolabili e spazi.</w:t>
            </w:r>
          </w:p>
          <w:p w14:paraId="280EF1E5" w14:textId="77777777" w:rsidR="005E7ED3" w:rsidRDefault="00000000">
            <w:pPr>
              <w:spacing w:after="20"/>
            </w:pPr>
            <w:r>
              <w:rPr>
                <w:sz w:val="14"/>
              </w:rPr>
              <w:t>- Fornire possibilita reale di sedersi o muoversi.</w:t>
            </w:r>
          </w:p>
          <w:p w14:paraId="6062A599" w14:textId="77777777" w:rsidR="005E7ED3" w:rsidRDefault="00000000">
            <w:pPr>
              <w:spacing w:after="20"/>
            </w:pPr>
            <w:r>
              <w:rPr>
                <w:sz w:val="14"/>
              </w:rPr>
              <w:t>- Sospendere prassi non necessarie che impongono postura statica.</w:t>
            </w:r>
          </w:p>
          <w:p w14:paraId="4377BC64" w14:textId="77777777" w:rsidR="005E7ED3" w:rsidRDefault="00000000">
            <w:pPr>
              <w:spacing w:after="20"/>
            </w:pPr>
            <w:r>
              <w:rPr>
                <w:sz w:val="14"/>
              </w:rPr>
              <w:t>- Valutare modifiche tecniche urgenti della postazione.</w:t>
            </w:r>
          </w:p>
        </w:tc>
        <w:tc>
          <w:tcPr>
            <w:tcW w:w="2649" w:type="dxa"/>
            <w:shd w:val="clear" w:color="auto" w:fill="FCE4D6"/>
            <w:tcMar>
              <w:top w:w="60" w:type="dxa"/>
              <w:left w:w="90" w:type="dxa"/>
              <w:bottom w:w="60" w:type="dxa"/>
              <w:right w:w="90" w:type="dxa"/>
            </w:tcMar>
            <w:vAlign w:val="center"/>
          </w:tcPr>
          <w:p w14:paraId="6383320D" w14:textId="77777777" w:rsidR="005E7ED3" w:rsidRDefault="005E7ED3"/>
          <w:p w14:paraId="3B2401E0" w14:textId="77777777" w:rsidR="005E7ED3" w:rsidRDefault="00000000">
            <w:pPr>
              <w:spacing w:after="20"/>
            </w:pPr>
            <w:r>
              <w:rPr>
                <w:sz w:val="14"/>
              </w:rPr>
              <w:t>- Riprogettare ciclo lavorativo e turnazione.</w:t>
            </w:r>
          </w:p>
          <w:p w14:paraId="6F68D074" w14:textId="77777777" w:rsidR="005E7ED3" w:rsidRDefault="00000000">
            <w:pPr>
              <w:spacing w:after="20"/>
            </w:pPr>
            <w:r>
              <w:rPr>
                <w:sz w:val="14"/>
              </w:rPr>
              <w:t>- Imporre pause attive e tempi massimi vincolanti.</w:t>
            </w:r>
          </w:p>
          <w:p w14:paraId="2311E96E" w14:textId="77777777" w:rsidR="005E7ED3" w:rsidRDefault="00000000">
            <w:pPr>
              <w:spacing w:after="20"/>
            </w:pPr>
            <w:r>
              <w:rPr>
                <w:sz w:val="14"/>
              </w:rPr>
              <w:t>- Ridistribuire compiti per evitare esposizioni continuative.</w:t>
            </w:r>
          </w:p>
          <w:p w14:paraId="0134DB09" w14:textId="77777777" w:rsidR="005E7ED3" w:rsidRDefault="00000000">
            <w:pPr>
              <w:spacing w:after="20"/>
            </w:pPr>
            <w:r>
              <w:rPr>
                <w:sz w:val="14"/>
              </w:rPr>
              <w:t>- Attivare piano correttivo con responsabilita e scadenze ravvicinate.</w:t>
            </w:r>
          </w:p>
        </w:tc>
        <w:tc>
          <w:tcPr>
            <w:tcW w:w="2649" w:type="dxa"/>
            <w:shd w:val="clear" w:color="auto" w:fill="FFFFFF"/>
            <w:tcMar>
              <w:top w:w="60" w:type="dxa"/>
              <w:left w:w="90" w:type="dxa"/>
              <w:bottom w:w="60" w:type="dxa"/>
              <w:right w:w="90" w:type="dxa"/>
            </w:tcMar>
            <w:vAlign w:val="center"/>
          </w:tcPr>
          <w:p w14:paraId="63C392FA" w14:textId="77777777" w:rsidR="005E7ED3" w:rsidRDefault="005E7ED3"/>
          <w:p w14:paraId="60EA6F30" w14:textId="77777777" w:rsidR="005E7ED3" w:rsidRDefault="00000000">
            <w:pPr>
              <w:spacing w:after="20"/>
            </w:pPr>
            <w:r>
              <w:rPr>
                <w:sz w:val="14"/>
              </w:rPr>
              <w:t>- Informazione urgente su rischio e misure temporanee.</w:t>
            </w:r>
          </w:p>
          <w:p w14:paraId="1CB87F19" w14:textId="77777777" w:rsidR="005E7ED3" w:rsidRDefault="00000000">
            <w:pPr>
              <w:spacing w:after="20"/>
            </w:pPr>
            <w:r>
              <w:rPr>
                <w:sz w:val="14"/>
              </w:rPr>
              <w:t>- Addestramento preposti al controllo dell'attuazione.</w:t>
            </w:r>
          </w:p>
          <w:p w14:paraId="6CF0A2D1" w14:textId="77777777" w:rsidR="005E7ED3" w:rsidRDefault="00000000">
            <w:pPr>
              <w:spacing w:after="20"/>
            </w:pPr>
            <w:r>
              <w:rPr>
                <w:sz w:val="14"/>
              </w:rPr>
              <w:t>- Consultazione lavoratori/RLS prima e dopo intervento.</w:t>
            </w:r>
          </w:p>
        </w:tc>
        <w:tc>
          <w:tcPr>
            <w:tcW w:w="2649" w:type="dxa"/>
            <w:gridSpan w:val="2"/>
            <w:shd w:val="clear" w:color="auto" w:fill="FFFFFF"/>
            <w:tcMar>
              <w:top w:w="60" w:type="dxa"/>
              <w:left w:w="90" w:type="dxa"/>
              <w:bottom w:w="60" w:type="dxa"/>
              <w:right w:w="90" w:type="dxa"/>
            </w:tcMar>
            <w:vAlign w:val="center"/>
          </w:tcPr>
          <w:p w14:paraId="66A329BA" w14:textId="77777777" w:rsidR="005E7ED3" w:rsidRDefault="005E7ED3"/>
          <w:p w14:paraId="1C84C3E0" w14:textId="77777777" w:rsidR="005E7ED3" w:rsidRDefault="00000000">
            <w:pPr>
              <w:spacing w:after="20"/>
            </w:pPr>
            <w:r>
              <w:rPr>
                <w:sz w:val="14"/>
              </w:rPr>
              <w:t>- Riesame immediato dopo le misure.</w:t>
            </w:r>
          </w:p>
          <w:p w14:paraId="2C5B3328" w14:textId="77777777" w:rsidR="005E7ED3" w:rsidRDefault="00000000">
            <w:pPr>
              <w:spacing w:after="20"/>
            </w:pPr>
            <w:r>
              <w:rPr>
                <w:sz w:val="14"/>
              </w:rPr>
              <w:t>- Coinvolgere medico competente per lavoratori sensibili, senza trattare dati sanitari nel DVR.</w:t>
            </w:r>
          </w:p>
          <w:p w14:paraId="41C643A6" w14:textId="77777777" w:rsidR="005E7ED3" w:rsidRDefault="00000000">
            <w:pPr>
              <w:spacing w:after="20"/>
            </w:pPr>
            <w:r>
              <w:rPr>
                <w:sz w:val="14"/>
              </w:rPr>
              <w:t>- Verifica documentata di efficacia.</w:t>
            </w:r>
          </w:p>
          <w:p w14:paraId="6E1E0108" w14:textId="77777777" w:rsidR="005E7ED3" w:rsidRDefault="00000000">
            <w:pPr>
              <w:spacing w:after="20"/>
            </w:pPr>
            <w:r>
              <w:rPr>
                <w:sz w:val="14"/>
              </w:rPr>
              <w:t>- Mantenere sorveglianza organizzativa fino a rischio residuo accettabile.</w:t>
            </w:r>
          </w:p>
        </w:tc>
      </w:tr>
    </w:tbl>
    <w:p w14:paraId="64906581" w14:textId="77777777" w:rsidR="005E7ED3" w:rsidRDefault="00000000">
      <w:r>
        <w:br w:type="page"/>
      </w:r>
    </w:p>
    <w:tbl>
      <w:tblPr>
        <w:tblW w:w="0" w:type="auto"/>
        <w:jc w:val="center"/>
        <w:tblBorders>
          <w:top w:val="single" w:sz="4" w:space="0" w:color="0B3A66"/>
          <w:left w:val="single" w:sz="4" w:space="0" w:color="0B3A66"/>
          <w:bottom w:val="single" w:sz="4" w:space="0" w:color="0B3A66"/>
          <w:right w:val="single" w:sz="4" w:space="0" w:color="0B3A66"/>
          <w:insideH w:val="single" w:sz="4" w:space="0" w:color="0B3A66"/>
          <w:insideV w:val="single" w:sz="4" w:space="0" w:color="0B3A66"/>
        </w:tblBorders>
        <w:tblLook w:val="04A0" w:firstRow="1" w:lastRow="0" w:firstColumn="1" w:lastColumn="0" w:noHBand="0" w:noVBand="1"/>
      </w:tblPr>
      <w:tblGrid>
        <w:gridCol w:w="10596"/>
      </w:tblGrid>
      <w:tr w:rsidR="005E7ED3" w14:paraId="2C17BA77" w14:textId="77777777">
        <w:trPr>
          <w:jc w:val="center"/>
        </w:trPr>
        <w:tc>
          <w:tcPr>
            <w:tcW w:w="10596" w:type="dxa"/>
            <w:shd w:val="clear" w:color="auto" w:fill="0B3A66"/>
            <w:tcMar>
              <w:top w:w="70" w:type="dxa"/>
              <w:left w:w="70" w:type="dxa"/>
              <w:bottom w:w="70" w:type="dxa"/>
              <w:right w:w="70" w:type="dxa"/>
            </w:tcMar>
            <w:vAlign w:val="center"/>
          </w:tcPr>
          <w:p w14:paraId="1292FD9A" w14:textId="77777777" w:rsidR="005E7ED3" w:rsidRDefault="00000000">
            <w:pPr>
              <w:jc w:val="center"/>
            </w:pPr>
            <w:r>
              <w:rPr>
                <w:b/>
                <w:color w:val="FFFFFF"/>
                <w:sz w:val="21"/>
              </w:rPr>
              <w:t>8. MISURE SPECIFICHE PER TIPOLOGIA DI ESPOSIZIONE</w:t>
            </w:r>
          </w:p>
        </w:tc>
      </w:tr>
    </w:tbl>
    <w:p w14:paraId="25591F94" w14:textId="77777777" w:rsidR="005E7ED3" w:rsidRDefault="00000000">
      <w:pPr>
        <w:pStyle w:val="Titolo1"/>
      </w:pPr>
      <w:r>
        <w:rPr>
          <w:rFonts w:ascii="Arial" w:hAnsi="Arial"/>
          <w:b w:val="0"/>
        </w:rPr>
        <w:t>8.1 Misure specifiche per postura seduta prolungata</w:t>
      </w:r>
    </w:p>
    <w:p w14:paraId="671D3B04" w14:textId="77777777" w:rsidR="005E7ED3" w:rsidRDefault="00000000">
      <w:pPr>
        <w:pStyle w:val="Puntoelenco"/>
        <w:spacing w:after="40"/>
      </w:pPr>
      <w:r>
        <w:rPr>
          <w:sz w:val="17"/>
        </w:rPr>
        <w:t>Evitare sessioni sedute continuative: inserire promemoria, micro-pause e compiti che richiedano alzarsi.</w:t>
      </w:r>
    </w:p>
    <w:p w14:paraId="676E08E1" w14:textId="77777777" w:rsidR="005E7ED3" w:rsidRDefault="00000000">
      <w:pPr>
        <w:pStyle w:val="Puntoelenco"/>
        <w:spacing w:after="40"/>
      </w:pPr>
      <w:r>
        <w:rPr>
          <w:sz w:val="17"/>
        </w:rPr>
        <w:t>Alzarsi almeno ogni 20-30 minuti quando l'attivita lo consente; dopo 2 ore seduti prevedere almeno 10 minuti di interruzione attiva.</w:t>
      </w:r>
    </w:p>
    <w:p w14:paraId="03578652" w14:textId="77777777" w:rsidR="005E7ED3" w:rsidRDefault="00000000">
      <w:pPr>
        <w:pStyle w:val="Puntoelenco"/>
        <w:spacing w:after="40"/>
      </w:pPr>
      <w:r>
        <w:rPr>
          <w:sz w:val="17"/>
        </w:rPr>
        <w:t>Organizzare stampanti, archivi, cestini, sale riunioni e materiali in modo da favorire brevi spostamenti.</w:t>
      </w:r>
    </w:p>
    <w:p w14:paraId="4FC89E74" w14:textId="77777777" w:rsidR="005E7ED3" w:rsidRDefault="00000000">
      <w:pPr>
        <w:pStyle w:val="Puntoelenco"/>
        <w:spacing w:after="40"/>
      </w:pPr>
      <w:r>
        <w:rPr>
          <w:sz w:val="17"/>
        </w:rPr>
        <w:t>Alternare lavoro al videoterminale con telefonate in piedi, riunioni brevi dinamiche, archiviazione, sopralluoghi o attivita fuori postazione.</w:t>
      </w:r>
    </w:p>
    <w:p w14:paraId="5E73977D" w14:textId="77777777" w:rsidR="005E7ED3" w:rsidRDefault="00000000">
      <w:pPr>
        <w:pStyle w:val="Puntoelenco"/>
        <w:spacing w:after="40"/>
      </w:pPr>
      <w:r>
        <w:rPr>
          <w:sz w:val="17"/>
        </w:rPr>
        <w:t>Verificare ergonomia della sedia: regolazioni, supporto lombare, altezza, appoggi, profondita sedile, spazio per arti inferiori.</w:t>
      </w:r>
    </w:p>
    <w:p w14:paraId="13877DF7" w14:textId="77777777" w:rsidR="005E7ED3" w:rsidRDefault="00000000">
      <w:pPr>
        <w:pStyle w:val="Puntoelenco"/>
        <w:spacing w:after="40"/>
      </w:pPr>
      <w:r>
        <w:rPr>
          <w:sz w:val="17"/>
        </w:rPr>
        <w:t>Valutare scrivanie regolabili, evitando che diventino causa di lavoro in piedi prolungato.</w:t>
      </w:r>
    </w:p>
    <w:p w14:paraId="4FF82141" w14:textId="77777777" w:rsidR="005E7ED3" w:rsidRDefault="00000000">
      <w:pPr>
        <w:pStyle w:val="Puntoelenco"/>
        <w:spacing w:after="40"/>
      </w:pPr>
      <w:r>
        <w:rPr>
          <w:sz w:val="17"/>
        </w:rPr>
        <w:t>Nel telelavoro definire istruzioni su pause, postazione, illuminazione, altezza schermo e movimento.</w:t>
      </w:r>
    </w:p>
    <w:p w14:paraId="7D20A11D" w14:textId="77777777" w:rsidR="005E7ED3" w:rsidRDefault="00000000">
      <w:pPr>
        <w:pStyle w:val="Titolo1"/>
      </w:pPr>
      <w:r>
        <w:rPr>
          <w:rFonts w:ascii="Arial" w:hAnsi="Arial"/>
          <w:b w:val="0"/>
        </w:rPr>
        <w:t>8.2 Misure specifiche per postura in piedi prolungata o costretta</w:t>
      </w:r>
    </w:p>
    <w:p w14:paraId="67D1C1F4" w14:textId="77777777" w:rsidR="005E7ED3" w:rsidRDefault="00000000">
      <w:pPr>
        <w:pStyle w:val="Puntoelenco"/>
        <w:spacing w:after="40"/>
      </w:pPr>
      <w:r>
        <w:rPr>
          <w:sz w:val="17"/>
        </w:rPr>
        <w:t>Eliminare la permanenza in piedi non necessaria, soprattutto se giustificata solo da immagine o prassi commerciale.</w:t>
      </w:r>
    </w:p>
    <w:p w14:paraId="750AA78C" w14:textId="77777777" w:rsidR="005E7ED3" w:rsidRDefault="00000000">
      <w:pPr>
        <w:pStyle w:val="Puntoelenco"/>
        <w:spacing w:after="40"/>
      </w:pPr>
      <w:r>
        <w:rPr>
          <w:sz w:val="17"/>
        </w:rPr>
        <w:t>Fornire sedute, sgabelli o appoggi utilizzabili realmente durante la mansione.</w:t>
      </w:r>
    </w:p>
    <w:p w14:paraId="34CA9401" w14:textId="77777777" w:rsidR="005E7ED3" w:rsidRDefault="00000000">
      <w:pPr>
        <w:pStyle w:val="Puntoelenco"/>
        <w:spacing w:after="40"/>
      </w:pPr>
      <w:r>
        <w:rPr>
          <w:sz w:val="17"/>
        </w:rPr>
        <w:t>Ridurre i tempi continuativi oltre 1 ora e i tempi totali oltre 4 ore mediante rotazione e pause.</w:t>
      </w:r>
    </w:p>
    <w:p w14:paraId="5A9CC4CD" w14:textId="77777777" w:rsidR="005E7ED3" w:rsidRDefault="00000000">
      <w:pPr>
        <w:pStyle w:val="Puntoelenco"/>
        <w:spacing w:after="40"/>
      </w:pPr>
      <w:r>
        <w:rPr>
          <w:sz w:val="17"/>
        </w:rPr>
        <w:t>Garantire possibilita di camminare o cambiare punto di appoggio, evitando aree inferiori a 1 m2 come postazione fissa.</w:t>
      </w:r>
    </w:p>
    <w:p w14:paraId="4B36CF87" w14:textId="77777777" w:rsidR="005E7ED3" w:rsidRDefault="00000000">
      <w:pPr>
        <w:pStyle w:val="Puntoelenco"/>
        <w:spacing w:after="40"/>
      </w:pPr>
      <w:r>
        <w:rPr>
          <w:sz w:val="17"/>
        </w:rPr>
        <w:t>Utilizzare tappetini antifatica solo come misura complementare, non sostitutiva di pause e alternanza.</w:t>
      </w:r>
    </w:p>
    <w:p w14:paraId="10C44CD5" w14:textId="77777777" w:rsidR="005E7ED3" w:rsidRDefault="00000000">
      <w:pPr>
        <w:pStyle w:val="Puntoelenco"/>
        <w:spacing w:after="40"/>
      </w:pPr>
      <w:r>
        <w:rPr>
          <w:sz w:val="17"/>
        </w:rPr>
        <w:t>Rivedere altezze dei piani, posizionamento attrezzature, spazi, pavimentazione e organizzazione del banco.</w:t>
      </w:r>
    </w:p>
    <w:p w14:paraId="55C4323D" w14:textId="77777777" w:rsidR="005E7ED3" w:rsidRDefault="00000000">
      <w:pPr>
        <w:pStyle w:val="Puntoelenco"/>
        <w:spacing w:after="40"/>
      </w:pPr>
      <w:r>
        <w:rPr>
          <w:sz w:val="17"/>
        </w:rPr>
        <w:t>Per cassieri, reception, vendita e front office prevedere sedute di appoggio e turnazione tra presidio, riordino, back office e movimento.</w:t>
      </w:r>
    </w:p>
    <w:p w14:paraId="62C8241A" w14:textId="77777777" w:rsidR="005E7ED3" w:rsidRDefault="00000000">
      <w:pPr>
        <w:pStyle w:val="Titolo1"/>
      </w:pPr>
      <w:r>
        <w:rPr>
          <w:rFonts w:ascii="Arial" w:hAnsi="Arial"/>
          <w:b w:val="0"/>
        </w:rPr>
        <w:t>8.3 Lavoratori con esigenze individuali</w:t>
      </w:r>
    </w:p>
    <w:p w14:paraId="331DE066" w14:textId="77777777" w:rsidR="005E7ED3" w:rsidRDefault="00000000">
      <w:pPr>
        <w:pStyle w:val="Puntoelenco"/>
        <w:spacing w:after="40"/>
      </w:pPr>
      <w:r>
        <w:rPr>
          <w:sz w:val="17"/>
        </w:rPr>
        <w:t>Non riportare diagnosi o dati sanitari nel DVR; indicare solo l'esigenza organizzativa generale di adattamenti o valutazioni individuali.</w:t>
      </w:r>
    </w:p>
    <w:p w14:paraId="1C367290" w14:textId="77777777" w:rsidR="005E7ED3" w:rsidRDefault="00000000">
      <w:pPr>
        <w:pStyle w:val="Puntoelenco"/>
        <w:spacing w:after="40"/>
      </w:pPr>
      <w:r>
        <w:rPr>
          <w:sz w:val="17"/>
        </w:rPr>
        <w:t>Per lavoratrici gestanti, puerpere o in allattamento valutare posture, affaticamento, necessita di pause e limitazione della stazione eretta prolungata.</w:t>
      </w:r>
    </w:p>
    <w:p w14:paraId="6FD5B90E" w14:textId="77777777" w:rsidR="005E7ED3" w:rsidRDefault="00000000">
      <w:pPr>
        <w:pStyle w:val="Puntoelenco"/>
        <w:spacing w:after="40"/>
      </w:pPr>
      <w:r>
        <w:rPr>
          <w:sz w:val="17"/>
        </w:rPr>
        <w:t>Per lavoratori anziani o con limitazioni formalizzate valutare riduzione dei tempi statici, maggiore autonomia, sedute idonee e rotazione.</w:t>
      </w:r>
    </w:p>
    <w:p w14:paraId="75293782" w14:textId="77777777" w:rsidR="005E7ED3" w:rsidRDefault="00000000">
      <w:pPr>
        <w:pStyle w:val="Puntoelenco"/>
        <w:spacing w:after="40"/>
      </w:pPr>
      <w:r>
        <w:rPr>
          <w:sz w:val="17"/>
        </w:rPr>
        <w:t>Coinvolgere il medico competente ove nominato, rispettando riservatezza e procedure aziendali.</w:t>
      </w:r>
    </w:p>
    <w:p w14:paraId="494365F2" w14:textId="77777777" w:rsidR="005E7ED3" w:rsidRDefault="00000000">
      <w:pPr>
        <w:pStyle w:val="Puntoelenco"/>
        <w:spacing w:after="40"/>
      </w:pPr>
      <w:r>
        <w:rPr>
          <w:sz w:val="17"/>
        </w:rPr>
        <w:t>Prevedere riesame tempestivo quando emergono segnalazioni di dolore, gonfiore, affaticamento o difficolta nello svolgimento della mansione.</w:t>
      </w:r>
    </w:p>
    <w:p w14:paraId="39AAC829" w14:textId="77777777" w:rsidR="005E7ED3" w:rsidRDefault="00000000">
      <w:r>
        <w:br w:type="page"/>
      </w:r>
    </w:p>
    <w:tbl>
      <w:tblPr>
        <w:tblW w:w="0" w:type="auto"/>
        <w:jc w:val="center"/>
        <w:tblBorders>
          <w:top w:val="single" w:sz="4" w:space="0" w:color="0B3A66"/>
          <w:left w:val="single" w:sz="4" w:space="0" w:color="0B3A66"/>
          <w:bottom w:val="single" w:sz="4" w:space="0" w:color="0B3A66"/>
          <w:right w:val="single" w:sz="4" w:space="0" w:color="0B3A66"/>
          <w:insideH w:val="single" w:sz="4" w:space="0" w:color="0B3A66"/>
          <w:insideV w:val="single" w:sz="4" w:space="0" w:color="0B3A66"/>
        </w:tblBorders>
        <w:tblLook w:val="04A0" w:firstRow="1" w:lastRow="0" w:firstColumn="1" w:lastColumn="0" w:noHBand="0" w:noVBand="1"/>
      </w:tblPr>
      <w:tblGrid>
        <w:gridCol w:w="10596"/>
      </w:tblGrid>
      <w:tr w:rsidR="005E7ED3" w14:paraId="565FF908" w14:textId="77777777">
        <w:trPr>
          <w:jc w:val="center"/>
        </w:trPr>
        <w:tc>
          <w:tcPr>
            <w:tcW w:w="10596" w:type="dxa"/>
            <w:shd w:val="clear" w:color="auto" w:fill="0B3A66"/>
            <w:tcMar>
              <w:top w:w="70" w:type="dxa"/>
              <w:left w:w="70" w:type="dxa"/>
              <w:bottom w:w="70" w:type="dxa"/>
              <w:right w:w="70" w:type="dxa"/>
            </w:tcMar>
            <w:vAlign w:val="center"/>
          </w:tcPr>
          <w:p w14:paraId="67CD9F2A" w14:textId="77777777" w:rsidR="005E7ED3" w:rsidRDefault="00000000">
            <w:pPr>
              <w:jc w:val="center"/>
            </w:pPr>
            <w:r>
              <w:rPr>
                <w:b/>
                <w:color w:val="FFFFFF"/>
                <w:sz w:val="21"/>
              </w:rPr>
              <w:t>9. PIANO DI MIGLIORAMENTO, RIESAME E VALIDAZIONE</w:t>
            </w:r>
          </w:p>
        </w:tc>
      </w:tr>
    </w:tbl>
    <w:p w14:paraId="3AE17B87" w14:textId="77777777" w:rsidR="005E7ED3" w:rsidRDefault="00000000">
      <w:pPr>
        <w:pStyle w:val="Titolo1"/>
      </w:pPr>
      <w:r>
        <w:rPr>
          <w:rFonts w:ascii="Arial" w:hAnsi="Arial"/>
          <w:b w:val="0"/>
        </w:rPr>
        <w:t>9.1 Piano di miglioramento generale</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1324"/>
        <w:gridCol w:w="1324"/>
        <w:gridCol w:w="1324"/>
        <w:gridCol w:w="1324"/>
        <w:gridCol w:w="1324"/>
        <w:gridCol w:w="1324"/>
        <w:gridCol w:w="1324"/>
        <w:gridCol w:w="1324"/>
      </w:tblGrid>
      <w:tr w:rsidR="005E7ED3" w14:paraId="1FE0FA87" w14:textId="77777777">
        <w:trPr>
          <w:jc w:val="center"/>
        </w:trPr>
        <w:tc>
          <w:tcPr>
            <w:tcW w:w="1324" w:type="dxa"/>
            <w:shd w:val="clear" w:color="auto" w:fill="0B3A66"/>
            <w:tcMar>
              <w:top w:w="70" w:type="dxa"/>
              <w:left w:w="70" w:type="dxa"/>
              <w:bottom w:w="70" w:type="dxa"/>
              <w:right w:w="70" w:type="dxa"/>
            </w:tcMar>
            <w:vAlign w:val="center"/>
          </w:tcPr>
          <w:p w14:paraId="774CB8CA" w14:textId="77777777" w:rsidR="005E7ED3" w:rsidRDefault="00000000">
            <w:pPr>
              <w:jc w:val="center"/>
            </w:pPr>
            <w:r>
              <w:rPr>
                <w:b/>
                <w:color w:val="FFFFFF"/>
                <w:sz w:val="13"/>
              </w:rPr>
              <w:t>N.</w:t>
            </w:r>
          </w:p>
        </w:tc>
        <w:tc>
          <w:tcPr>
            <w:tcW w:w="1324" w:type="dxa"/>
            <w:shd w:val="clear" w:color="auto" w:fill="0B3A66"/>
            <w:tcMar>
              <w:top w:w="70" w:type="dxa"/>
              <w:left w:w="70" w:type="dxa"/>
              <w:bottom w:w="70" w:type="dxa"/>
              <w:right w:w="70" w:type="dxa"/>
            </w:tcMar>
            <w:vAlign w:val="center"/>
          </w:tcPr>
          <w:p w14:paraId="555A19EA" w14:textId="77777777" w:rsidR="005E7ED3" w:rsidRDefault="00000000">
            <w:pPr>
              <w:jc w:val="center"/>
            </w:pPr>
            <w:r>
              <w:rPr>
                <w:b/>
                <w:color w:val="FFFFFF"/>
                <w:sz w:val="13"/>
              </w:rPr>
              <w:t>Mansione</w:t>
            </w:r>
          </w:p>
        </w:tc>
        <w:tc>
          <w:tcPr>
            <w:tcW w:w="1324" w:type="dxa"/>
            <w:shd w:val="clear" w:color="auto" w:fill="0B3A66"/>
            <w:tcMar>
              <w:top w:w="70" w:type="dxa"/>
              <w:left w:w="70" w:type="dxa"/>
              <w:bottom w:w="70" w:type="dxa"/>
              <w:right w:w="70" w:type="dxa"/>
            </w:tcMar>
            <w:vAlign w:val="center"/>
          </w:tcPr>
          <w:p w14:paraId="7CA0FBA6" w14:textId="77777777" w:rsidR="005E7ED3" w:rsidRDefault="00000000">
            <w:pPr>
              <w:jc w:val="center"/>
            </w:pPr>
            <w:r>
              <w:rPr>
                <w:b/>
                <w:color w:val="FFFFFF"/>
                <w:sz w:val="13"/>
              </w:rPr>
              <w:t>Criticita</w:t>
            </w:r>
          </w:p>
        </w:tc>
        <w:tc>
          <w:tcPr>
            <w:tcW w:w="1324" w:type="dxa"/>
            <w:shd w:val="clear" w:color="auto" w:fill="0B3A66"/>
            <w:tcMar>
              <w:top w:w="70" w:type="dxa"/>
              <w:left w:w="70" w:type="dxa"/>
              <w:bottom w:w="70" w:type="dxa"/>
              <w:right w:w="70" w:type="dxa"/>
            </w:tcMar>
            <w:vAlign w:val="center"/>
          </w:tcPr>
          <w:p w14:paraId="46E300BF" w14:textId="77777777" w:rsidR="005E7ED3" w:rsidRDefault="00000000">
            <w:pPr>
              <w:jc w:val="center"/>
            </w:pPr>
            <w:r>
              <w:rPr>
                <w:b/>
                <w:color w:val="FFFFFF"/>
                <w:sz w:val="13"/>
              </w:rPr>
              <w:t>Misura</w:t>
            </w:r>
          </w:p>
        </w:tc>
        <w:tc>
          <w:tcPr>
            <w:tcW w:w="1324" w:type="dxa"/>
            <w:shd w:val="clear" w:color="auto" w:fill="0B3A66"/>
            <w:tcMar>
              <w:top w:w="70" w:type="dxa"/>
              <w:left w:w="70" w:type="dxa"/>
              <w:bottom w:w="70" w:type="dxa"/>
              <w:right w:w="70" w:type="dxa"/>
            </w:tcMar>
            <w:vAlign w:val="center"/>
          </w:tcPr>
          <w:p w14:paraId="0DA07987" w14:textId="77777777" w:rsidR="005E7ED3" w:rsidRDefault="00000000">
            <w:pPr>
              <w:jc w:val="center"/>
            </w:pPr>
            <w:r>
              <w:rPr>
                <w:b/>
                <w:color w:val="FFFFFF"/>
                <w:sz w:val="13"/>
              </w:rPr>
              <w:t>Priorita</w:t>
            </w:r>
          </w:p>
        </w:tc>
        <w:tc>
          <w:tcPr>
            <w:tcW w:w="1324" w:type="dxa"/>
            <w:shd w:val="clear" w:color="auto" w:fill="0B3A66"/>
            <w:tcMar>
              <w:top w:w="70" w:type="dxa"/>
              <w:left w:w="70" w:type="dxa"/>
              <w:bottom w:w="70" w:type="dxa"/>
              <w:right w:w="70" w:type="dxa"/>
            </w:tcMar>
            <w:vAlign w:val="center"/>
          </w:tcPr>
          <w:p w14:paraId="6062F739" w14:textId="77777777" w:rsidR="005E7ED3" w:rsidRDefault="00000000">
            <w:pPr>
              <w:jc w:val="center"/>
            </w:pPr>
            <w:r>
              <w:rPr>
                <w:b/>
                <w:color w:val="FFFFFF"/>
                <w:sz w:val="13"/>
              </w:rPr>
              <w:t>Responsabile</w:t>
            </w:r>
          </w:p>
        </w:tc>
        <w:tc>
          <w:tcPr>
            <w:tcW w:w="1324" w:type="dxa"/>
            <w:shd w:val="clear" w:color="auto" w:fill="0B3A66"/>
            <w:tcMar>
              <w:top w:w="70" w:type="dxa"/>
              <w:left w:w="70" w:type="dxa"/>
              <w:bottom w:w="70" w:type="dxa"/>
              <w:right w:w="70" w:type="dxa"/>
            </w:tcMar>
            <w:vAlign w:val="center"/>
          </w:tcPr>
          <w:p w14:paraId="4FB334FA" w14:textId="77777777" w:rsidR="005E7ED3" w:rsidRDefault="00000000">
            <w:pPr>
              <w:jc w:val="center"/>
            </w:pPr>
            <w:r>
              <w:rPr>
                <w:b/>
                <w:color w:val="FFFFFF"/>
                <w:sz w:val="13"/>
              </w:rPr>
              <w:t>Scadenza</w:t>
            </w:r>
          </w:p>
        </w:tc>
        <w:tc>
          <w:tcPr>
            <w:tcW w:w="1324" w:type="dxa"/>
            <w:shd w:val="clear" w:color="auto" w:fill="0B3A66"/>
            <w:tcMar>
              <w:top w:w="70" w:type="dxa"/>
              <w:left w:w="70" w:type="dxa"/>
              <w:bottom w:w="70" w:type="dxa"/>
              <w:right w:w="70" w:type="dxa"/>
            </w:tcMar>
            <w:vAlign w:val="center"/>
          </w:tcPr>
          <w:p w14:paraId="29042A8C" w14:textId="77777777" w:rsidR="005E7ED3" w:rsidRDefault="00000000">
            <w:pPr>
              <w:jc w:val="center"/>
            </w:pPr>
            <w:r>
              <w:rPr>
                <w:b/>
                <w:color w:val="FFFFFF"/>
                <w:sz w:val="13"/>
              </w:rPr>
              <w:t>Evidenza/Verifica</w:t>
            </w:r>
          </w:p>
        </w:tc>
      </w:tr>
      <w:tr w:rsidR="005E7ED3" w14:paraId="0ACBF5E3" w14:textId="77777777">
        <w:trPr>
          <w:jc w:val="center"/>
        </w:trPr>
        <w:tc>
          <w:tcPr>
            <w:tcW w:w="1324" w:type="dxa"/>
            <w:shd w:val="clear" w:color="auto" w:fill="FFFFFF"/>
            <w:tcMar>
              <w:top w:w="70" w:type="dxa"/>
              <w:left w:w="70" w:type="dxa"/>
              <w:bottom w:w="70" w:type="dxa"/>
              <w:right w:w="70" w:type="dxa"/>
            </w:tcMar>
            <w:vAlign w:val="center"/>
          </w:tcPr>
          <w:p w14:paraId="14F7D354" w14:textId="77777777" w:rsidR="005E7ED3" w:rsidRDefault="00000000">
            <w:r>
              <w:rPr>
                <w:sz w:val="12"/>
              </w:rPr>
              <w:t>1</w:t>
            </w:r>
          </w:p>
        </w:tc>
        <w:tc>
          <w:tcPr>
            <w:tcW w:w="1324" w:type="dxa"/>
            <w:shd w:val="clear" w:color="auto" w:fill="FFFFFF"/>
            <w:tcMar>
              <w:top w:w="70" w:type="dxa"/>
              <w:left w:w="70" w:type="dxa"/>
              <w:bottom w:w="70" w:type="dxa"/>
              <w:right w:w="70" w:type="dxa"/>
            </w:tcMar>
            <w:vAlign w:val="center"/>
          </w:tcPr>
          <w:p w14:paraId="0272FF88"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10C1B8DC"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72DD8917"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37E13EE7"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5736EE05"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7156284E"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11552728" w14:textId="77777777" w:rsidR="005E7ED3" w:rsidRDefault="00000000">
            <w:r>
              <w:rPr>
                <w:sz w:val="12"/>
              </w:rPr>
              <w:t>[...]</w:t>
            </w:r>
          </w:p>
        </w:tc>
      </w:tr>
      <w:tr w:rsidR="005E7ED3" w14:paraId="32859C7D" w14:textId="77777777">
        <w:trPr>
          <w:jc w:val="center"/>
        </w:trPr>
        <w:tc>
          <w:tcPr>
            <w:tcW w:w="1324" w:type="dxa"/>
            <w:shd w:val="clear" w:color="auto" w:fill="F4F9FF"/>
            <w:tcMar>
              <w:top w:w="70" w:type="dxa"/>
              <w:left w:w="70" w:type="dxa"/>
              <w:bottom w:w="70" w:type="dxa"/>
              <w:right w:w="70" w:type="dxa"/>
            </w:tcMar>
            <w:vAlign w:val="center"/>
          </w:tcPr>
          <w:p w14:paraId="4DA4BC76" w14:textId="77777777" w:rsidR="005E7ED3" w:rsidRDefault="00000000">
            <w:r>
              <w:rPr>
                <w:sz w:val="12"/>
              </w:rPr>
              <w:t>2</w:t>
            </w:r>
          </w:p>
        </w:tc>
        <w:tc>
          <w:tcPr>
            <w:tcW w:w="1324" w:type="dxa"/>
            <w:shd w:val="clear" w:color="auto" w:fill="F4F9FF"/>
            <w:tcMar>
              <w:top w:w="70" w:type="dxa"/>
              <w:left w:w="70" w:type="dxa"/>
              <w:bottom w:w="70" w:type="dxa"/>
              <w:right w:w="70" w:type="dxa"/>
            </w:tcMar>
            <w:vAlign w:val="center"/>
          </w:tcPr>
          <w:p w14:paraId="43DEE125"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58701FF5"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6086D9D6"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305FCCCC"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664070B8"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51312F0A"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66E6778F" w14:textId="77777777" w:rsidR="005E7ED3" w:rsidRDefault="00000000">
            <w:r>
              <w:rPr>
                <w:sz w:val="12"/>
              </w:rPr>
              <w:t>[...]</w:t>
            </w:r>
          </w:p>
        </w:tc>
      </w:tr>
      <w:tr w:rsidR="005E7ED3" w14:paraId="5AA41860" w14:textId="77777777">
        <w:trPr>
          <w:jc w:val="center"/>
        </w:trPr>
        <w:tc>
          <w:tcPr>
            <w:tcW w:w="1324" w:type="dxa"/>
            <w:shd w:val="clear" w:color="auto" w:fill="FFFFFF"/>
            <w:tcMar>
              <w:top w:w="70" w:type="dxa"/>
              <w:left w:w="70" w:type="dxa"/>
              <w:bottom w:w="70" w:type="dxa"/>
              <w:right w:w="70" w:type="dxa"/>
            </w:tcMar>
            <w:vAlign w:val="center"/>
          </w:tcPr>
          <w:p w14:paraId="4AD144B2" w14:textId="77777777" w:rsidR="005E7ED3" w:rsidRDefault="00000000">
            <w:r>
              <w:rPr>
                <w:sz w:val="12"/>
              </w:rPr>
              <w:t>3</w:t>
            </w:r>
          </w:p>
        </w:tc>
        <w:tc>
          <w:tcPr>
            <w:tcW w:w="1324" w:type="dxa"/>
            <w:shd w:val="clear" w:color="auto" w:fill="FFFFFF"/>
            <w:tcMar>
              <w:top w:w="70" w:type="dxa"/>
              <w:left w:w="70" w:type="dxa"/>
              <w:bottom w:w="70" w:type="dxa"/>
              <w:right w:w="70" w:type="dxa"/>
            </w:tcMar>
            <w:vAlign w:val="center"/>
          </w:tcPr>
          <w:p w14:paraId="59453FF9"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50B40F18"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26B3EB2E"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5F5206EC"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68E062F3"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0340EE9B"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6D0E5A1E" w14:textId="77777777" w:rsidR="005E7ED3" w:rsidRDefault="00000000">
            <w:r>
              <w:rPr>
                <w:sz w:val="12"/>
              </w:rPr>
              <w:t>[...]</w:t>
            </w:r>
          </w:p>
        </w:tc>
      </w:tr>
      <w:tr w:rsidR="005E7ED3" w14:paraId="01AE9135" w14:textId="77777777">
        <w:trPr>
          <w:jc w:val="center"/>
        </w:trPr>
        <w:tc>
          <w:tcPr>
            <w:tcW w:w="1324" w:type="dxa"/>
            <w:shd w:val="clear" w:color="auto" w:fill="F4F9FF"/>
            <w:tcMar>
              <w:top w:w="70" w:type="dxa"/>
              <w:left w:w="70" w:type="dxa"/>
              <w:bottom w:w="70" w:type="dxa"/>
              <w:right w:w="70" w:type="dxa"/>
            </w:tcMar>
            <w:vAlign w:val="center"/>
          </w:tcPr>
          <w:p w14:paraId="644805CC" w14:textId="77777777" w:rsidR="005E7ED3" w:rsidRDefault="00000000">
            <w:r>
              <w:rPr>
                <w:sz w:val="12"/>
              </w:rPr>
              <w:t>4</w:t>
            </w:r>
          </w:p>
        </w:tc>
        <w:tc>
          <w:tcPr>
            <w:tcW w:w="1324" w:type="dxa"/>
            <w:shd w:val="clear" w:color="auto" w:fill="F4F9FF"/>
            <w:tcMar>
              <w:top w:w="70" w:type="dxa"/>
              <w:left w:w="70" w:type="dxa"/>
              <w:bottom w:w="70" w:type="dxa"/>
              <w:right w:w="70" w:type="dxa"/>
            </w:tcMar>
            <w:vAlign w:val="center"/>
          </w:tcPr>
          <w:p w14:paraId="3A1344AB"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103E1AA2"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39906968"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7428893A"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52257D17"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033CC17D"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4CD77BA0" w14:textId="77777777" w:rsidR="005E7ED3" w:rsidRDefault="00000000">
            <w:r>
              <w:rPr>
                <w:sz w:val="12"/>
              </w:rPr>
              <w:t>[...]</w:t>
            </w:r>
          </w:p>
        </w:tc>
      </w:tr>
      <w:tr w:rsidR="005E7ED3" w14:paraId="6C008C54" w14:textId="77777777">
        <w:trPr>
          <w:jc w:val="center"/>
        </w:trPr>
        <w:tc>
          <w:tcPr>
            <w:tcW w:w="1324" w:type="dxa"/>
            <w:shd w:val="clear" w:color="auto" w:fill="FFFFFF"/>
            <w:tcMar>
              <w:top w:w="70" w:type="dxa"/>
              <w:left w:w="70" w:type="dxa"/>
              <w:bottom w:w="70" w:type="dxa"/>
              <w:right w:w="70" w:type="dxa"/>
            </w:tcMar>
            <w:vAlign w:val="center"/>
          </w:tcPr>
          <w:p w14:paraId="21054DD6" w14:textId="77777777" w:rsidR="005E7ED3" w:rsidRDefault="00000000">
            <w:r>
              <w:rPr>
                <w:sz w:val="12"/>
              </w:rPr>
              <w:t>5</w:t>
            </w:r>
          </w:p>
        </w:tc>
        <w:tc>
          <w:tcPr>
            <w:tcW w:w="1324" w:type="dxa"/>
            <w:shd w:val="clear" w:color="auto" w:fill="FFFFFF"/>
            <w:tcMar>
              <w:top w:w="70" w:type="dxa"/>
              <w:left w:w="70" w:type="dxa"/>
              <w:bottom w:w="70" w:type="dxa"/>
              <w:right w:w="70" w:type="dxa"/>
            </w:tcMar>
            <w:vAlign w:val="center"/>
          </w:tcPr>
          <w:p w14:paraId="6387CB55"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6B905C62"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1C351A02"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3C3382B0"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1F296A1D"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12D89BA7"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1AD8033A" w14:textId="77777777" w:rsidR="005E7ED3" w:rsidRDefault="00000000">
            <w:r>
              <w:rPr>
                <w:sz w:val="12"/>
              </w:rPr>
              <w:t>[...]</w:t>
            </w:r>
          </w:p>
        </w:tc>
      </w:tr>
      <w:tr w:rsidR="005E7ED3" w14:paraId="4C8D1CBB" w14:textId="77777777">
        <w:trPr>
          <w:jc w:val="center"/>
        </w:trPr>
        <w:tc>
          <w:tcPr>
            <w:tcW w:w="1324" w:type="dxa"/>
            <w:shd w:val="clear" w:color="auto" w:fill="F4F9FF"/>
            <w:tcMar>
              <w:top w:w="70" w:type="dxa"/>
              <w:left w:w="70" w:type="dxa"/>
              <w:bottom w:w="70" w:type="dxa"/>
              <w:right w:w="70" w:type="dxa"/>
            </w:tcMar>
            <w:vAlign w:val="center"/>
          </w:tcPr>
          <w:p w14:paraId="6C145E8F" w14:textId="77777777" w:rsidR="005E7ED3" w:rsidRDefault="00000000">
            <w:r>
              <w:rPr>
                <w:sz w:val="12"/>
              </w:rPr>
              <w:t>6</w:t>
            </w:r>
          </w:p>
        </w:tc>
        <w:tc>
          <w:tcPr>
            <w:tcW w:w="1324" w:type="dxa"/>
            <w:shd w:val="clear" w:color="auto" w:fill="F4F9FF"/>
            <w:tcMar>
              <w:top w:w="70" w:type="dxa"/>
              <w:left w:w="70" w:type="dxa"/>
              <w:bottom w:w="70" w:type="dxa"/>
              <w:right w:w="70" w:type="dxa"/>
            </w:tcMar>
            <w:vAlign w:val="center"/>
          </w:tcPr>
          <w:p w14:paraId="647C9174"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19E4F293"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7F3AA64C"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080ABAF5"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1EB2FA89"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53420FB8"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2861D74B" w14:textId="77777777" w:rsidR="005E7ED3" w:rsidRDefault="00000000">
            <w:r>
              <w:rPr>
                <w:sz w:val="12"/>
              </w:rPr>
              <w:t>[...]</w:t>
            </w:r>
          </w:p>
        </w:tc>
      </w:tr>
      <w:tr w:rsidR="005E7ED3" w14:paraId="081EF006" w14:textId="77777777">
        <w:trPr>
          <w:jc w:val="center"/>
        </w:trPr>
        <w:tc>
          <w:tcPr>
            <w:tcW w:w="1324" w:type="dxa"/>
            <w:shd w:val="clear" w:color="auto" w:fill="FFFFFF"/>
            <w:tcMar>
              <w:top w:w="70" w:type="dxa"/>
              <w:left w:w="70" w:type="dxa"/>
              <w:bottom w:w="70" w:type="dxa"/>
              <w:right w:w="70" w:type="dxa"/>
            </w:tcMar>
            <w:vAlign w:val="center"/>
          </w:tcPr>
          <w:p w14:paraId="5C940C85" w14:textId="77777777" w:rsidR="005E7ED3" w:rsidRDefault="00000000">
            <w:r>
              <w:rPr>
                <w:sz w:val="12"/>
              </w:rPr>
              <w:t>7</w:t>
            </w:r>
          </w:p>
        </w:tc>
        <w:tc>
          <w:tcPr>
            <w:tcW w:w="1324" w:type="dxa"/>
            <w:shd w:val="clear" w:color="auto" w:fill="FFFFFF"/>
            <w:tcMar>
              <w:top w:w="70" w:type="dxa"/>
              <w:left w:w="70" w:type="dxa"/>
              <w:bottom w:w="70" w:type="dxa"/>
              <w:right w:w="70" w:type="dxa"/>
            </w:tcMar>
            <w:vAlign w:val="center"/>
          </w:tcPr>
          <w:p w14:paraId="36B13B4F"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483D1C3E"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6B71487E"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73F6FF09"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65A2E072"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34897013"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179D49A5" w14:textId="77777777" w:rsidR="005E7ED3" w:rsidRDefault="00000000">
            <w:r>
              <w:rPr>
                <w:sz w:val="12"/>
              </w:rPr>
              <w:t>[...]</w:t>
            </w:r>
          </w:p>
        </w:tc>
      </w:tr>
      <w:tr w:rsidR="005E7ED3" w14:paraId="0C6B95E1" w14:textId="77777777">
        <w:trPr>
          <w:jc w:val="center"/>
        </w:trPr>
        <w:tc>
          <w:tcPr>
            <w:tcW w:w="1324" w:type="dxa"/>
            <w:shd w:val="clear" w:color="auto" w:fill="F4F9FF"/>
            <w:tcMar>
              <w:top w:w="70" w:type="dxa"/>
              <w:left w:w="70" w:type="dxa"/>
              <w:bottom w:w="70" w:type="dxa"/>
              <w:right w:w="70" w:type="dxa"/>
            </w:tcMar>
            <w:vAlign w:val="center"/>
          </w:tcPr>
          <w:p w14:paraId="25EAC8AF" w14:textId="77777777" w:rsidR="005E7ED3" w:rsidRDefault="00000000">
            <w:r>
              <w:rPr>
                <w:sz w:val="12"/>
              </w:rPr>
              <w:t>8</w:t>
            </w:r>
          </w:p>
        </w:tc>
        <w:tc>
          <w:tcPr>
            <w:tcW w:w="1324" w:type="dxa"/>
            <w:shd w:val="clear" w:color="auto" w:fill="F4F9FF"/>
            <w:tcMar>
              <w:top w:w="70" w:type="dxa"/>
              <w:left w:w="70" w:type="dxa"/>
              <w:bottom w:w="70" w:type="dxa"/>
              <w:right w:w="70" w:type="dxa"/>
            </w:tcMar>
            <w:vAlign w:val="center"/>
          </w:tcPr>
          <w:p w14:paraId="3B21A563"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14D28934"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6BE6593E"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7EFA990E"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6ECE9FE6"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07D93777"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33317BEA" w14:textId="77777777" w:rsidR="005E7ED3" w:rsidRDefault="00000000">
            <w:r>
              <w:rPr>
                <w:sz w:val="12"/>
              </w:rPr>
              <w:t>[...]</w:t>
            </w:r>
          </w:p>
        </w:tc>
      </w:tr>
      <w:tr w:rsidR="005E7ED3" w14:paraId="12D4A52D" w14:textId="77777777">
        <w:trPr>
          <w:jc w:val="center"/>
        </w:trPr>
        <w:tc>
          <w:tcPr>
            <w:tcW w:w="1324" w:type="dxa"/>
            <w:shd w:val="clear" w:color="auto" w:fill="FFFFFF"/>
            <w:tcMar>
              <w:top w:w="70" w:type="dxa"/>
              <w:left w:w="70" w:type="dxa"/>
              <w:bottom w:w="70" w:type="dxa"/>
              <w:right w:w="70" w:type="dxa"/>
            </w:tcMar>
            <w:vAlign w:val="center"/>
          </w:tcPr>
          <w:p w14:paraId="1661925C" w14:textId="77777777" w:rsidR="005E7ED3" w:rsidRDefault="00000000">
            <w:r>
              <w:rPr>
                <w:sz w:val="12"/>
              </w:rPr>
              <w:t>9</w:t>
            </w:r>
          </w:p>
        </w:tc>
        <w:tc>
          <w:tcPr>
            <w:tcW w:w="1324" w:type="dxa"/>
            <w:shd w:val="clear" w:color="auto" w:fill="FFFFFF"/>
            <w:tcMar>
              <w:top w:w="70" w:type="dxa"/>
              <w:left w:w="70" w:type="dxa"/>
              <w:bottom w:w="70" w:type="dxa"/>
              <w:right w:w="70" w:type="dxa"/>
            </w:tcMar>
            <w:vAlign w:val="center"/>
          </w:tcPr>
          <w:p w14:paraId="3838A10C"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6F872A17"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2F66A14D"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0F46E503"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2DCC55FE"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130BCA11" w14:textId="77777777" w:rsidR="005E7ED3" w:rsidRDefault="00000000">
            <w:r>
              <w:rPr>
                <w:sz w:val="12"/>
              </w:rPr>
              <w:t>[...]</w:t>
            </w:r>
          </w:p>
        </w:tc>
        <w:tc>
          <w:tcPr>
            <w:tcW w:w="1324" w:type="dxa"/>
            <w:shd w:val="clear" w:color="auto" w:fill="FFFFFF"/>
            <w:tcMar>
              <w:top w:w="70" w:type="dxa"/>
              <w:left w:w="70" w:type="dxa"/>
              <w:bottom w:w="70" w:type="dxa"/>
              <w:right w:w="70" w:type="dxa"/>
            </w:tcMar>
            <w:vAlign w:val="center"/>
          </w:tcPr>
          <w:p w14:paraId="4653AB04" w14:textId="77777777" w:rsidR="005E7ED3" w:rsidRDefault="00000000">
            <w:r>
              <w:rPr>
                <w:sz w:val="12"/>
              </w:rPr>
              <w:t>[...]</w:t>
            </w:r>
          </w:p>
        </w:tc>
      </w:tr>
      <w:tr w:rsidR="005E7ED3" w14:paraId="6A3ECF86" w14:textId="77777777">
        <w:trPr>
          <w:jc w:val="center"/>
        </w:trPr>
        <w:tc>
          <w:tcPr>
            <w:tcW w:w="1324" w:type="dxa"/>
            <w:shd w:val="clear" w:color="auto" w:fill="F4F9FF"/>
            <w:tcMar>
              <w:top w:w="70" w:type="dxa"/>
              <w:left w:w="70" w:type="dxa"/>
              <w:bottom w:w="70" w:type="dxa"/>
              <w:right w:w="70" w:type="dxa"/>
            </w:tcMar>
            <w:vAlign w:val="center"/>
          </w:tcPr>
          <w:p w14:paraId="02D17855" w14:textId="77777777" w:rsidR="005E7ED3" w:rsidRDefault="00000000">
            <w:r>
              <w:rPr>
                <w:sz w:val="12"/>
              </w:rPr>
              <w:t>10</w:t>
            </w:r>
          </w:p>
        </w:tc>
        <w:tc>
          <w:tcPr>
            <w:tcW w:w="1324" w:type="dxa"/>
            <w:shd w:val="clear" w:color="auto" w:fill="F4F9FF"/>
            <w:tcMar>
              <w:top w:w="70" w:type="dxa"/>
              <w:left w:w="70" w:type="dxa"/>
              <w:bottom w:w="70" w:type="dxa"/>
              <w:right w:w="70" w:type="dxa"/>
            </w:tcMar>
            <w:vAlign w:val="center"/>
          </w:tcPr>
          <w:p w14:paraId="39020535"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1D8EA22B"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03F002EC"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29ACCD29"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654764ED"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7EF7B96D" w14:textId="77777777" w:rsidR="005E7ED3" w:rsidRDefault="00000000">
            <w:r>
              <w:rPr>
                <w:sz w:val="12"/>
              </w:rPr>
              <w:t>[...]</w:t>
            </w:r>
          </w:p>
        </w:tc>
        <w:tc>
          <w:tcPr>
            <w:tcW w:w="1324" w:type="dxa"/>
            <w:shd w:val="clear" w:color="auto" w:fill="F4F9FF"/>
            <w:tcMar>
              <w:top w:w="70" w:type="dxa"/>
              <w:left w:w="70" w:type="dxa"/>
              <w:bottom w:w="70" w:type="dxa"/>
              <w:right w:w="70" w:type="dxa"/>
            </w:tcMar>
            <w:vAlign w:val="center"/>
          </w:tcPr>
          <w:p w14:paraId="009188EE" w14:textId="77777777" w:rsidR="005E7ED3" w:rsidRDefault="00000000">
            <w:r>
              <w:rPr>
                <w:sz w:val="12"/>
              </w:rPr>
              <w:t>[...]</w:t>
            </w:r>
          </w:p>
        </w:tc>
      </w:tr>
    </w:tbl>
    <w:p w14:paraId="06AC4950" w14:textId="77777777" w:rsidR="005E7ED3" w:rsidRDefault="00000000">
      <w:pPr>
        <w:pStyle w:val="Titolo1"/>
      </w:pPr>
      <w:r>
        <w:rPr>
          <w:rFonts w:ascii="Arial" w:hAnsi="Arial"/>
          <w:b w:val="0"/>
        </w:rPr>
        <w:t>9.2 Criteri di riesame</w:t>
      </w:r>
    </w:p>
    <w:p w14:paraId="1A8523C8" w14:textId="77777777" w:rsidR="005E7ED3" w:rsidRDefault="00000000">
      <w:pPr>
        <w:pStyle w:val="Puntoelenco"/>
        <w:spacing w:after="40"/>
      </w:pPr>
      <w:r>
        <w:rPr>
          <w:sz w:val="17"/>
        </w:rPr>
        <w:t>Modifica di mansioni, turni, layout, attrezzature o organizzazione del lavoro.</w:t>
      </w:r>
    </w:p>
    <w:p w14:paraId="00BA7F76" w14:textId="77777777" w:rsidR="005E7ED3" w:rsidRDefault="00000000">
      <w:pPr>
        <w:pStyle w:val="Puntoelenco"/>
        <w:spacing w:after="40"/>
      </w:pPr>
      <w:r>
        <w:rPr>
          <w:sz w:val="17"/>
        </w:rPr>
        <w:t>Introduzione di nuove postazioni al videoterminale, linee, sportelli, banchi o attivita in piedi.</w:t>
      </w:r>
    </w:p>
    <w:p w14:paraId="0DB87024" w14:textId="77777777" w:rsidR="005E7ED3" w:rsidRDefault="00000000">
      <w:pPr>
        <w:pStyle w:val="Puntoelenco"/>
        <w:spacing w:after="40"/>
      </w:pPr>
      <w:r>
        <w:rPr>
          <w:sz w:val="17"/>
        </w:rPr>
        <w:t>Segnalazioni dei lavoratori, del preposto, del RLS/RLST o del medico competente.</w:t>
      </w:r>
    </w:p>
    <w:p w14:paraId="77B2D73D" w14:textId="77777777" w:rsidR="005E7ED3" w:rsidRDefault="00000000">
      <w:pPr>
        <w:pStyle w:val="Puntoelenco"/>
        <w:spacing w:after="40"/>
      </w:pPr>
      <w:r>
        <w:rPr>
          <w:sz w:val="17"/>
        </w:rPr>
        <w:t>Esito di sopralluoghi, infortuni, quasi eventi, disturbi ricorrenti o aumento assenze correlate.</w:t>
      </w:r>
    </w:p>
    <w:p w14:paraId="22F8336A" w14:textId="77777777" w:rsidR="005E7ED3" w:rsidRDefault="00000000">
      <w:pPr>
        <w:pStyle w:val="Puntoelenco"/>
        <w:spacing w:after="40"/>
      </w:pPr>
      <w:r>
        <w:rPr>
          <w:sz w:val="17"/>
        </w:rPr>
        <w:t>Riesame periodico programmato, con frequenza definita dall'azienda in base al rischio residuo.</w:t>
      </w:r>
    </w:p>
    <w:p w14:paraId="26D92920" w14:textId="77777777" w:rsidR="005E7ED3" w:rsidRDefault="00000000">
      <w:pPr>
        <w:pStyle w:val="Titolo1"/>
      </w:pPr>
      <w:r>
        <w:rPr>
          <w:rFonts w:ascii="Arial" w:hAnsi="Arial"/>
          <w:b w:val="0"/>
        </w:rPr>
        <w:t>9.3 Validazione finale</w:t>
      </w:r>
    </w:p>
    <w:tbl>
      <w:tblPr>
        <w:tblW w:w="0" w:type="auto"/>
        <w:jc w:val="center"/>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ook w:val="04A0" w:firstRow="1" w:lastRow="0" w:firstColumn="1" w:lastColumn="0" w:noHBand="0" w:noVBand="1"/>
      </w:tblPr>
      <w:tblGrid>
        <w:gridCol w:w="2119"/>
        <w:gridCol w:w="2119"/>
        <w:gridCol w:w="2119"/>
        <w:gridCol w:w="2119"/>
        <w:gridCol w:w="2119"/>
      </w:tblGrid>
      <w:tr w:rsidR="005E7ED3" w14:paraId="1233FB7A" w14:textId="77777777">
        <w:trPr>
          <w:jc w:val="center"/>
        </w:trPr>
        <w:tc>
          <w:tcPr>
            <w:tcW w:w="2119" w:type="dxa"/>
            <w:shd w:val="clear" w:color="auto" w:fill="0B3A66"/>
            <w:tcMar>
              <w:top w:w="70" w:type="dxa"/>
              <w:left w:w="70" w:type="dxa"/>
              <w:bottom w:w="70" w:type="dxa"/>
              <w:right w:w="70" w:type="dxa"/>
            </w:tcMar>
            <w:vAlign w:val="center"/>
          </w:tcPr>
          <w:p w14:paraId="740B6C44" w14:textId="77777777" w:rsidR="005E7ED3" w:rsidRDefault="00000000">
            <w:pPr>
              <w:jc w:val="center"/>
            </w:pPr>
            <w:r>
              <w:rPr>
                <w:b/>
                <w:color w:val="FFFFFF"/>
                <w:sz w:val="14"/>
              </w:rPr>
              <w:t>Ruolo</w:t>
            </w:r>
          </w:p>
        </w:tc>
        <w:tc>
          <w:tcPr>
            <w:tcW w:w="2119" w:type="dxa"/>
            <w:shd w:val="clear" w:color="auto" w:fill="0B3A66"/>
            <w:tcMar>
              <w:top w:w="70" w:type="dxa"/>
              <w:left w:w="70" w:type="dxa"/>
              <w:bottom w:w="70" w:type="dxa"/>
              <w:right w:w="70" w:type="dxa"/>
            </w:tcMar>
            <w:vAlign w:val="center"/>
          </w:tcPr>
          <w:p w14:paraId="75455D05" w14:textId="77777777" w:rsidR="005E7ED3" w:rsidRDefault="00000000">
            <w:pPr>
              <w:jc w:val="center"/>
            </w:pPr>
            <w:r>
              <w:rPr>
                <w:b/>
                <w:color w:val="FFFFFF"/>
                <w:sz w:val="14"/>
              </w:rPr>
              <w:t>Nominativo</w:t>
            </w:r>
          </w:p>
        </w:tc>
        <w:tc>
          <w:tcPr>
            <w:tcW w:w="2119" w:type="dxa"/>
            <w:shd w:val="clear" w:color="auto" w:fill="0B3A66"/>
            <w:tcMar>
              <w:top w:w="70" w:type="dxa"/>
              <w:left w:w="70" w:type="dxa"/>
              <w:bottom w:w="70" w:type="dxa"/>
              <w:right w:w="70" w:type="dxa"/>
            </w:tcMar>
            <w:vAlign w:val="center"/>
          </w:tcPr>
          <w:p w14:paraId="010E6D73" w14:textId="77777777" w:rsidR="005E7ED3" w:rsidRDefault="00000000">
            <w:pPr>
              <w:jc w:val="center"/>
            </w:pPr>
            <w:r>
              <w:rPr>
                <w:b/>
                <w:color w:val="FFFFFF"/>
                <w:sz w:val="14"/>
              </w:rPr>
              <w:t>Data</w:t>
            </w:r>
          </w:p>
        </w:tc>
        <w:tc>
          <w:tcPr>
            <w:tcW w:w="2119" w:type="dxa"/>
            <w:shd w:val="clear" w:color="auto" w:fill="0B3A66"/>
            <w:tcMar>
              <w:top w:w="70" w:type="dxa"/>
              <w:left w:w="70" w:type="dxa"/>
              <w:bottom w:w="70" w:type="dxa"/>
              <w:right w:w="70" w:type="dxa"/>
            </w:tcMar>
            <w:vAlign w:val="center"/>
          </w:tcPr>
          <w:p w14:paraId="21898628" w14:textId="77777777" w:rsidR="005E7ED3" w:rsidRDefault="00000000">
            <w:pPr>
              <w:jc w:val="center"/>
            </w:pPr>
            <w:r>
              <w:rPr>
                <w:b/>
                <w:color w:val="FFFFFF"/>
                <w:sz w:val="14"/>
              </w:rPr>
              <w:t>Firma</w:t>
            </w:r>
          </w:p>
        </w:tc>
        <w:tc>
          <w:tcPr>
            <w:tcW w:w="2119" w:type="dxa"/>
            <w:shd w:val="clear" w:color="auto" w:fill="0B3A66"/>
            <w:tcMar>
              <w:top w:w="70" w:type="dxa"/>
              <w:left w:w="70" w:type="dxa"/>
              <w:bottom w:w="70" w:type="dxa"/>
              <w:right w:w="70" w:type="dxa"/>
            </w:tcMar>
            <w:vAlign w:val="center"/>
          </w:tcPr>
          <w:p w14:paraId="33EC7AE9" w14:textId="77777777" w:rsidR="005E7ED3" w:rsidRDefault="00000000">
            <w:pPr>
              <w:jc w:val="center"/>
            </w:pPr>
            <w:r>
              <w:rPr>
                <w:b/>
                <w:color w:val="FFFFFF"/>
                <w:sz w:val="14"/>
              </w:rPr>
              <w:t>Note</w:t>
            </w:r>
          </w:p>
        </w:tc>
      </w:tr>
      <w:tr w:rsidR="005E7ED3" w14:paraId="241A44DF" w14:textId="77777777">
        <w:trPr>
          <w:jc w:val="center"/>
        </w:trPr>
        <w:tc>
          <w:tcPr>
            <w:tcW w:w="2119" w:type="dxa"/>
            <w:shd w:val="clear" w:color="auto" w:fill="F4F9FF"/>
            <w:tcMar>
              <w:top w:w="70" w:type="dxa"/>
              <w:left w:w="70" w:type="dxa"/>
              <w:bottom w:w="70" w:type="dxa"/>
              <w:right w:w="70" w:type="dxa"/>
            </w:tcMar>
            <w:vAlign w:val="center"/>
          </w:tcPr>
          <w:p w14:paraId="6F432357" w14:textId="77777777" w:rsidR="005E7ED3" w:rsidRDefault="00000000">
            <w:r>
              <w:rPr>
                <w:sz w:val="13"/>
              </w:rPr>
              <w:t>Datore di lavoro</w:t>
            </w:r>
          </w:p>
        </w:tc>
        <w:tc>
          <w:tcPr>
            <w:tcW w:w="2119" w:type="dxa"/>
            <w:shd w:val="clear" w:color="auto" w:fill="F4F9FF"/>
            <w:tcMar>
              <w:top w:w="70" w:type="dxa"/>
              <w:left w:w="70" w:type="dxa"/>
              <w:bottom w:w="70" w:type="dxa"/>
              <w:right w:w="70" w:type="dxa"/>
            </w:tcMar>
            <w:vAlign w:val="center"/>
          </w:tcPr>
          <w:p w14:paraId="7DAFA2A5" w14:textId="77777777" w:rsidR="005E7ED3" w:rsidRDefault="00000000">
            <w:r>
              <w:rPr>
                <w:sz w:val="13"/>
              </w:rPr>
              <w:t>[...]</w:t>
            </w:r>
          </w:p>
        </w:tc>
        <w:tc>
          <w:tcPr>
            <w:tcW w:w="2119" w:type="dxa"/>
            <w:shd w:val="clear" w:color="auto" w:fill="F4F9FF"/>
            <w:tcMar>
              <w:top w:w="70" w:type="dxa"/>
              <w:left w:w="70" w:type="dxa"/>
              <w:bottom w:w="70" w:type="dxa"/>
              <w:right w:w="70" w:type="dxa"/>
            </w:tcMar>
            <w:vAlign w:val="center"/>
          </w:tcPr>
          <w:p w14:paraId="55FF9B09" w14:textId="77777777" w:rsidR="005E7ED3" w:rsidRDefault="00000000">
            <w:r>
              <w:rPr>
                <w:sz w:val="13"/>
              </w:rPr>
              <w:t>[...]</w:t>
            </w:r>
          </w:p>
        </w:tc>
        <w:tc>
          <w:tcPr>
            <w:tcW w:w="2119" w:type="dxa"/>
            <w:shd w:val="clear" w:color="auto" w:fill="F4F9FF"/>
            <w:tcMar>
              <w:top w:w="70" w:type="dxa"/>
              <w:left w:w="70" w:type="dxa"/>
              <w:bottom w:w="70" w:type="dxa"/>
              <w:right w:w="70" w:type="dxa"/>
            </w:tcMar>
            <w:vAlign w:val="center"/>
          </w:tcPr>
          <w:p w14:paraId="49EB954A" w14:textId="77777777" w:rsidR="005E7ED3" w:rsidRDefault="00000000">
            <w:r>
              <w:rPr>
                <w:sz w:val="13"/>
              </w:rPr>
              <w:t>[...]</w:t>
            </w:r>
          </w:p>
        </w:tc>
        <w:tc>
          <w:tcPr>
            <w:tcW w:w="2119" w:type="dxa"/>
            <w:shd w:val="clear" w:color="auto" w:fill="F4F9FF"/>
            <w:tcMar>
              <w:top w:w="70" w:type="dxa"/>
              <w:left w:w="70" w:type="dxa"/>
              <w:bottom w:w="70" w:type="dxa"/>
              <w:right w:w="70" w:type="dxa"/>
            </w:tcMar>
            <w:vAlign w:val="center"/>
          </w:tcPr>
          <w:p w14:paraId="6DCB1CBC" w14:textId="77777777" w:rsidR="005E7ED3" w:rsidRDefault="00000000">
            <w:r>
              <w:rPr>
                <w:sz w:val="13"/>
              </w:rPr>
              <w:t>[...]</w:t>
            </w:r>
          </w:p>
        </w:tc>
      </w:tr>
      <w:tr w:rsidR="005E7ED3" w14:paraId="65F7472F" w14:textId="77777777">
        <w:trPr>
          <w:jc w:val="center"/>
        </w:trPr>
        <w:tc>
          <w:tcPr>
            <w:tcW w:w="2119" w:type="dxa"/>
            <w:shd w:val="clear" w:color="auto" w:fill="FFFFFF"/>
            <w:tcMar>
              <w:top w:w="70" w:type="dxa"/>
              <w:left w:w="70" w:type="dxa"/>
              <w:bottom w:w="70" w:type="dxa"/>
              <w:right w:w="70" w:type="dxa"/>
            </w:tcMar>
            <w:vAlign w:val="center"/>
          </w:tcPr>
          <w:p w14:paraId="1ED0DA22" w14:textId="77777777" w:rsidR="005E7ED3" w:rsidRDefault="00000000">
            <w:r>
              <w:rPr>
                <w:sz w:val="13"/>
              </w:rPr>
              <w:t>RSPP</w:t>
            </w:r>
          </w:p>
        </w:tc>
        <w:tc>
          <w:tcPr>
            <w:tcW w:w="2119" w:type="dxa"/>
            <w:shd w:val="clear" w:color="auto" w:fill="FFFFFF"/>
            <w:tcMar>
              <w:top w:w="70" w:type="dxa"/>
              <w:left w:w="70" w:type="dxa"/>
              <w:bottom w:w="70" w:type="dxa"/>
              <w:right w:w="70" w:type="dxa"/>
            </w:tcMar>
            <w:vAlign w:val="center"/>
          </w:tcPr>
          <w:p w14:paraId="4D4D09E4" w14:textId="77777777" w:rsidR="005E7ED3" w:rsidRDefault="00000000">
            <w:r>
              <w:rPr>
                <w:sz w:val="13"/>
              </w:rPr>
              <w:t>[...]</w:t>
            </w:r>
          </w:p>
        </w:tc>
        <w:tc>
          <w:tcPr>
            <w:tcW w:w="2119" w:type="dxa"/>
            <w:shd w:val="clear" w:color="auto" w:fill="FFFFFF"/>
            <w:tcMar>
              <w:top w:w="70" w:type="dxa"/>
              <w:left w:w="70" w:type="dxa"/>
              <w:bottom w:w="70" w:type="dxa"/>
              <w:right w:w="70" w:type="dxa"/>
            </w:tcMar>
            <w:vAlign w:val="center"/>
          </w:tcPr>
          <w:p w14:paraId="1F814ADE" w14:textId="77777777" w:rsidR="005E7ED3" w:rsidRDefault="00000000">
            <w:r>
              <w:rPr>
                <w:sz w:val="13"/>
              </w:rPr>
              <w:t>[...]</w:t>
            </w:r>
          </w:p>
        </w:tc>
        <w:tc>
          <w:tcPr>
            <w:tcW w:w="2119" w:type="dxa"/>
            <w:shd w:val="clear" w:color="auto" w:fill="FFFFFF"/>
            <w:tcMar>
              <w:top w:w="70" w:type="dxa"/>
              <w:left w:w="70" w:type="dxa"/>
              <w:bottom w:w="70" w:type="dxa"/>
              <w:right w:w="70" w:type="dxa"/>
            </w:tcMar>
            <w:vAlign w:val="center"/>
          </w:tcPr>
          <w:p w14:paraId="3E21F4B9" w14:textId="77777777" w:rsidR="005E7ED3" w:rsidRDefault="00000000">
            <w:r>
              <w:rPr>
                <w:sz w:val="13"/>
              </w:rPr>
              <w:t>[...]</w:t>
            </w:r>
          </w:p>
        </w:tc>
        <w:tc>
          <w:tcPr>
            <w:tcW w:w="2119" w:type="dxa"/>
            <w:shd w:val="clear" w:color="auto" w:fill="FFFFFF"/>
            <w:tcMar>
              <w:top w:w="70" w:type="dxa"/>
              <w:left w:w="70" w:type="dxa"/>
              <w:bottom w:w="70" w:type="dxa"/>
              <w:right w:w="70" w:type="dxa"/>
            </w:tcMar>
            <w:vAlign w:val="center"/>
          </w:tcPr>
          <w:p w14:paraId="37B64163" w14:textId="77777777" w:rsidR="005E7ED3" w:rsidRDefault="00000000">
            <w:r>
              <w:rPr>
                <w:sz w:val="13"/>
              </w:rPr>
              <w:t>[...]</w:t>
            </w:r>
          </w:p>
        </w:tc>
      </w:tr>
      <w:tr w:rsidR="005E7ED3" w14:paraId="7D9906AA" w14:textId="77777777">
        <w:trPr>
          <w:jc w:val="center"/>
        </w:trPr>
        <w:tc>
          <w:tcPr>
            <w:tcW w:w="2119" w:type="dxa"/>
            <w:shd w:val="clear" w:color="auto" w:fill="F4F9FF"/>
            <w:tcMar>
              <w:top w:w="70" w:type="dxa"/>
              <w:left w:w="70" w:type="dxa"/>
              <w:bottom w:w="70" w:type="dxa"/>
              <w:right w:w="70" w:type="dxa"/>
            </w:tcMar>
            <w:vAlign w:val="center"/>
          </w:tcPr>
          <w:p w14:paraId="5A72B635" w14:textId="77777777" w:rsidR="005E7ED3" w:rsidRDefault="00000000">
            <w:r>
              <w:rPr>
                <w:sz w:val="13"/>
              </w:rPr>
              <w:t>Medico competente ove previsto</w:t>
            </w:r>
          </w:p>
        </w:tc>
        <w:tc>
          <w:tcPr>
            <w:tcW w:w="2119" w:type="dxa"/>
            <w:shd w:val="clear" w:color="auto" w:fill="F4F9FF"/>
            <w:tcMar>
              <w:top w:w="70" w:type="dxa"/>
              <w:left w:w="70" w:type="dxa"/>
              <w:bottom w:w="70" w:type="dxa"/>
              <w:right w:w="70" w:type="dxa"/>
            </w:tcMar>
            <w:vAlign w:val="center"/>
          </w:tcPr>
          <w:p w14:paraId="7DC4EAD0" w14:textId="77777777" w:rsidR="005E7ED3" w:rsidRDefault="00000000">
            <w:r>
              <w:rPr>
                <w:sz w:val="13"/>
              </w:rPr>
              <w:t>[...]</w:t>
            </w:r>
          </w:p>
        </w:tc>
        <w:tc>
          <w:tcPr>
            <w:tcW w:w="2119" w:type="dxa"/>
            <w:shd w:val="clear" w:color="auto" w:fill="F4F9FF"/>
            <w:tcMar>
              <w:top w:w="70" w:type="dxa"/>
              <w:left w:w="70" w:type="dxa"/>
              <w:bottom w:w="70" w:type="dxa"/>
              <w:right w:w="70" w:type="dxa"/>
            </w:tcMar>
            <w:vAlign w:val="center"/>
          </w:tcPr>
          <w:p w14:paraId="06712C6C" w14:textId="77777777" w:rsidR="005E7ED3" w:rsidRDefault="00000000">
            <w:r>
              <w:rPr>
                <w:sz w:val="13"/>
              </w:rPr>
              <w:t>[...]</w:t>
            </w:r>
          </w:p>
        </w:tc>
        <w:tc>
          <w:tcPr>
            <w:tcW w:w="2119" w:type="dxa"/>
            <w:shd w:val="clear" w:color="auto" w:fill="F4F9FF"/>
            <w:tcMar>
              <w:top w:w="70" w:type="dxa"/>
              <w:left w:w="70" w:type="dxa"/>
              <w:bottom w:w="70" w:type="dxa"/>
              <w:right w:w="70" w:type="dxa"/>
            </w:tcMar>
            <w:vAlign w:val="center"/>
          </w:tcPr>
          <w:p w14:paraId="3EC1CC47" w14:textId="77777777" w:rsidR="005E7ED3" w:rsidRDefault="00000000">
            <w:r>
              <w:rPr>
                <w:sz w:val="13"/>
              </w:rPr>
              <w:t>[...]</w:t>
            </w:r>
          </w:p>
        </w:tc>
        <w:tc>
          <w:tcPr>
            <w:tcW w:w="2119" w:type="dxa"/>
            <w:shd w:val="clear" w:color="auto" w:fill="F4F9FF"/>
            <w:tcMar>
              <w:top w:w="70" w:type="dxa"/>
              <w:left w:w="70" w:type="dxa"/>
              <w:bottom w:w="70" w:type="dxa"/>
              <w:right w:w="70" w:type="dxa"/>
            </w:tcMar>
            <w:vAlign w:val="center"/>
          </w:tcPr>
          <w:p w14:paraId="2BC69D9B" w14:textId="77777777" w:rsidR="005E7ED3" w:rsidRDefault="00000000">
            <w:r>
              <w:rPr>
                <w:sz w:val="13"/>
              </w:rPr>
              <w:t>[...]</w:t>
            </w:r>
          </w:p>
        </w:tc>
      </w:tr>
      <w:tr w:rsidR="005E7ED3" w14:paraId="18709190" w14:textId="77777777">
        <w:trPr>
          <w:jc w:val="center"/>
        </w:trPr>
        <w:tc>
          <w:tcPr>
            <w:tcW w:w="2119" w:type="dxa"/>
            <w:shd w:val="clear" w:color="auto" w:fill="FFFFFF"/>
            <w:tcMar>
              <w:top w:w="70" w:type="dxa"/>
              <w:left w:w="70" w:type="dxa"/>
              <w:bottom w:w="70" w:type="dxa"/>
              <w:right w:w="70" w:type="dxa"/>
            </w:tcMar>
            <w:vAlign w:val="center"/>
          </w:tcPr>
          <w:p w14:paraId="72A1B346" w14:textId="77777777" w:rsidR="005E7ED3" w:rsidRDefault="00000000">
            <w:r>
              <w:rPr>
                <w:sz w:val="13"/>
              </w:rPr>
              <w:t>RLS/RLST</w:t>
            </w:r>
          </w:p>
        </w:tc>
        <w:tc>
          <w:tcPr>
            <w:tcW w:w="2119" w:type="dxa"/>
            <w:shd w:val="clear" w:color="auto" w:fill="FFFFFF"/>
            <w:tcMar>
              <w:top w:w="70" w:type="dxa"/>
              <w:left w:w="70" w:type="dxa"/>
              <w:bottom w:w="70" w:type="dxa"/>
              <w:right w:w="70" w:type="dxa"/>
            </w:tcMar>
            <w:vAlign w:val="center"/>
          </w:tcPr>
          <w:p w14:paraId="406766A9" w14:textId="77777777" w:rsidR="005E7ED3" w:rsidRDefault="00000000">
            <w:r>
              <w:rPr>
                <w:sz w:val="13"/>
              </w:rPr>
              <w:t>[...]</w:t>
            </w:r>
          </w:p>
        </w:tc>
        <w:tc>
          <w:tcPr>
            <w:tcW w:w="2119" w:type="dxa"/>
            <w:shd w:val="clear" w:color="auto" w:fill="FFFFFF"/>
            <w:tcMar>
              <w:top w:w="70" w:type="dxa"/>
              <w:left w:w="70" w:type="dxa"/>
              <w:bottom w:w="70" w:type="dxa"/>
              <w:right w:w="70" w:type="dxa"/>
            </w:tcMar>
            <w:vAlign w:val="center"/>
          </w:tcPr>
          <w:p w14:paraId="59DA4054" w14:textId="77777777" w:rsidR="005E7ED3" w:rsidRDefault="00000000">
            <w:r>
              <w:rPr>
                <w:sz w:val="13"/>
              </w:rPr>
              <w:t>[...]</w:t>
            </w:r>
          </w:p>
        </w:tc>
        <w:tc>
          <w:tcPr>
            <w:tcW w:w="2119" w:type="dxa"/>
            <w:shd w:val="clear" w:color="auto" w:fill="FFFFFF"/>
            <w:tcMar>
              <w:top w:w="70" w:type="dxa"/>
              <w:left w:w="70" w:type="dxa"/>
              <w:bottom w:w="70" w:type="dxa"/>
              <w:right w:w="70" w:type="dxa"/>
            </w:tcMar>
            <w:vAlign w:val="center"/>
          </w:tcPr>
          <w:p w14:paraId="24E2B5AD" w14:textId="77777777" w:rsidR="005E7ED3" w:rsidRDefault="00000000">
            <w:r>
              <w:rPr>
                <w:sz w:val="13"/>
              </w:rPr>
              <w:t>[...]</w:t>
            </w:r>
          </w:p>
        </w:tc>
        <w:tc>
          <w:tcPr>
            <w:tcW w:w="2119" w:type="dxa"/>
            <w:shd w:val="clear" w:color="auto" w:fill="FFFFFF"/>
            <w:tcMar>
              <w:top w:w="70" w:type="dxa"/>
              <w:left w:w="70" w:type="dxa"/>
              <w:bottom w:w="70" w:type="dxa"/>
              <w:right w:w="70" w:type="dxa"/>
            </w:tcMar>
            <w:vAlign w:val="center"/>
          </w:tcPr>
          <w:p w14:paraId="28607B8D" w14:textId="77777777" w:rsidR="005E7ED3" w:rsidRDefault="00000000">
            <w:r>
              <w:rPr>
                <w:sz w:val="13"/>
              </w:rPr>
              <w:t>[...]</w:t>
            </w:r>
          </w:p>
        </w:tc>
      </w:tr>
      <w:tr w:rsidR="005E7ED3" w14:paraId="7BCF314C" w14:textId="77777777">
        <w:trPr>
          <w:jc w:val="center"/>
        </w:trPr>
        <w:tc>
          <w:tcPr>
            <w:tcW w:w="2119" w:type="dxa"/>
            <w:shd w:val="clear" w:color="auto" w:fill="F4F9FF"/>
            <w:tcMar>
              <w:top w:w="70" w:type="dxa"/>
              <w:left w:w="70" w:type="dxa"/>
              <w:bottom w:w="70" w:type="dxa"/>
              <w:right w:w="70" w:type="dxa"/>
            </w:tcMar>
            <w:vAlign w:val="center"/>
          </w:tcPr>
          <w:p w14:paraId="318D03C6" w14:textId="77777777" w:rsidR="005E7ED3" w:rsidRDefault="00000000">
            <w:r>
              <w:rPr>
                <w:sz w:val="13"/>
              </w:rPr>
              <w:t>Valutatore / consulente</w:t>
            </w:r>
          </w:p>
        </w:tc>
        <w:tc>
          <w:tcPr>
            <w:tcW w:w="2119" w:type="dxa"/>
            <w:shd w:val="clear" w:color="auto" w:fill="F4F9FF"/>
            <w:tcMar>
              <w:top w:w="70" w:type="dxa"/>
              <w:left w:w="70" w:type="dxa"/>
              <w:bottom w:w="70" w:type="dxa"/>
              <w:right w:w="70" w:type="dxa"/>
            </w:tcMar>
            <w:vAlign w:val="center"/>
          </w:tcPr>
          <w:p w14:paraId="09D6A131" w14:textId="77777777" w:rsidR="005E7ED3" w:rsidRDefault="00000000">
            <w:r>
              <w:rPr>
                <w:sz w:val="13"/>
              </w:rPr>
              <w:t>[...]</w:t>
            </w:r>
          </w:p>
        </w:tc>
        <w:tc>
          <w:tcPr>
            <w:tcW w:w="2119" w:type="dxa"/>
            <w:shd w:val="clear" w:color="auto" w:fill="F4F9FF"/>
            <w:tcMar>
              <w:top w:w="70" w:type="dxa"/>
              <w:left w:w="70" w:type="dxa"/>
              <w:bottom w:w="70" w:type="dxa"/>
              <w:right w:w="70" w:type="dxa"/>
            </w:tcMar>
            <w:vAlign w:val="center"/>
          </w:tcPr>
          <w:p w14:paraId="09F29B9D" w14:textId="77777777" w:rsidR="005E7ED3" w:rsidRDefault="00000000">
            <w:r>
              <w:rPr>
                <w:sz w:val="13"/>
              </w:rPr>
              <w:t>[...]</w:t>
            </w:r>
          </w:p>
        </w:tc>
        <w:tc>
          <w:tcPr>
            <w:tcW w:w="2119" w:type="dxa"/>
            <w:shd w:val="clear" w:color="auto" w:fill="F4F9FF"/>
            <w:tcMar>
              <w:top w:w="70" w:type="dxa"/>
              <w:left w:w="70" w:type="dxa"/>
              <w:bottom w:w="70" w:type="dxa"/>
              <w:right w:w="70" w:type="dxa"/>
            </w:tcMar>
            <w:vAlign w:val="center"/>
          </w:tcPr>
          <w:p w14:paraId="3B487C19" w14:textId="77777777" w:rsidR="005E7ED3" w:rsidRDefault="00000000">
            <w:r>
              <w:rPr>
                <w:sz w:val="13"/>
              </w:rPr>
              <w:t>[...]</w:t>
            </w:r>
          </w:p>
        </w:tc>
        <w:tc>
          <w:tcPr>
            <w:tcW w:w="2119" w:type="dxa"/>
            <w:shd w:val="clear" w:color="auto" w:fill="F4F9FF"/>
            <w:tcMar>
              <w:top w:w="70" w:type="dxa"/>
              <w:left w:w="70" w:type="dxa"/>
              <w:bottom w:w="70" w:type="dxa"/>
              <w:right w:w="70" w:type="dxa"/>
            </w:tcMar>
            <w:vAlign w:val="center"/>
          </w:tcPr>
          <w:p w14:paraId="66CDAF69" w14:textId="77777777" w:rsidR="005E7ED3" w:rsidRDefault="00000000">
            <w:r>
              <w:rPr>
                <w:sz w:val="13"/>
              </w:rPr>
              <w:t>[...]</w:t>
            </w:r>
          </w:p>
        </w:tc>
      </w:tr>
    </w:tbl>
    <w:p w14:paraId="56A32EDD" w14:textId="77777777" w:rsidR="005E7ED3" w:rsidRDefault="00000000">
      <w:r>
        <w:br w:type="page"/>
      </w:r>
    </w:p>
    <w:tbl>
      <w:tblPr>
        <w:tblW w:w="0" w:type="auto"/>
        <w:jc w:val="center"/>
        <w:tblBorders>
          <w:top w:val="single" w:sz="4" w:space="0" w:color="0B3A66"/>
          <w:left w:val="single" w:sz="4" w:space="0" w:color="0B3A66"/>
          <w:bottom w:val="single" w:sz="4" w:space="0" w:color="0B3A66"/>
          <w:right w:val="single" w:sz="4" w:space="0" w:color="0B3A66"/>
          <w:insideH w:val="single" w:sz="4" w:space="0" w:color="0B3A66"/>
          <w:insideV w:val="single" w:sz="4" w:space="0" w:color="0B3A66"/>
        </w:tblBorders>
        <w:tblLook w:val="04A0" w:firstRow="1" w:lastRow="0" w:firstColumn="1" w:lastColumn="0" w:noHBand="0" w:noVBand="1"/>
      </w:tblPr>
      <w:tblGrid>
        <w:gridCol w:w="10596"/>
      </w:tblGrid>
      <w:tr w:rsidR="005E7ED3" w14:paraId="1F0B8EE7" w14:textId="77777777">
        <w:trPr>
          <w:jc w:val="center"/>
        </w:trPr>
        <w:tc>
          <w:tcPr>
            <w:tcW w:w="10596" w:type="dxa"/>
            <w:shd w:val="clear" w:color="auto" w:fill="0B3A66"/>
            <w:tcMar>
              <w:top w:w="70" w:type="dxa"/>
              <w:left w:w="70" w:type="dxa"/>
              <w:bottom w:w="70" w:type="dxa"/>
              <w:right w:w="70" w:type="dxa"/>
            </w:tcMar>
            <w:vAlign w:val="center"/>
          </w:tcPr>
          <w:p w14:paraId="4D49B0AC" w14:textId="77777777" w:rsidR="005E7ED3" w:rsidRDefault="00000000">
            <w:pPr>
              <w:jc w:val="center"/>
            </w:pPr>
            <w:r>
              <w:rPr>
                <w:b/>
                <w:color w:val="FFFFFF"/>
                <w:sz w:val="21"/>
              </w:rPr>
              <w:t>10. LIMITI, DISCLAIMER E ALLEGATI OPERATIVI</w:t>
            </w:r>
          </w:p>
        </w:tc>
      </w:tr>
    </w:tbl>
    <w:p w14:paraId="1975F449" w14:textId="77777777" w:rsidR="005E7ED3" w:rsidRDefault="00000000">
      <w:pPr>
        <w:pStyle w:val="Titolo1"/>
      </w:pPr>
      <w:r>
        <w:rPr>
          <w:rFonts w:ascii="Arial" w:hAnsi="Arial"/>
          <w:b w:val="0"/>
        </w:rPr>
        <w:t>10.1 Limiti del modello</w:t>
      </w:r>
    </w:p>
    <w:p w14:paraId="5D29491E" w14:textId="77777777" w:rsidR="005E7ED3" w:rsidRDefault="00000000">
      <w:pPr>
        <w:pStyle w:val="Puntoelenco"/>
        <w:spacing w:after="40"/>
      </w:pPr>
      <w:r>
        <w:rPr>
          <w:sz w:val="17"/>
        </w:rPr>
        <w:t>Il modello supporta la valutazione ma non sostituisce il DVR aziendale, il sopralluogo, il giudizio professionale del valutatore o gli obblighi del datore di lavoro.</w:t>
      </w:r>
    </w:p>
    <w:p w14:paraId="13E6F15F" w14:textId="77777777" w:rsidR="005E7ED3" w:rsidRDefault="00000000">
      <w:pPr>
        <w:pStyle w:val="Puntoelenco"/>
        <w:spacing w:after="40"/>
      </w:pPr>
      <w:r>
        <w:rPr>
          <w:sz w:val="17"/>
        </w:rPr>
        <w:t>L'indice IDR e una formula operativa di classificazione e non una misura clinica, epidemiologica o certificativa.</w:t>
      </w:r>
    </w:p>
    <w:p w14:paraId="1DC68B73" w14:textId="77777777" w:rsidR="005E7ED3" w:rsidRDefault="00000000">
      <w:pPr>
        <w:pStyle w:val="Puntoelenco"/>
        <w:spacing w:after="40"/>
      </w:pPr>
      <w:r>
        <w:rPr>
          <w:sz w:val="17"/>
        </w:rPr>
        <w:t>La qualita del risultato dipende dalla qualita dei dati inseriti: tempi, mansioni, pause, vincoli e misure devono essere verificati sul campo.</w:t>
      </w:r>
    </w:p>
    <w:p w14:paraId="64E08E9F" w14:textId="77777777" w:rsidR="005E7ED3" w:rsidRDefault="00000000">
      <w:pPr>
        <w:pStyle w:val="Puntoelenco"/>
        <w:spacing w:after="40"/>
      </w:pPr>
      <w:r>
        <w:rPr>
          <w:sz w:val="17"/>
        </w:rPr>
        <w:t>La valutazione deve essere integrata con altri rischi eventualmente presenti: VDT, MMC, movimenti ripetitivi, posture incongrue, microclima, pavimentazione, stress lavoro-correlato, turni, appalti e interferenze.</w:t>
      </w:r>
    </w:p>
    <w:p w14:paraId="15CC4D6B" w14:textId="77777777" w:rsidR="005E7ED3" w:rsidRDefault="00000000">
      <w:pPr>
        <w:pStyle w:val="Puntoelenco"/>
        <w:spacing w:after="40"/>
      </w:pPr>
      <w:r>
        <w:rPr>
          <w:sz w:val="17"/>
        </w:rPr>
        <w:t>Le condizioni individuali non devono essere trattate nel documento come dati sanitari. Le eventuali limitazioni o prescrizioni devono essere gestite tramite medico competente ove previsto.</w:t>
      </w:r>
    </w:p>
    <w:p w14:paraId="59C2CBAD" w14:textId="77777777" w:rsidR="005E7ED3" w:rsidRDefault="00000000">
      <w:pPr>
        <w:pStyle w:val="Titolo1"/>
      </w:pPr>
      <w:r>
        <w:rPr>
          <w:rFonts w:ascii="Arial" w:hAnsi="Arial"/>
          <w:b w:val="0"/>
        </w:rPr>
        <w:t>10.2 Disclaimer</w:t>
      </w:r>
    </w:p>
    <w:tbl>
      <w:tblPr>
        <w:tblW w:w="0" w:type="auto"/>
        <w:jc w:val="center"/>
        <w:tblBorders>
          <w:top w:val="single" w:sz="8" w:space="0" w:color="F4B183"/>
          <w:left w:val="single" w:sz="8" w:space="0" w:color="F4B183"/>
          <w:bottom w:val="single" w:sz="8" w:space="0" w:color="F4B183"/>
          <w:right w:val="single" w:sz="8" w:space="0" w:color="F4B183"/>
          <w:insideH w:val="single" w:sz="8" w:space="0" w:color="F4B183"/>
          <w:insideV w:val="single" w:sz="8" w:space="0" w:color="F4B183"/>
        </w:tblBorders>
        <w:tblLook w:val="04A0" w:firstRow="1" w:lastRow="0" w:firstColumn="1" w:lastColumn="0" w:noHBand="0" w:noVBand="1"/>
      </w:tblPr>
      <w:tblGrid>
        <w:gridCol w:w="10596"/>
      </w:tblGrid>
      <w:tr w:rsidR="005E7ED3" w14:paraId="77F5E82B" w14:textId="77777777">
        <w:trPr>
          <w:jc w:val="center"/>
        </w:trPr>
        <w:tc>
          <w:tcPr>
            <w:tcW w:w="10596" w:type="dxa"/>
            <w:shd w:val="clear" w:color="auto" w:fill="F4B183"/>
            <w:tcMar>
              <w:top w:w="70" w:type="dxa"/>
              <w:left w:w="70" w:type="dxa"/>
              <w:bottom w:w="70" w:type="dxa"/>
              <w:right w:w="70" w:type="dxa"/>
            </w:tcMar>
            <w:vAlign w:val="center"/>
          </w:tcPr>
          <w:p w14:paraId="210C8278" w14:textId="77777777" w:rsidR="005E7ED3" w:rsidRDefault="00000000">
            <w:r>
              <w:rPr>
                <w:b/>
                <w:color w:val="FFFFFF"/>
              </w:rPr>
              <w:t>Disclaimer tecnico</w:t>
            </w:r>
          </w:p>
        </w:tc>
      </w:tr>
      <w:tr w:rsidR="005E7ED3" w14:paraId="261BDF78" w14:textId="77777777">
        <w:trPr>
          <w:jc w:val="center"/>
        </w:trPr>
        <w:tc>
          <w:tcPr>
            <w:tcW w:w="10596" w:type="dxa"/>
            <w:shd w:val="clear" w:color="auto" w:fill="FFF2CC"/>
            <w:tcMar>
              <w:top w:w="100" w:type="dxa"/>
              <w:left w:w="120" w:type="dxa"/>
              <w:bottom w:w="100" w:type="dxa"/>
              <w:right w:w="120" w:type="dxa"/>
            </w:tcMar>
            <w:vAlign w:val="center"/>
          </w:tcPr>
          <w:p w14:paraId="2FD8AAC4" w14:textId="77777777" w:rsidR="005E7ED3" w:rsidRDefault="00000000">
            <w:pPr>
              <w:pStyle w:val="BoxText"/>
            </w:pPr>
            <w:r>
              <w:t>Il presente documento e un modello professionale gratuito per supportare la raccolta e la documentazione delle valutazioni del rischio da posture prolungate sedute e in piedi. Non costituisce certificazione di conformita, parere legale, diagnosi sanitaria o sostituzione della valutazione dei rischi. Il datore di lavoro, con il supporto delle figure della prevenzione, resta responsabile della valutazione effettiva, dell'attuazione delle misure, del riesame e dell'aggiornamento del DVR.</w:t>
            </w:r>
          </w:p>
        </w:tc>
      </w:tr>
    </w:tbl>
    <w:p w14:paraId="1658D643" w14:textId="77777777" w:rsidR="005E7ED3" w:rsidRDefault="00000000">
      <w:pPr>
        <w:pStyle w:val="Titolo1"/>
      </w:pPr>
      <w:r>
        <w:rPr>
          <w:rFonts w:ascii="Arial" w:hAnsi="Arial"/>
          <w:b w:val="0"/>
        </w:rPr>
        <w:t>10.3 Allegati consigliati</w:t>
      </w:r>
    </w:p>
    <w:p w14:paraId="69208FBF" w14:textId="77777777" w:rsidR="005E7ED3" w:rsidRDefault="00000000">
      <w:pPr>
        <w:pStyle w:val="Puntoelenco"/>
        <w:spacing w:after="40"/>
      </w:pPr>
      <w:r>
        <w:rPr>
          <w:sz w:val="17"/>
        </w:rPr>
        <w:t>Schede esportate dalla web app Posture Dinamiche Free.</w:t>
      </w:r>
    </w:p>
    <w:p w14:paraId="21377033" w14:textId="77777777" w:rsidR="005E7ED3" w:rsidRDefault="00000000">
      <w:pPr>
        <w:pStyle w:val="Puntoelenco"/>
        <w:spacing w:after="40"/>
      </w:pPr>
      <w:r>
        <w:rPr>
          <w:sz w:val="17"/>
        </w:rPr>
        <w:t>Foto o planimetrie delle postazioni valutate, ove utili e non lesive della privacy.</w:t>
      </w:r>
    </w:p>
    <w:p w14:paraId="66D817E3" w14:textId="77777777" w:rsidR="005E7ED3" w:rsidRDefault="00000000">
      <w:pPr>
        <w:pStyle w:val="Puntoelenco"/>
        <w:spacing w:after="40"/>
      </w:pPr>
      <w:r>
        <w:rPr>
          <w:sz w:val="17"/>
        </w:rPr>
        <w:t>Check-list di sopralluogo e interviste ai lavoratori.</w:t>
      </w:r>
    </w:p>
    <w:p w14:paraId="0B19449F" w14:textId="77777777" w:rsidR="005E7ED3" w:rsidRDefault="00000000">
      <w:pPr>
        <w:pStyle w:val="Puntoelenco"/>
        <w:spacing w:after="40"/>
      </w:pPr>
      <w:r>
        <w:rPr>
          <w:sz w:val="17"/>
        </w:rPr>
        <w:t>Evidenze di informazione, formazione e addestramento.</w:t>
      </w:r>
    </w:p>
    <w:p w14:paraId="636A437A" w14:textId="77777777" w:rsidR="005E7ED3" w:rsidRDefault="00000000">
      <w:pPr>
        <w:pStyle w:val="Puntoelenco"/>
        <w:spacing w:after="40"/>
      </w:pPr>
      <w:r>
        <w:rPr>
          <w:sz w:val="17"/>
        </w:rPr>
        <w:t>Procedure per pause, rotazione compiti e segnalazione criticita.</w:t>
      </w:r>
    </w:p>
    <w:p w14:paraId="7EAB969A" w14:textId="77777777" w:rsidR="005E7ED3" w:rsidRDefault="00000000">
      <w:pPr>
        <w:pStyle w:val="Puntoelenco"/>
        <w:spacing w:after="40"/>
      </w:pPr>
      <w:r>
        <w:rPr>
          <w:sz w:val="17"/>
        </w:rPr>
        <w:t>Documentazione tecnica di sedute, postazioni regolabili, tappetini o altri ausili.</w:t>
      </w:r>
    </w:p>
    <w:p w14:paraId="17BD98BE" w14:textId="77777777" w:rsidR="005E7ED3" w:rsidRDefault="00000000">
      <w:pPr>
        <w:pStyle w:val="Puntoelenco"/>
        <w:spacing w:after="40"/>
      </w:pPr>
      <w:r>
        <w:rPr>
          <w:sz w:val="17"/>
        </w:rPr>
        <w:t>Verbali di consultazione RLS/RLST e riesami periodici.</w:t>
      </w:r>
    </w:p>
    <w:p w14:paraId="5F99822B" w14:textId="77777777" w:rsidR="005E7ED3" w:rsidRDefault="00000000">
      <w:pPr>
        <w:pStyle w:val="Titolo1"/>
      </w:pPr>
      <w:r>
        <w:rPr>
          <w:rFonts w:ascii="Arial" w:hAnsi="Arial"/>
          <w:b w:val="0"/>
        </w:rPr>
        <w:t>10.4 Riferimenti bibliografici e tecnici da mantenere nel DVR</w:t>
      </w:r>
    </w:p>
    <w:p w14:paraId="1F23A0F6" w14:textId="77777777" w:rsidR="005E7ED3" w:rsidRDefault="00000000">
      <w:pPr>
        <w:pStyle w:val="Puntoelenco"/>
        <w:spacing w:after="40"/>
      </w:pPr>
      <w:r>
        <w:rPr>
          <w:sz w:val="16"/>
        </w:rPr>
        <w:t>SLIC WG EMEX, Postura prolungata seduta e in piedi durante il lavoro.</w:t>
      </w:r>
    </w:p>
    <w:p w14:paraId="34E2C214" w14:textId="77777777" w:rsidR="005E7ED3" w:rsidRDefault="00000000">
      <w:pPr>
        <w:pStyle w:val="Puntoelenco"/>
        <w:spacing w:after="40"/>
      </w:pPr>
      <w:r>
        <w:rPr>
          <w:sz w:val="16"/>
        </w:rPr>
        <w:t>EU-OSHA, Prolonged static sitting at work: health effects and good practice advice, 2021.</w:t>
      </w:r>
    </w:p>
    <w:p w14:paraId="7A3C4264" w14:textId="77777777" w:rsidR="005E7ED3" w:rsidRDefault="00000000">
      <w:pPr>
        <w:pStyle w:val="Puntoelenco"/>
        <w:spacing w:after="40"/>
      </w:pPr>
      <w:r>
        <w:rPr>
          <w:sz w:val="16"/>
        </w:rPr>
        <w:t>EU-OSHA, Prolonged constrained standing at work: health effects and good practice advice, 2021.</w:t>
      </w:r>
    </w:p>
    <w:p w14:paraId="74CC0151" w14:textId="77777777" w:rsidR="005E7ED3" w:rsidRDefault="00000000">
      <w:pPr>
        <w:pStyle w:val="Puntoelenco"/>
        <w:spacing w:after="40"/>
      </w:pPr>
      <w:r>
        <w:rPr>
          <w:sz w:val="16"/>
        </w:rPr>
        <w:t>Dunstan et al., Nature Reviews Cardiology, 2020; Ekelund et al., Lancet, 2016.</w:t>
      </w:r>
    </w:p>
    <w:p w14:paraId="515B7E88" w14:textId="77777777" w:rsidR="005E7ED3" w:rsidRDefault="00000000">
      <w:pPr>
        <w:pStyle w:val="Puntoelenco"/>
        <w:spacing w:after="40"/>
      </w:pPr>
      <w:r>
        <w:rPr>
          <w:sz w:val="16"/>
        </w:rPr>
        <w:t>Institute for Work and Health, Sitting or standing, which is best?, 2018.</w:t>
      </w:r>
    </w:p>
    <w:p w14:paraId="3E11F5DB" w14:textId="77777777" w:rsidR="005E7ED3" w:rsidRDefault="00000000">
      <w:pPr>
        <w:pStyle w:val="Puntoelenco"/>
        <w:spacing w:after="40"/>
      </w:pPr>
      <w:r>
        <w:rPr>
          <w:sz w:val="16"/>
        </w:rPr>
        <w:t>D.Lgs. 9 aprile 2008, n. 81 e s.m.i., testo vigente da verificare al momento dell'uso.</w:t>
      </w:r>
    </w:p>
    <w:p w14:paraId="5211B337" w14:textId="77777777" w:rsidR="005E7ED3" w:rsidRDefault="00000000">
      <w:pPr>
        <w:pStyle w:val="Puntoelenco"/>
        <w:spacing w:after="40"/>
      </w:pPr>
      <w:r>
        <w:rPr>
          <w:sz w:val="16"/>
        </w:rPr>
        <w:t>Direttive europee 89/391/CEE, 90/270/CEE, 89/654/CEE, 92/85/CEE, ove applicabili.</w:t>
      </w:r>
    </w:p>
    <w:sectPr w:rsidR="005E7ED3" w:rsidSect="00034616">
      <w:headerReference w:type="default" r:id="rId9"/>
      <w:footerReference w:type="default" r:id="rId10"/>
      <w:pgSz w:w="12240" w:h="15840"/>
      <w:pgMar w:top="822" w:right="822" w:bottom="765" w:left="822" w:header="312"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4D644" w14:textId="77777777" w:rsidR="00031480" w:rsidRDefault="00031480">
      <w:pPr>
        <w:spacing w:after="0" w:line="240" w:lineRule="auto"/>
      </w:pPr>
      <w:r>
        <w:separator/>
      </w:r>
    </w:p>
  </w:endnote>
  <w:endnote w:type="continuationSeparator" w:id="0">
    <w:p w14:paraId="1D7999DE" w14:textId="77777777" w:rsidR="00031480" w:rsidRDefault="00031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9CB28" w14:textId="77777777" w:rsidR="005E7ED3" w:rsidRDefault="00000000">
    <w:pPr>
      <w:pStyle w:val="Pidipagina"/>
      <w:jc w:val="right"/>
    </w:pPr>
    <w:proofErr w:type="spellStart"/>
    <w:r>
      <w:rPr>
        <w:sz w:val="16"/>
      </w:rPr>
      <w:t>Pagina</w:t>
    </w:r>
    <w:proofErr w:type="spellEnd"/>
    <w:r>
      <w:rPr>
        <w:sz w:val="16"/>
      </w:rPr>
      <w:t xml:space="preserve"> </w:t>
    </w:r>
    <w:r>
      <w:rPr>
        <w:sz w:val="16"/>
      </w:rPr>
      <w:fldChar w:fldCharType="begin"/>
    </w:r>
    <w:r>
      <w:rPr>
        <w:sz w:val="16"/>
      </w:rPr>
      <w:instrText>PAGE</w:instrText>
    </w:r>
    <w:r w:rsidR="00137EAB">
      <w:rPr>
        <w:sz w:val="16"/>
      </w:rPr>
      <w:fldChar w:fldCharType="separate"/>
    </w:r>
    <w:r w:rsidR="00137EAB">
      <w:rPr>
        <w:noProof/>
        <w:sz w:val="16"/>
      </w:rPr>
      <w:t>1</w:t>
    </w:r>
    <w:r>
      <w:rPr>
        <w:sz w:val="16"/>
      </w:rPr>
      <w:fldChar w:fldCharType="end"/>
    </w:r>
    <w:r>
      <w:rPr>
        <w:sz w:val="16"/>
      </w:rPr>
      <w:t xml:space="preserve"> di </w:t>
    </w:r>
    <w:r>
      <w:fldChar w:fldCharType="begin"/>
    </w:r>
    <w:r>
      <w:instrText>NUMPAGES</w:instrText>
    </w:r>
    <w:r w:rsidR="00137EAB">
      <w:fldChar w:fldCharType="separate"/>
    </w:r>
    <w:r w:rsidR="00137EAB">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F0AFD" w14:textId="77777777" w:rsidR="00031480" w:rsidRDefault="00031480">
      <w:pPr>
        <w:spacing w:after="0" w:line="240" w:lineRule="auto"/>
      </w:pPr>
      <w:r>
        <w:separator/>
      </w:r>
    </w:p>
  </w:footnote>
  <w:footnote w:type="continuationSeparator" w:id="0">
    <w:p w14:paraId="68E7485D" w14:textId="77777777" w:rsidR="00031480" w:rsidRDefault="000314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C97F8" w14:textId="77777777" w:rsidR="005E7ED3" w:rsidRDefault="00000000">
    <w:pPr>
      <w:pStyle w:val="Intestazione"/>
    </w:pPr>
    <w:r>
      <w:rPr>
        <w:b/>
        <w:color w:val="145DA0"/>
        <w:sz w:val="16"/>
      </w:rPr>
      <w:t xml:space="preserve">Posture </w:t>
    </w:r>
    <w:proofErr w:type="spellStart"/>
    <w:r>
      <w:rPr>
        <w:b/>
        <w:color w:val="145DA0"/>
        <w:sz w:val="16"/>
      </w:rPr>
      <w:t>Dinamiche</w:t>
    </w:r>
    <w:proofErr w:type="spellEnd"/>
    <w:r>
      <w:rPr>
        <w:b/>
        <w:color w:val="145DA0"/>
        <w:sz w:val="16"/>
      </w:rPr>
      <w:t xml:space="preserve"> Free - </w:t>
    </w:r>
    <w:proofErr w:type="spellStart"/>
    <w:r>
      <w:rPr>
        <w:b/>
        <w:color w:val="145DA0"/>
        <w:sz w:val="16"/>
      </w:rPr>
      <w:t>Modello</w:t>
    </w:r>
    <w:proofErr w:type="spellEnd"/>
    <w:r>
      <w:rPr>
        <w:b/>
        <w:color w:val="145DA0"/>
        <w:sz w:val="16"/>
      </w:rPr>
      <w:t xml:space="preserve"> DVR </w:t>
    </w:r>
    <w:proofErr w:type="spellStart"/>
    <w:r>
      <w:rPr>
        <w:b/>
        <w:color w:val="145DA0"/>
        <w:sz w:val="16"/>
      </w:rPr>
      <w:t>rischio</w:t>
    </w:r>
    <w:proofErr w:type="spellEnd"/>
    <w:r>
      <w:rPr>
        <w:b/>
        <w:color w:val="145DA0"/>
        <w:sz w:val="16"/>
      </w:rPr>
      <w:t xml:space="preserve"> posture </w:t>
    </w:r>
    <w:proofErr w:type="spellStart"/>
    <w:r>
      <w:rPr>
        <w:b/>
        <w:color w:val="145DA0"/>
        <w:sz w:val="16"/>
      </w:rPr>
      <w:t>prolungate</w:t>
    </w:r>
    <w:proofErr w:type="spellEnd"/>
    <w:r>
      <w:rPr>
        <w:b/>
        <w:color w:val="145DA0"/>
        <w:sz w:val="16"/>
      </w:rPr>
      <w:t xml:space="preserve"> </w:t>
    </w:r>
    <w:proofErr w:type="spellStart"/>
    <w:r>
      <w:rPr>
        <w:b/>
        <w:color w:val="145DA0"/>
        <w:sz w:val="16"/>
      </w:rPr>
      <w:t>sedute</w:t>
    </w:r>
    <w:proofErr w:type="spellEnd"/>
    <w:r>
      <w:rPr>
        <w:b/>
        <w:color w:val="145DA0"/>
        <w:sz w:val="16"/>
      </w:rPr>
      <w:t xml:space="preserve"> e in </w:t>
    </w:r>
    <w:proofErr w:type="spellStart"/>
    <w:r>
      <w:rPr>
        <w:b/>
        <w:color w:val="145DA0"/>
        <w:sz w:val="16"/>
      </w:rPr>
      <w:t>piedi</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212768627">
    <w:abstractNumId w:val="8"/>
  </w:num>
  <w:num w:numId="2" w16cid:durableId="1642153854">
    <w:abstractNumId w:val="6"/>
  </w:num>
  <w:num w:numId="3" w16cid:durableId="362757013">
    <w:abstractNumId w:val="5"/>
  </w:num>
  <w:num w:numId="4" w16cid:durableId="1994405864">
    <w:abstractNumId w:val="4"/>
  </w:num>
  <w:num w:numId="5" w16cid:durableId="1597444591">
    <w:abstractNumId w:val="7"/>
  </w:num>
  <w:num w:numId="6" w16cid:durableId="1476526771">
    <w:abstractNumId w:val="3"/>
  </w:num>
  <w:num w:numId="7" w16cid:durableId="968441179">
    <w:abstractNumId w:val="2"/>
  </w:num>
  <w:num w:numId="8" w16cid:durableId="1422294246">
    <w:abstractNumId w:val="1"/>
  </w:num>
  <w:num w:numId="9" w16cid:durableId="1752848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1480"/>
    <w:rsid w:val="00034616"/>
    <w:rsid w:val="0006063C"/>
    <w:rsid w:val="00137EAB"/>
    <w:rsid w:val="0015074B"/>
    <w:rsid w:val="0029639D"/>
    <w:rsid w:val="00326F90"/>
    <w:rsid w:val="005E7ED3"/>
    <w:rsid w:val="00AA1D8D"/>
    <w:rsid w:val="00B47730"/>
    <w:rsid w:val="00CB0664"/>
    <w:rsid w:val="00D16C0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6D1FD2"/>
  <w14:defaultImageDpi w14:val="330"/>
  <w15:docId w15:val="{9ED1FF9E-3B75-44B3-8147-31F37BF8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80" w:line="259" w:lineRule="auto"/>
    </w:pPr>
    <w:rPr>
      <w:rFonts w:ascii="Arial" w:eastAsia="Arial" w:hAnsi="Arial"/>
      <w:color w:val="1F1F1F"/>
      <w:sz w:val="19"/>
    </w:rPr>
  </w:style>
  <w:style w:type="paragraph" w:styleId="Titolo1">
    <w:name w:val="heading 1"/>
    <w:basedOn w:val="Normale"/>
    <w:next w:val="Normale"/>
    <w:link w:val="Titolo1Carattere"/>
    <w:uiPriority w:val="9"/>
    <w:qFormat/>
    <w:rsid w:val="00FC693F"/>
    <w:pPr>
      <w:keepNext/>
      <w:keepLines/>
      <w:spacing w:before="240" w:after="120"/>
      <w:outlineLvl w:val="0"/>
    </w:pPr>
    <w:rPr>
      <w:rFonts w:asciiTheme="majorHAnsi" w:eastAsiaTheme="majorEastAsia" w:hAnsiTheme="majorHAnsi" w:cstheme="majorBidi"/>
      <w:b/>
      <w:bCs/>
      <w:color w:val="0B3A66"/>
      <w:sz w:val="32"/>
      <w:szCs w:val="28"/>
    </w:rPr>
  </w:style>
  <w:style w:type="paragraph" w:styleId="Titolo2">
    <w:name w:val="heading 2"/>
    <w:basedOn w:val="Normale"/>
    <w:next w:val="Normale"/>
    <w:link w:val="Titolo2Carattere"/>
    <w:uiPriority w:val="9"/>
    <w:unhideWhenUsed/>
    <w:qFormat/>
    <w:rsid w:val="00FC693F"/>
    <w:pPr>
      <w:keepNext/>
      <w:keepLines/>
      <w:spacing w:before="200"/>
      <w:outlineLvl w:val="1"/>
    </w:pPr>
    <w:rPr>
      <w:rFonts w:asciiTheme="majorHAnsi" w:eastAsiaTheme="majorEastAsia" w:hAnsiTheme="majorHAnsi" w:cstheme="majorBidi"/>
      <w:b/>
      <w:bCs/>
      <w:color w:val="145DA0"/>
      <w:sz w:val="25"/>
      <w:szCs w:val="26"/>
    </w:rPr>
  </w:style>
  <w:style w:type="paragraph" w:styleId="Titolo3">
    <w:name w:val="heading 3"/>
    <w:basedOn w:val="Normale"/>
    <w:next w:val="Normale"/>
    <w:link w:val="Titolo3Carattere"/>
    <w:uiPriority w:val="9"/>
    <w:unhideWhenUsed/>
    <w:qFormat/>
    <w:rsid w:val="00FC693F"/>
    <w:pPr>
      <w:keepNext/>
      <w:keepLines/>
      <w:spacing w:before="160" w:after="60"/>
      <w:outlineLvl w:val="2"/>
    </w:pPr>
    <w:rPr>
      <w:rFonts w:asciiTheme="majorHAnsi" w:eastAsiaTheme="majorEastAsia" w:hAnsiTheme="majorHAnsi" w:cstheme="majorBidi"/>
      <w:b/>
      <w:bCs/>
      <w:color w:val="404040"/>
      <w:sz w:val="2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0B3A66"/>
      <w:spacing w:val="5"/>
      <w:kern w:val="28"/>
      <w:sz w:val="48"/>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keepNext/>
      <w:numPr>
        <w:ilvl w:val="1"/>
      </w:numPr>
      <w:spacing w:after="240"/>
    </w:pPr>
    <w:rPr>
      <w:rFonts w:asciiTheme="majorHAnsi" w:eastAsiaTheme="majorEastAsia" w:hAnsiTheme="majorHAnsi" w:cstheme="majorBidi"/>
      <w:b/>
      <w:i/>
      <w:iCs/>
      <w:color w:val="145DA0"/>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xText">
    <w:name w:val="BoxText"/>
    <w:pPr>
      <w:spacing w:after="40"/>
    </w:pPr>
    <w:rPr>
      <w:rFonts w:ascii="Arial" w:eastAsia="Arial" w:hAnsi="Arial"/>
      <w:sz w:val="17"/>
    </w:rPr>
  </w:style>
  <w:style w:type="paragraph" w:customStyle="1" w:styleId="SmallText">
    <w:name w:val="SmallText"/>
    <w:pPr>
      <w:spacing w:after="30"/>
    </w:pPr>
    <w:rPr>
      <w:rFonts w:ascii="Arial" w:eastAsia="Arial" w:hAnsi="Arial"/>
      <w:sz w:val="16"/>
    </w:rPr>
  </w:style>
  <w:style w:type="paragraph" w:customStyle="1" w:styleId="FormulaText">
    <w:name w:val="FormulaText"/>
    <w:pPr>
      <w:spacing w:after="30"/>
    </w:pPr>
    <w:rPr>
      <w:rFonts w:ascii="Courier New" w:eastAsia="Courier New" w:hAnsi="Courier New"/>
      <w:color w:val="1F1F1F"/>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5130</Words>
  <Characters>31040</Characters>
  <Application>Microsoft Office Word</Application>
  <DocSecurity>0</DocSecurity>
  <Lines>1478</Lines>
  <Paragraphs>1339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34831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DVR - Posture Dinamiche Free</dc:title>
  <dc:subject>Valutazione rischio posture prolungate sedute e in piedi al lavoro</dc:subject>
  <dc:creator>MOIRA E BENNI</dc:creator>
  <cp:keywords>DVR, posture prolungate, postura seduta, postura in piedi, SLIC WG EMEX, EU-OSHA, ergonomia, prevenzione</cp:keywords>
  <dc:description>Modello professionale compilabile generato per uso tecnico-prevenzionale.</dc:description>
  <cp:lastModifiedBy>PAOLO BENNI</cp:lastModifiedBy>
  <cp:revision>2</cp:revision>
  <dcterms:created xsi:type="dcterms:W3CDTF">2013-12-23T23:15:00Z</dcterms:created>
  <dcterms:modified xsi:type="dcterms:W3CDTF">2026-07-07T10:10:00Z</dcterms:modified>
  <cp:category/>
</cp:coreProperties>
</file>