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642D" w14:textId="77777777" w:rsidR="0060008A" w:rsidRDefault="00000000">
      <w:pPr>
        <w:spacing w:before="680" w:after="400"/>
      </w:pPr>
      <w:r>
        <w:rPr>
          <w:b/>
          <w:color w:val="007F87"/>
          <w:sz w:val="20"/>
        </w:rPr>
        <w:t>MODULISTICA  /  ESPOSIZIONE AD AMIANTO</w:t>
      </w:r>
    </w:p>
    <w:p w14:paraId="74AF79E6" w14:textId="77777777" w:rsidR="00265138" w:rsidRDefault="00265138">
      <w:pPr>
        <w:spacing w:after="40"/>
        <w:rPr>
          <w:b/>
          <w:color w:val="173B50"/>
          <w:sz w:val="78"/>
        </w:rPr>
      </w:pPr>
    </w:p>
    <w:p w14:paraId="76D42FBD" w14:textId="77777777" w:rsidR="00265138" w:rsidRDefault="00265138">
      <w:pPr>
        <w:spacing w:after="40"/>
        <w:rPr>
          <w:b/>
          <w:color w:val="173B50"/>
          <w:sz w:val="78"/>
        </w:rPr>
      </w:pPr>
    </w:p>
    <w:p w14:paraId="04A4FA24" w14:textId="77777777" w:rsidR="0060008A" w:rsidRDefault="00000000">
      <w:pPr>
        <w:spacing w:after="240" w:line="247" w:lineRule="auto"/>
        <w:rPr>
          <w:b/>
          <w:color w:val="173B50"/>
          <w:sz w:val="54"/>
        </w:rPr>
      </w:pPr>
      <w:r>
        <w:rPr>
          <w:b/>
          <w:color w:val="173B50"/>
          <w:sz w:val="54"/>
        </w:rPr>
        <w:t>Questionario anamnestico</w:t>
      </w:r>
      <w:r>
        <w:rPr>
          <w:b/>
          <w:color w:val="173B50"/>
          <w:sz w:val="54"/>
        </w:rPr>
        <w:br/>
        <w:t>e schede settoriali</w:t>
      </w:r>
    </w:p>
    <w:p w14:paraId="55E5E34E" w14:textId="0DB26C0F" w:rsidR="00265138" w:rsidRPr="00265138" w:rsidRDefault="00265138">
      <w:pPr>
        <w:spacing w:after="240" w:line="247" w:lineRule="auto"/>
        <w:rPr>
          <w:b/>
          <w:color w:val="EE0000"/>
          <w:sz w:val="72"/>
          <w:szCs w:val="72"/>
        </w:rPr>
      </w:pPr>
      <w:r w:rsidRPr="00265138">
        <w:rPr>
          <w:b/>
          <w:color w:val="EE0000"/>
          <w:sz w:val="72"/>
          <w:szCs w:val="72"/>
        </w:rPr>
        <w:t>AMIANTO</w:t>
      </w:r>
    </w:p>
    <w:p w14:paraId="74BB4E01" w14:textId="77777777" w:rsidR="00265138" w:rsidRDefault="00265138">
      <w:pPr>
        <w:spacing w:after="240" w:line="247" w:lineRule="auto"/>
      </w:pPr>
    </w:p>
    <w:p w14:paraId="481CFB6A" w14:textId="77777777" w:rsidR="0060008A" w:rsidRDefault="00000000">
      <w:pPr>
        <w:spacing w:after="480"/>
      </w:pPr>
      <w:r>
        <w:rPr>
          <w:color w:val="536773"/>
          <w:sz w:val="28"/>
        </w:rPr>
        <w:t>Allegati della pubblicazione INAIL 2026</w:t>
      </w:r>
      <w:r>
        <w:rPr>
          <w:color w:val="536773"/>
          <w:sz w:val="28"/>
        </w:rPr>
        <w:br/>
        <w:t>Versione Word modificabile per la compilazione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9694"/>
      </w:tblGrid>
      <w:tr w:rsidR="0060008A" w14:paraId="7F889DC3" w14:textId="77777777">
        <w:trPr>
          <w:cantSplit/>
          <w:trHeight w:val="1440"/>
          <w:jc w:val="center"/>
        </w:trPr>
        <w:tc>
          <w:tcPr>
            <w:tcW w:w="9694" w:type="dxa"/>
            <w:shd w:val="clear" w:color="auto" w:fill="173B50"/>
            <w:vAlign w:val="center"/>
          </w:tcPr>
          <w:p w14:paraId="1AE5DE29" w14:textId="77777777" w:rsidR="0060008A" w:rsidRDefault="00000000">
            <w:pPr>
              <w:spacing w:line="256" w:lineRule="exact"/>
            </w:pPr>
            <w:r>
              <w:rPr>
                <w:b/>
                <w:color w:val="FFFFFF"/>
                <w:sz w:val="22"/>
              </w:rPr>
              <w:t>STORIA PROFESSIONALE • ESPOSIZIONI EXTRA-LAVORATIVE</w:t>
            </w:r>
            <w:r>
              <w:rPr>
                <w:b/>
                <w:color w:val="FFFFFF"/>
                <w:sz w:val="22"/>
              </w:rPr>
              <w:br/>
              <w:t>INDUSTRIA / ARTIGIANATO • AGRICOLTURA • EDILIZIA</w:t>
            </w:r>
            <w:r>
              <w:rPr>
                <w:b/>
                <w:color w:val="FFFFFF"/>
                <w:sz w:val="22"/>
              </w:rPr>
              <w:br/>
              <w:t>DIFESA NAZIONALE E SERVIZIO MILITARE</w:t>
            </w:r>
          </w:p>
        </w:tc>
      </w:tr>
    </w:tbl>
    <w:p w14:paraId="58CE10B1" w14:textId="77777777" w:rsidR="00265138" w:rsidRDefault="00265138">
      <w:pPr>
        <w:pStyle w:val="Small"/>
        <w:rPr>
          <w:color w:val="22323D"/>
        </w:rPr>
      </w:pPr>
    </w:p>
    <w:p w14:paraId="31C48908" w14:textId="7ADBAECE" w:rsidR="0060008A" w:rsidRDefault="00000000">
      <w:pPr>
        <w:pStyle w:val="Small"/>
      </w:pPr>
      <w:r>
        <w:rPr>
          <w:color w:val="22323D"/>
        </w:rPr>
        <w:t>Testi dei questionari: INAIL. Impaginazione redazionale autonoma.</w:t>
      </w:r>
      <w:r>
        <w:rPr>
          <w:color w:val="22323D"/>
        </w:rPr>
        <w:br/>
        <w:t>Il presente file non è una nuova edizione ufficiale del questionario.</w:t>
      </w:r>
    </w:p>
    <w:p w14:paraId="5BC9C77B" w14:textId="77777777" w:rsidR="0060008A" w:rsidRDefault="00000000">
      <w:r>
        <w:br w:type="page"/>
      </w:r>
    </w:p>
    <w:p w14:paraId="66F68FC6" w14:textId="77777777" w:rsidR="0060008A" w:rsidRDefault="00000000">
      <w:pPr>
        <w:pStyle w:val="Titolo1"/>
        <w:spacing w:before="0" w:after="160"/>
      </w:pPr>
      <w:bookmarkStart w:id="0" w:name="Indice"/>
      <w:r>
        <w:rPr>
          <w:rFonts w:ascii="Calibri" w:hAnsi="Calibri"/>
        </w:rPr>
        <w:lastRenderedPageBreak/>
        <w:t>Guida al documento e indice</w:t>
      </w:r>
      <w:bookmarkEnd w:id="0"/>
    </w:p>
    <w:p w14:paraId="1BF693D2" w14:textId="77777777" w:rsidR="0060008A" w:rsidRDefault="00000000">
      <w:pPr>
        <w:spacing w:after="200"/>
      </w:pPr>
      <w:r>
        <w:t>Il fascicolo riunisce il questionario sulla storia di lavoro e sulle abitudini di vita e tutte le schede presenti negli allegati esaminati, inclusa la Sezione I dedicata alla difesa nazionale e al servizio militare. Sono mantenuti i testi delle domande, le opzioni di risposta, le istruzioni e le tabelle. La grafica e la distribuzione degli spazi di compilazione sono state adattate al formato Word.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1304"/>
        <w:gridCol w:w="5102"/>
        <w:gridCol w:w="1644"/>
        <w:gridCol w:w="1644"/>
      </w:tblGrid>
      <w:tr w:rsidR="0060008A" w14:paraId="7454C89B" w14:textId="77777777">
        <w:trPr>
          <w:cantSplit/>
          <w:tblHeader/>
          <w:jc w:val="center"/>
        </w:trPr>
        <w:tc>
          <w:tcPr>
            <w:tcW w:w="1304" w:type="dxa"/>
            <w:shd w:val="clear" w:color="auto" w:fill="173B50"/>
            <w:vAlign w:val="center"/>
          </w:tcPr>
          <w:p w14:paraId="5D91A08D" w14:textId="77777777" w:rsidR="0060008A" w:rsidRDefault="00000000">
            <w:pPr>
              <w:spacing w:line="226" w:lineRule="exact"/>
            </w:pPr>
            <w:r>
              <w:rPr>
                <w:b/>
                <w:color w:val="FFFFFF"/>
                <w:sz w:val="19"/>
              </w:rPr>
              <w:t>Sezione</w:t>
            </w:r>
          </w:p>
        </w:tc>
        <w:tc>
          <w:tcPr>
            <w:tcW w:w="5102" w:type="dxa"/>
            <w:shd w:val="clear" w:color="auto" w:fill="173B50"/>
            <w:vAlign w:val="center"/>
          </w:tcPr>
          <w:p w14:paraId="36C92314" w14:textId="77777777" w:rsidR="0060008A" w:rsidRDefault="00000000">
            <w:pPr>
              <w:spacing w:line="226" w:lineRule="exact"/>
            </w:pPr>
            <w:r>
              <w:rPr>
                <w:b/>
                <w:color w:val="FFFFFF"/>
                <w:sz w:val="19"/>
              </w:rPr>
              <w:t>Contenuto</w:t>
            </w:r>
          </w:p>
        </w:tc>
        <w:tc>
          <w:tcPr>
            <w:tcW w:w="1644" w:type="dxa"/>
            <w:shd w:val="clear" w:color="auto" w:fill="173B50"/>
            <w:vAlign w:val="center"/>
          </w:tcPr>
          <w:p w14:paraId="5D5398A5" w14:textId="77777777" w:rsidR="0060008A" w:rsidRDefault="00000000">
            <w:pPr>
              <w:spacing w:line="226" w:lineRule="exact"/>
            </w:pPr>
            <w:r>
              <w:rPr>
                <w:b/>
                <w:color w:val="FFFFFF"/>
                <w:sz w:val="19"/>
              </w:rPr>
              <w:t>Pagina INAIL</w:t>
            </w:r>
          </w:p>
        </w:tc>
        <w:tc>
          <w:tcPr>
            <w:tcW w:w="1644" w:type="dxa"/>
            <w:shd w:val="clear" w:color="auto" w:fill="173B50"/>
            <w:vAlign w:val="center"/>
          </w:tcPr>
          <w:p w14:paraId="6B13DEBC" w14:textId="77777777" w:rsidR="0060008A" w:rsidRDefault="00000000">
            <w:pPr>
              <w:spacing w:line="226" w:lineRule="exact"/>
            </w:pPr>
            <w:r>
              <w:rPr>
                <w:b/>
                <w:color w:val="FFFFFF"/>
                <w:sz w:val="19"/>
              </w:rPr>
              <w:t>Pagina Word</w:t>
            </w:r>
          </w:p>
        </w:tc>
      </w:tr>
      <w:tr w:rsidR="0060008A" w14:paraId="10F4C731" w14:textId="77777777">
        <w:trPr>
          <w:cantSplit/>
          <w:trHeight w:val="440"/>
          <w:jc w:val="center"/>
        </w:trPr>
        <w:tc>
          <w:tcPr>
            <w:tcW w:w="1304" w:type="dxa"/>
            <w:shd w:val="clear" w:color="auto" w:fill="EFF5F7"/>
            <w:vAlign w:val="center"/>
          </w:tcPr>
          <w:p w14:paraId="73A0DB51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Identificazione</w:t>
            </w:r>
          </w:p>
        </w:tc>
        <w:tc>
          <w:tcPr>
            <w:tcW w:w="5102" w:type="dxa"/>
            <w:shd w:val="clear" w:color="auto" w:fill="EFF5F7"/>
            <w:vAlign w:val="center"/>
          </w:tcPr>
          <w:p w14:paraId="7D0A99C0" w14:textId="77777777" w:rsidR="0060008A" w:rsidRDefault="00000000">
            <w:pPr>
              <w:spacing w:line="226" w:lineRule="exact"/>
            </w:pPr>
            <w:hyperlink w:anchor="Fonte_147">
              <w:r>
                <w:rPr>
                  <w:color w:val="173B50"/>
                  <w:sz w:val="19"/>
                </w:rPr>
                <w:t>Intervista, soggetto e rispondente</w:t>
              </w:r>
            </w:hyperlink>
          </w:p>
        </w:tc>
        <w:tc>
          <w:tcPr>
            <w:tcW w:w="1644" w:type="dxa"/>
            <w:shd w:val="clear" w:color="auto" w:fill="EFF5F7"/>
            <w:vAlign w:val="center"/>
          </w:tcPr>
          <w:p w14:paraId="1AB9472D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147</w:t>
            </w:r>
          </w:p>
        </w:tc>
        <w:tc>
          <w:tcPr>
            <w:tcW w:w="1644" w:type="dxa"/>
            <w:shd w:val="clear" w:color="auto" w:fill="EFF5F7"/>
            <w:vAlign w:val="center"/>
          </w:tcPr>
          <w:p w14:paraId="50EC3687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3</w:t>
            </w:r>
          </w:p>
        </w:tc>
      </w:tr>
      <w:tr w:rsidR="0060008A" w14:paraId="5F233BBF" w14:textId="77777777">
        <w:trPr>
          <w:cantSplit/>
          <w:trHeight w:val="440"/>
          <w:jc w:val="center"/>
        </w:trPr>
        <w:tc>
          <w:tcPr>
            <w:tcW w:w="1304" w:type="dxa"/>
            <w:vAlign w:val="center"/>
          </w:tcPr>
          <w:p w14:paraId="198A56BB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A</w:t>
            </w:r>
          </w:p>
        </w:tc>
        <w:tc>
          <w:tcPr>
            <w:tcW w:w="5102" w:type="dxa"/>
            <w:vAlign w:val="center"/>
          </w:tcPr>
          <w:p w14:paraId="6B2DF2B0" w14:textId="77777777" w:rsidR="0060008A" w:rsidRDefault="00000000">
            <w:pPr>
              <w:spacing w:line="226" w:lineRule="exact"/>
            </w:pPr>
            <w:hyperlink w:anchor="Fonte_148">
              <w:r>
                <w:rPr>
                  <w:color w:val="173B50"/>
                  <w:sz w:val="19"/>
                </w:rPr>
                <w:t>Abitudini al fumo</w:t>
              </w:r>
            </w:hyperlink>
          </w:p>
        </w:tc>
        <w:tc>
          <w:tcPr>
            <w:tcW w:w="1644" w:type="dxa"/>
            <w:vAlign w:val="center"/>
          </w:tcPr>
          <w:p w14:paraId="5CC430F6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148</w:t>
            </w:r>
          </w:p>
        </w:tc>
        <w:tc>
          <w:tcPr>
            <w:tcW w:w="1644" w:type="dxa"/>
            <w:vAlign w:val="center"/>
          </w:tcPr>
          <w:p w14:paraId="6D974447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4</w:t>
            </w:r>
          </w:p>
        </w:tc>
      </w:tr>
      <w:tr w:rsidR="0060008A" w14:paraId="62AED716" w14:textId="77777777">
        <w:trPr>
          <w:cantSplit/>
          <w:trHeight w:val="440"/>
          <w:jc w:val="center"/>
        </w:trPr>
        <w:tc>
          <w:tcPr>
            <w:tcW w:w="1304" w:type="dxa"/>
            <w:shd w:val="clear" w:color="auto" w:fill="EFF5F7"/>
            <w:vAlign w:val="center"/>
          </w:tcPr>
          <w:p w14:paraId="65B7F436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B</w:t>
            </w:r>
          </w:p>
        </w:tc>
        <w:tc>
          <w:tcPr>
            <w:tcW w:w="5102" w:type="dxa"/>
            <w:shd w:val="clear" w:color="auto" w:fill="EFF5F7"/>
            <w:vAlign w:val="center"/>
          </w:tcPr>
          <w:p w14:paraId="5D20B60C" w14:textId="77777777" w:rsidR="0060008A" w:rsidRDefault="00000000">
            <w:pPr>
              <w:spacing w:line="226" w:lineRule="exact"/>
            </w:pPr>
            <w:hyperlink w:anchor="Fonte_149">
              <w:r>
                <w:rPr>
                  <w:color w:val="173B50"/>
                  <w:sz w:val="19"/>
                </w:rPr>
                <w:t>Storia professionale</w:t>
              </w:r>
            </w:hyperlink>
          </w:p>
        </w:tc>
        <w:tc>
          <w:tcPr>
            <w:tcW w:w="1644" w:type="dxa"/>
            <w:shd w:val="clear" w:color="auto" w:fill="EFF5F7"/>
            <w:vAlign w:val="center"/>
          </w:tcPr>
          <w:p w14:paraId="4AF4E2EB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149</w:t>
            </w:r>
          </w:p>
        </w:tc>
        <w:tc>
          <w:tcPr>
            <w:tcW w:w="1644" w:type="dxa"/>
            <w:shd w:val="clear" w:color="auto" w:fill="EFF5F7"/>
            <w:vAlign w:val="center"/>
          </w:tcPr>
          <w:p w14:paraId="2FB2352D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5</w:t>
            </w:r>
          </w:p>
        </w:tc>
      </w:tr>
      <w:tr w:rsidR="0060008A" w14:paraId="042AF511" w14:textId="77777777">
        <w:trPr>
          <w:cantSplit/>
          <w:trHeight w:val="440"/>
          <w:jc w:val="center"/>
        </w:trPr>
        <w:tc>
          <w:tcPr>
            <w:tcW w:w="1304" w:type="dxa"/>
            <w:vAlign w:val="center"/>
          </w:tcPr>
          <w:p w14:paraId="687E5BBA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C</w:t>
            </w:r>
          </w:p>
        </w:tc>
        <w:tc>
          <w:tcPr>
            <w:tcW w:w="5102" w:type="dxa"/>
            <w:vAlign w:val="center"/>
          </w:tcPr>
          <w:p w14:paraId="5291EE9F" w14:textId="77777777" w:rsidR="0060008A" w:rsidRDefault="00000000">
            <w:pPr>
              <w:spacing w:line="226" w:lineRule="exact"/>
            </w:pPr>
            <w:hyperlink w:anchor="Fonte_150">
              <w:r>
                <w:rPr>
                  <w:color w:val="173B50"/>
                  <w:sz w:val="19"/>
                </w:rPr>
                <w:t>Esposizione extra-lavorativa</w:t>
              </w:r>
            </w:hyperlink>
          </w:p>
        </w:tc>
        <w:tc>
          <w:tcPr>
            <w:tcW w:w="1644" w:type="dxa"/>
            <w:vAlign w:val="center"/>
          </w:tcPr>
          <w:p w14:paraId="437C33DC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150–157</w:t>
            </w:r>
          </w:p>
        </w:tc>
        <w:tc>
          <w:tcPr>
            <w:tcW w:w="1644" w:type="dxa"/>
            <w:vAlign w:val="center"/>
          </w:tcPr>
          <w:p w14:paraId="0EDE608F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6–13</w:t>
            </w:r>
          </w:p>
        </w:tc>
      </w:tr>
      <w:tr w:rsidR="0060008A" w14:paraId="49681339" w14:textId="77777777">
        <w:trPr>
          <w:cantSplit/>
          <w:trHeight w:val="440"/>
          <w:jc w:val="center"/>
        </w:trPr>
        <w:tc>
          <w:tcPr>
            <w:tcW w:w="1304" w:type="dxa"/>
            <w:shd w:val="clear" w:color="auto" w:fill="EFF5F7"/>
            <w:vAlign w:val="center"/>
          </w:tcPr>
          <w:p w14:paraId="7F08399B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D</w:t>
            </w:r>
          </w:p>
        </w:tc>
        <w:tc>
          <w:tcPr>
            <w:tcW w:w="5102" w:type="dxa"/>
            <w:shd w:val="clear" w:color="auto" w:fill="EFF5F7"/>
            <w:vAlign w:val="center"/>
          </w:tcPr>
          <w:p w14:paraId="7996E47E" w14:textId="77777777" w:rsidR="0060008A" w:rsidRDefault="00000000">
            <w:pPr>
              <w:spacing w:line="226" w:lineRule="exact"/>
            </w:pPr>
            <w:hyperlink w:anchor="Fonte_158">
              <w:r>
                <w:rPr>
                  <w:color w:val="173B50"/>
                  <w:sz w:val="19"/>
                </w:rPr>
                <w:t>Salute</w:t>
              </w:r>
            </w:hyperlink>
          </w:p>
        </w:tc>
        <w:tc>
          <w:tcPr>
            <w:tcW w:w="1644" w:type="dxa"/>
            <w:shd w:val="clear" w:color="auto" w:fill="EFF5F7"/>
            <w:vAlign w:val="center"/>
          </w:tcPr>
          <w:p w14:paraId="2CC8B946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158–159</w:t>
            </w:r>
          </w:p>
        </w:tc>
        <w:tc>
          <w:tcPr>
            <w:tcW w:w="1644" w:type="dxa"/>
            <w:shd w:val="clear" w:color="auto" w:fill="EFF5F7"/>
            <w:vAlign w:val="center"/>
          </w:tcPr>
          <w:p w14:paraId="2B7883E1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14–15</w:t>
            </w:r>
          </w:p>
        </w:tc>
      </w:tr>
      <w:tr w:rsidR="0060008A" w14:paraId="5F55B9AF" w14:textId="77777777">
        <w:trPr>
          <w:cantSplit/>
          <w:trHeight w:val="440"/>
          <w:jc w:val="center"/>
        </w:trPr>
        <w:tc>
          <w:tcPr>
            <w:tcW w:w="1304" w:type="dxa"/>
            <w:vAlign w:val="center"/>
          </w:tcPr>
          <w:p w14:paraId="38B64C4C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E</w:t>
            </w:r>
          </w:p>
        </w:tc>
        <w:tc>
          <w:tcPr>
            <w:tcW w:w="5102" w:type="dxa"/>
            <w:vAlign w:val="center"/>
          </w:tcPr>
          <w:p w14:paraId="4499CA3D" w14:textId="77777777" w:rsidR="0060008A" w:rsidRDefault="00000000">
            <w:pPr>
              <w:spacing w:line="226" w:lineRule="exact"/>
            </w:pPr>
            <w:hyperlink w:anchor="Fonte_160">
              <w:r>
                <w:rPr>
                  <w:color w:val="173B50"/>
                  <w:sz w:val="19"/>
                </w:rPr>
                <w:t>Attendibilità delle risposte</w:t>
              </w:r>
            </w:hyperlink>
          </w:p>
        </w:tc>
        <w:tc>
          <w:tcPr>
            <w:tcW w:w="1644" w:type="dxa"/>
            <w:vAlign w:val="center"/>
          </w:tcPr>
          <w:p w14:paraId="5AF05CB3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160–161</w:t>
            </w:r>
          </w:p>
        </w:tc>
        <w:tc>
          <w:tcPr>
            <w:tcW w:w="1644" w:type="dxa"/>
            <w:vAlign w:val="center"/>
          </w:tcPr>
          <w:p w14:paraId="5221375D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16–17</w:t>
            </w:r>
          </w:p>
        </w:tc>
      </w:tr>
      <w:tr w:rsidR="0060008A" w14:paraId="04DF9E8E" w14:textId="77777777">
        <w:trPr>
          <w:cantSplit/>
          <w:trHeight w:val="440"/>
          <w:jc w:val="center"/>
        </w:trPr>
        <w:tc>
          <w:tcPr>
            <w:tcW w:w="1304" w:type="dxa"/>
            <w:shd w:val="clear" w:color="auto" w:fill="EFF5F7"/>
            <w:vAlign w:val="center"/>
          </w:tcPr>
          <w:p w14:paraId="76C152AD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F</w:t>
            </w:r>
          </w:p>
        </w:tc>
        <w:tc>
          <w:tcPr>
            <w:tcW w:w="5102" w:type="dxa"/>
            <w:shd w:val="clear" w:color="auto" w:fill="EFF5F7"/>
            <w:vAlign w:val="center"/>
          </w:tcPr>
          <w:p w14:paraId="718DAA76" w14:textId="77777777" w:rsidR="0060008A" w:rsidRDefault="00000000">
            <w:pPr>
              <w:spacing w:line="226" w:lineRule="exact"/>
            </w:pPr>
            <w:hyperlink w:anchor="Fonte_162">
              <w:r>
                <w:rPr>
                  <w:color w:val="173B50"/>
                  <w:sz w:val="19"/>
                </w:rPr>
                <w:t>Industria / Artigianato</w:t>
              </w:r>
            </w:hyperlink>
          </w:p>
        </w:tc>
        <w:tc>
          <w:tcPr>
            <w:tcW w:w="1644" w:type="dxa"/>
            <w:shd w:val="clear" w:color="auto" w:fill="EFF5F7"/>
            <w:vAlign w:val="center"/>
          </w:tcPr>
          <w:p w14:paraId="62D15532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162–166</w:t>
            </w:r>
          </w:p>
        </w:tc>
        <w:tc>
          <w:tcPr>
            <w:tcW w:w="1644" w:type="dxa"/>
            <w:shd w:val="clear" w:color="auto" w:fill="EFF5F7"/>
            <w:vAlign w:val="center"/>
          </w:tcPr>
          <w:p w14:paraId="13BE4166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18–22</w:t>
            </w:r>
          </w:p>
        </w:tc>
      </w:tr>
      <w:tr w:rsidR="0060008A" w14:paraId="6A507AA4" w14:textId="77777777">
        <w:trPr>
          <w:cantSplit/>
          <w:trHeight w:val="440"/>
          <w:jc w:val="center"/>
        </w:trPr>
        <w:tc>
          <w:tcPr>
            <w:tcW w:w="1304" w:type="dxa"/>
            <w:vAlign w:val="center"/>
          </w:tcPr>
          <w:p w14:paraId="11D25F6B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G</w:t>
            </w:r>
          </w:p>
        </w:tc>
        <w:tc>
          <w:tcPr>
            <w:tcW w:w="5102" w:type="dxa"/>
            <w:vAlign w:val="center"/>
          </w:tcPr>
          <w:p w14:paraId="4EA33754" w14:textId="77777777" w:rsidR="0060008A" w:rsidRDefault="00000000">
            <w:pPr>
              <w:spacing w:line="226" w:lineRule="exact"/>
            </w:pPr>
            <w:hyperlink w:anchor="Fonte_167">
              <w:r>
                <w:rPr>
                  <w:color w:val="173B50"/>
                  <w:sz w:val="19"/>
                </w:rPr>
                <w:t>Agricoltura</w:t>
              </w:r>
            </w:hyperlink>
          </w:p>
        </w:tc>
        <w:tc>
          <w:tcPr>
            <w:tcW w:w="1644" w:type="dxa"/>
            <w:vAlign w:val="center"/>
          </w:tcPr>
          <w:p w14:paraId="668E78D7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167–169</w:t>
            </w:r>
          </w:p>
        </w:tc>
        <w:tc>
          <w:tcPr>
            <w:tcW w:w="1644" w:type="dxa"/>
            <w:vAlign w:val="center"/>
          </w:tcPr>
          <w:p w14:paraId="02BEBC75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23–25</w:t>
            </w:r>
          </w:p>
        </w:tc>
      </w:tr>
      <w:tr w:rsidR="0060008A" w14:paraId="32CCB526" w14:textId="77777777">
        <w:trPr>
          <w:cantSplit/>
          <w:trHeight w:val="440"/>
          <w:jc w:val="center"/>
        </w:trPr>
        <w:tc>
          <w:tcPr>
            <w:tcW w:w="1304" w:type="dxa"/>
            <w:shd w:val="clear" w:color="auto" w:fill="EFF5F7"/>
            <w:vAlign w:val="center"/>
          </w:tcPr>
          <w:p w14:paraId="2C7DD0E1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H</w:t>
            </w:r>
          </w:p>
        </w:tc>
        <w:tc>
          <w:tcPr>
            <w:tcW w:w="5102" w:type="dxa"/>
            <w:shd w:val="clear" w:color="auto" w:fill="EFF5F7"/>
            <w:vAlign w:val="center"/>
          </w:tcPr>
          <w:p w14:paraId="71C31669" w14:textId="77777777" w:rsidR="0060008A" w:rsidRDefault="00000000">
            <w:pPr>
              <w:spacing w:line="226" w:lineRule="exact"/>
            </w:pPr>
            <w:hyperlink w:anchor="Fonte_170">
              <w:r>
                <w:rPr>
                  <w:color w:val="173B50"/>
                  <w:sz w:val="19"/>
                </w:rPr>
                <w:t>Edilizia</w:t>
              </w:r>
            </w:hyperlink>
          </w:p>
        </w:tc>
        <w:tc>
          <w:tcPr>
            <w:tcW w:w="1644" w:type="dxa"/>
            <w:shd w:val="clear" w:color="auto" w:fill="EFF5F7"/>
            <w:vAlign w:val="center"/>
          </w:tcPr>
          <w:p w14:paraId="643FAFB5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170–174</w:t>
            </w:r>
          </w:p>
        </w:tc>
        <w:tc>
          <w:tcPr>
            <w:tcW w:w="1644" w:type="dxa"/>
            <w:shd w:val="clear" w:color="auto" w:fill="EFF5F7"/>
            <w:vAlign w:val="center"/>
          </w:tcPr>
          <w:p w14:paraId="7A448C71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26–30</w:t>
            </w:r>
          </w:p>
        </w:tc>
      </w:tr>
      <w:tr w:rsidR="0060008A" w14:paraId="601B968F" w14:textId="77777777">
        <w:trPr>
          <w:cantSplit/>
          <w:trHeight w:val="440"/>
          <w:jc w:val="center"/>
        </w:trPr>
        <w:tc>
          <w:tcPr>
            <w:tcW w:w="1304" w:type="dxa"/>
            <w:vAlign w:val="center"/>
          </w:tcPr>
          <w:p w14:paraId="724E546F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I</w:t>
            </w:r>
          </w:p>
        </w:tc>
        <w:tc>
          <w:tcPr>
            <w:tcW w:w="5102" w:type="dxa"/>
            <w:vAlign w:val="center"/>
          </w:tcPr>
          <w:p w14:paraId="420A1A2A" w14:textId="77777777" w:rsidR="0060008A" w:rsidRDefault="00000000">
            <w:pPr>
              <w:spacing w:line="226" w:lineRule="exact"/>
            </w:pPr>
            <w:hyperlink w:anchor="Fonte_175">
              <w:r>
                <w:rPr>
                  <w:color w:val="173B50"/>
                  <w:sz w:val="19"/>
                </w:rPr>
                <w:t>Difesa nazionale e servizio militare</w:t>
              </w:r>
            </w:hyperlink>
          </w:p>
        </w:tc>
        <w:tc>
          <w:tcPr>
            <w:tcW w:w="1644" w:type="dxa"/>
            <w:vAlign w:val="center"/>
          </w:tcPr>
          <w:p w14:paraId="189A9035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175–178</w:t>
            </w:r>
          </w:p>
        </w:tc>
        <w:tc>
          <w:tcPr>
            <w:tcW w:w="1644" w:type="dxa"/>
            <w:vAlign w:val="center"/>
          </w:tcPr>
          <w:p w14:paraId="7C9AF7A6" w14:textId="77777777" w:rsidR="0060008A" w:rsidRDefault="00000000">
            <w:pPr>
              <w:spacing w:line="226" w:lineRule="exact"/>
            </w:pPr>
            <w:r>
              <w:rPr>
                <w:sz w:val="19"/>
              </w:rPr>
              <w:t>31–34</w:t>
            </w:r>
          </w:p>
        </w:tc>
      </w:tr>
    </w:tbl>
    <w:p w14:paraId="1D6BE483" w14:textId="77777777" w:rsidR="0060008A" w:rsidRDefault="00000000">
      <w:pPr>
        <w:pStyle w:val="Titolo2"/>
        <w:spacing w:before="240" w:after="0"/>
      </w:pPr>
      <w:r>
        <w:rPr>
          <w:rFonts w:ascii="Calibri" w:hAnsi="Calibri"/>
        </w:rPr>
        <w:t>Compilazione in Word</w:t>
      </w:r>
    </w:p>
    <w:p w14:paraId="4F2A3308" w14:textId="77777777" w:rsidR="0060008A" w:rsidRDefault="00000000">
      <w:pPr>
        <w:pStyle w:val="Small"/>
        <w:spacing w:after="100"/>
      </w:pPr>
      <w:r>
        <w:rPr>
          <w:color w:val="22323D"/>
        </w:rPr>
        <w:t>Le voci dell’indice sono collegate ai moduli. Le caselle sono controlli di selezione; i tratti sottolineati e le celle vuote contengono campi modificabili. Fare clic nel campo e sostituire il segnaposto con il testo. Il documento non è protetto: righe e spazi possono essere ampliati. Duplicare la scheda settoriale per ogni periodo lavorativo, come richiesto dai moduli. Le modifiche e i testi estesi possono cambiare la paginazione.</w:t>
      </w:r>
    </w:p>
    <w:p w14:paraId="20F491A6" w14:textId="77777777" w:rsidR="0060008A" w:rsidRDefault="00000000">
      <w:pPr>
        <w:pStyle w:val="Titolo2"/>
        <w:spacing w:before="140" w:after="0"/>
      </w:pPr>
      <w:r>
        <w:rPr>
          <w:rFonts w:ascii="Calibri" w:hAnsi="Calibri"/>
        </w:rPr>
        <w:t>Nota sulla fedeltà alla fonte</w:t>
      </w:r>
    </w:p>
    <w:p w14:paraId="61845BAE" w14:textId="77777777" w:rsidR="0060008A" w:rsidRDefault="00000000">
      <w:pPr>
        <w:pStyle w:val="Small"/>
        <w:spacing w:after="100"/>
      </w:pPr>
      <w:r>
        <w:rPr>
          <w:color w:val="22323D"/>
        </w:rPr>
        <w:t>La scheda Edilizia passa da H3 a H5: il codice H4 non compare nel testo originale e non è stato introdotto. Sono conservate anche le formulazioni e le particolarità redazionali della fonte. La Sezione I è inclusa perché presente alle pagine 175–178, pur non essendo elencata separatamente nell’indice del volume.</w:t>
      </w:r>
    </w:p>
    <w:p w14:paraId="2DBDFBE7" w14:textId="77777777" w:rsidR="0060008A" w:rsidRDefault="00000000">
      <w:pPr>
        <w:pStyle w:val="Titolo2"/>
        <w:spacing w:before="140" w:after="0"/>
      </w:pPr>
      <w:r>
        <w:rPr>
          <w:rFonts w:ascii="Calibri" w:hAnsi="Calibri"/>
        </w:rPr>
        <w:t>Avvertenza d’uso</w:t>
      </w:r>
    </w:p>
    <w:p w14:paraId="6C7590A7" w14:textId="77777777" w:rsidR="0060008A" w:rsidRDefault="00000000">
      <w:pPr>
        <w:pStyle w:val="Small"/>
      </w:pPr>
      <w:r>
        <w:rPr>
          <w:color w:val="22323D"/>
        </w:rPr>
        <w:t>La trasposizione non aggiunge criteri di diagnosi, punteggi di rischio o conclusioni sull’esposizione. Le risposte non equivalgono, da sole, a un accertamento di esposizione o di malattia professionale. Questa guida è redazionale e non fa parte degli allegati INAIL. Il file non contiene un’informativa o un modulo di consenso per il trattamento dei dati: per l’impiego effettivo seguire le procedure dell’ente responsabile e le condizioni d’uso della fonte.</w:t>
      </w:r>
    </w:p>
    <w:p w14:paraId="753B384C" w14:textId="77777777" w:rsidR="0060008A" w:rsidRDefault="00000000">
      <w:r>
        <w:br w:type="page"/>
      </w:r>
    </w:p>
    <w:p w14:paraId="7BEBAF85" w14:textId="77777777" w:rsidR="0060008A" w:rsidRDefault="00000000">
      <w:pPr>
        <w:pStyle w:val="Source"/>
        <w:spacing w:after="180"/>
      </w:pPr>
      <w:bookmarkStart w:id="1" w:name="Fonte_147"/>
      <w:r>
        <w:rPr>
          <w:b/>
        </w:rPr>
        <w:t>IDENTIFICAZIONE DELL’INTERVISTA  •  FONTE: INAIL 2026, PAGINA 147</w:t>
      </w:r>
      <w:bookmarkEnd w:id="1"/>
    </w:p>
    <w:p w14:paraId="1BB98185" w14:textId="77777777" w:rsidR="0060008A" w:rsidRDefault="00000000">
      <w:pPr>
        <w:pStyle w:val="Titolo2"/>
        <w:spacing w:before="0" w:after="80"/>
      </w:pPr>
      <w:r>
        <w:rPr>
          <w:rFonts w:ascii="Calibri" w:hAnsi="Calibri"/>
          <w:color w:val="173B50"/>
        </w:rPr>
        <w:t>QUESTIONARIO SULLA STORIA DI LAVORO E SULLE ABITUDINI DI VITA</w:t>
      </w:r>
    </w:p>
    <w:p w14:paraId="36AA9D10" w14:textId="77777777" w:rsidR="0060008A" w:rsidRDefault="00000000">
      <w:pPr>
        <w:spacing w:before="180"/>
      </w:pPr>
      <w:r>
        <w:t xml:space="preserve">Centro operativo </w:t>
      </w:r>
      <w:sdt>
        <w:sdtPr>
          <w:alias w:val="Campo di compilazione"/>
          <w:tag w:val="field_1001"/>
          <w:id w:val="1001"/>
          <w:text w:multiLine="1"/>
        </w:sdtPr>
        <w:sdtContent>
          <w:r>
            <w:t>_____________________________________________</w:t>
          </w:r>
        </w:sdtContent>
      </w:sdt>
    </w:p>
    <w:p w14:paraId="4A584F2C" w14:textId="77777777" w:rsidR="0060008A" w:rsidRDefault="00000000">
      <w:r>
        <w:t xml:space="preserve">Luogo dell'intervista </w:t>
      </w:r>
      <w:sdt>
        <w:sdtPr>
          <w:alias w:val="Campo di compilazione"/>
          <w:tag w:val="field_1002"/>
          <w:id w:val="1002"/>
          <w:text w:multiLine="1"/>
        </w:sdtPr>
        <w:sdtContent>
          <w:r>
            <w:t>_____________________________________________</w:t>
          </w:r>
        </w:sdtContent>
      </w:sdt>
    </w:p>
    <w:p w14:paraId="38E21517" w14:textId="77777777" w:rsidR="0060008A" w:rsidRDefault="00000000">
      <w:r>
        <w:t>Data dell’intervista ___/___/____</w:t>
      </w:r>
    </w:p>
    <w:p w14:paraId="544FDF7B" w14:textId="77777777" w:rsidR="0060008A" w:rsidRDefault="00000000">
      <w:r>
        <w:t>Cognome e nome dell’intervistatore</w:t>
      </w:r>
      <w:sdt>
        <w:sdtPr>
          <w:alias w:val="Campo di compilazione"/>
          <w:tag w:val="field_1003"/>
          <w:id w:val="1003"/>
          <w:text w:multiLine="1"/>
        </w:sdtPr>
        <w:sdtContent>
          <w:r>
            <w:t>_____________________________________________</w:t>
          </w:r>
        </w:sdtContent>
      </w:sdt>
    </w:p>
    <w:p w14:paraId="173D6081" w14:textId="77777777" w:rsidR="0060008A" w:rsidRDefault="00000000">
      <w:r>
        <w:t xml:space="preserve">Ente di appartenenza </w:t>
      </w:r>
      <w:sdt>
        <w:sdtPr>
          <w:alias w:val="Campo di compilazione"/>
          <w:tag w:val="field_1004"/>
          <w:id w:val="1004"/>
          <w:text w:multiLine="1"/>
        </w:sdtPr>
        <w:sdtContent>
          <w:r>
            <w:t>_____________________________________________</w:t>
          </w:r>
        </w:sdtContent>
      </w:sdt>
    </w:p>
    <w:p w14:paraId="28AC0124" w14:textId="77777777" w:rsidR="0060008A" w:rsidRDefault="00000000">
      <w:r>
        <w:t xml:space="preserve">Recapito telefonico </w:t>
      </w:r>
      <w:sdt>
        <w:sdtPr>
          <w:alias w:val="Campo di compilazione"/>
          <w:tag w:val="field_1005"/>
          <w:id w:val="1005"/>
          <w:text w:multiLine="1"/>
        </w:sdtPr>
        <w:sdtContent>
          <w:r>
            <w:t>_____________________________________________</w:t>
          </w:r>
        </w:sdtContent>
      </w:sdt>
    </w:p>
    <w:p w14:paraId="69B49878" w14:textId="77777777" w:rsidR="0060008A" w:rsidRDefault="00000000">
      <w:pPr>
        <w:pStyle w:val="Titolo2"/>
        <w:spacing w:before="153" w:after="0"/>
      </w:pPr>
      <w:r>
        <w:rPr>
          <w:rFonts w:ascii="Calibri" w:hAnsi="Calibri"/>
          <w:sz w:val="21"/>
        </w:rPr>
        <w:t>Tutte le domande si riferiscono a:</w:t>
      </w:r>
    </w:p>
    <w:p w14:paraId="504A1DFE" w14:textId="77777777" w:rsidR="0060008A" w:rsidRDefault="00000000">
      <w:r>
        <w:t xml:space="preserve">Cognome e nome </w:t>
      </w:r>
      <w:sdt>
        <w:sdtPr>
          <w:alias w:val="Campo di compilazione"/>
          <w:tag w:val="field_1006"/>
          <w:id w:val="1006"/>
          <w:text w:multiLine="1"/>
        </w:sdtPr>
        <w:sdtContent>
          <w:r>
            <w:t>_____________________________________________</w:t>
          </w:r>
        </w:sdtContent>
      </w:sdt>
    </w:p>
    <w:p w14:paraId="466D706A" w14:textId="77777777" w:rsidR="0060008A" w:rsidRDefault="00000000">
      <w:r>
        <w:t xml:space="preserve">N. identificazione </w:t>
      </w:r>
      <w:sdt>
        <w:sdtPr>
          <w:alias w:val="Campo di compilazione"/>
          <w:tag w:val="field_1007"/>
          <w:id w:val="1007"/>
          <w:text w:multiLine="1"/>
        </w:sdtPr>
        <w:sdtContent>
          <w:r>
            <w:t>_____________________________________________</w:t>
          </w:r>
        </w:sdtContent>
      </w:sdt>
    </w:p>
    <w:p w14:paraId="6F7E75DC" w14:textId="77777777" w:rsidR="0060008A" w:rsidRDefault="00000000">
      <w:r>
        <w:t xml:space="preserve">Data di nascita ___/___/____ Sesso:   </w:t>
      </w:r>
      <w:sdt>
        <w:sdtPr>
          <w:alias w:val="Seleziona la risposta"/>
          <w:tag w:val="checkbox_1008"/>
          <w:id w:val="100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M   </w:t>
      </w:r>
      <w:sdt>
        <w:sdtPr>
          <w:alias w:val="Seleziona la risposta"/>
          <w:tag w:val="checkbox_1009"/>
          <w:id w:val="10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F</w:t>
      </w:r>
    </w:p>
    <w:p w14:paraId="617C7394" w14:textId="77777777" w:rsidR="0060008A" w:rsidRDefault="00000000">
      <w:r>
        <w:t xml:space="preserve">Luogo di nascita </w:t>
      </w:r>
      <w:sdt>
        <w:sdtPr>
          <w:alias w:val="Campo di compilazione"/>
          <w:tag w:val="field_1010"/>
          <w:id w:val="1010"/>
          <w:text w:multiLine="1"/>
        </w:sdtPr>
        <w:sdtContent>
          <w:r>
            <w:t>_____________________________________________</w:t>
          </w:r>
        </w:sdtContent>
      </w:sdt>
    </w:p>
    <w:p w14:paraId="7E6ADBF0" w14:textId="77777777" w:rsidR="0060008A" w:rsidRDefault="00000000">
      <w:r>
        <w:t xml:space="preserve">Indirizzo di residenza </w:t>
      </w:r>
      <w:sdt>
        <w:sdtPr>
          <w:alias w:val="Campo di compilazione"/>
          <w:tag w:val="field_1011"/>
          <w:id w:val="1011"/>
          <w:text w:multiLine="1"/>
        </w:sdtPr>
        <w:sdtContent>
          <w:r>
            <w:t>_____________________________________________</w:t>
          </w:r>
        </w:sdtContent>
      </w:sdt>
    </w:p>
    <w:p w14:paraId="64848AF5" w14:textId="77777777" w:rsidR="0060008A" w:rsidRDefault="00000000">
      <w:r>
        <w:t xml:space="preserve">Comune di residenza </w:t>
      </w:r>
      <w:sdt>
        <w:sdtPr>
          <w:alias w:val="Campo di compilazione"/>
          <w:tag w:val="field_1012"/>
          <w:id w:val="1012"/>
          <w:text w:multiLine="1"/>
        </w:sdtPr>
        <w:sdtContent>
          <w:r>
            <w:t>_____________________________________________</w:t>
          </w:r>
        </w:sdtContent>
      </w:sdt>
    </w:p>
    <w:p w14:paraId="4BD3D41C" w14:textId="77777777" w:rsidR="0060008A" w:rsidRDefault="00000000">
      <w:r>
        <w:t xml:space="preserve">Domicilio (se diverso dalla residenza) </w:t>
      </w:r>
      <w:sdt>
        <w:sdtPr>
          <w:alias w:val="Campo di compilazione"/>
          <w:tag w:val="field_1013"/>
          <w:id w:val="1013"/>
          <w:text w:multiLine="1"/>
        </w:sdtPr>
        <w:sdtContent>
          <w:r>
            <w:t>____________________________________________</w:t>
          </w:r>
        </w:sdtContent>
      </w:sdt>
    </w:p>
    <w:p w14:paraId="187D20B9" w14:textId="77777777" w:rsidR="0060008A" w:rsidRDefault="00000000">
      <w:r>
        <w:t>Telefono</w:t>
      </w:r>
      <w:sdt>
        <w:sdtPr>
          <w:alias w:val="Campo di compilazione"/>
          <w:tag w:val="field_1014"/>
          <w:id w:val="1014"/>
          <w:text w:multiLine="1"/>
        </w:sdtPr>
        <w:sdtContent>
          <w:r>
            <w:t>_____________________________________________</w:t>
          </w:r>
        </w:sdtContent>
      </w:sdt>
    </w:p>
    <w:p w14:paraId="135D17ED" w14:textId="77777777" w:rsidR="0060008A" w:rsidRDefault="00000000">
      <w:r>
        <w:t xml:space="preserve">Stato civile </w:t>
      </w:r>
      <w:sdt>
        <w:sdtPr>
          <w:alias w:val="Campo di compilazione"/>
          <w:tag w:val="field_1015"/>
          <w:id w:val="1015"/>
          <w:text w:multiLine="1"/>
        </w:sdtPr>
        <w:sdtContent>
          <w:r>
            <w:t>_________________________</w:t>
          </w:r>
        </w:sdtContent>
      </w:sdt>
      <w:r>
        <w:t xml:space="preserve">  Se sposato/convivente, da che anno </w:t>
      </w:r>
      <w:sdt>
        <w:sdtPr>
          <w:alias w:val="Campo di compilazione"/>
          <w:tag w:val="field_1016"/>
          <w:id w:val="1016"/>
          <w:text w:multiLine="1"/>
        </w:sdtPr>
        <w:sdtContent>
          <w:r>
            <w:t>__________</w:t>
          </w:r>
        </w:sdtContent>
      </w:sdt>
    </w:p>
    <w:p w14:paraId="756B93D8" w14:textId="77777777" w:rsidR="0060008A" w:rsidRDefault="00000000">
      <w:r>
        <w:t xml:space="preserve">Titolo di studio (o ultima classe frequentata) </w:t>
      </w:r>
      <w:sdt>
        <w:sdtPr>
          <w:alias w:val="Campo di compilazione"/>
          <w:tag w:val="field_1017"/>
          <w:id w:val="1017"/>
          <w:text w:multiLine="1"/>
        </w:sdtPr>
        <w:sdtContent>
          <w:r>
            <w:t>_____________________________________</w:t>
          </w:r>
        </w:sdtContent>
      </w:sdt>
    </w:p>
    <w:p w14:paraId="3B13C0E0" w14:textId="77777777" w:rsidR="0060008A" w:rsidRDefault="00000000">
      <w:pPr>
        <w:pStyle w:val="Titolo2"/>
        <w:spacing w:before="153" w:after="0"/>
      </w:pPr>
      <w:r>
        <w:rPr>
          <w:rFonts w:ascii="Calibri" w:hAnsi="Calibri"/>
          <w:sz w:val="21"/>
        </w:rPr>
        <w:t>Dati del rispondente (se diverso dall’interessato)</w:t>
      </w:r>
    </w:p>
    <w:p w14:paraId="7FDB3181" w14:textId="77777777" w:rsidR="0060008A" w:rsidRDefault="00000000">
      <w:r>
        <w:t xml:space="preserve">Cognome e nome </w:t>
      </w:r>
      <w:sdt>
        <w:sdtPr>
          <w:alias w:val="Campo di compilazione"/>
          <w:tag w:val="field_1018"/>
          <w:id w:val="1018"/>
          <w:text w:multiLine="1"/>
        </w:sdtPr>
        <w:sdtContent>
          <w:r>
            <w:t>_____________________________________________</w:t>
          </w:r>
        </w:sdtContent>
      </w:sdt>
    </w:p>
    <w:p w14:paraId="170723CB" w14:textId="77777777" w:rsidR="0060008A" w:rsidRDefault="00000000">
      <w:r>
        <w:t xml:space="preserve">Grado di parentela </w:t>
      </w:r>
      <w:sdt>
        <w:sdtPr>
          <w:alias w:val="Campo di compilazione"/>
          <w:tag w:val="field_1019"/>
          <w:id w:val="1019"/>
          <w:text w:multiLine="1"/>
        </w:sdtPr>
        <w:sdtContent>
          <w:r>
            <w:t>_____________________________________________</w:t>
          </w:r>
        </w:sdtContent>
      </w:sdt>
    </w:p>
    <w:p w14:paraId="07F4D507" w14:textId="77777777" w:rsidR="0060008A" w:rsidRDefault="00000000">
      <w:r>
        <w:t xml:space="preserve">Data di nascita___/___ / ____ Sesso:   </w:t>
      </w:r>
      <w:sdt>
        <w:sdtPr>
          <w:alias w:val="Seleziona la risposta"/>
          <w:tag w:val="checkbox_1020"/>
          <w:id w:val="10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M   </w:t>
      </w:r>
      <w:sdt>
        <w:sdtPr>
          <w:alias w:val="Seleziona la risposta"/>
          <w:tag w:val="checkbox_1021"/>
          <w:id w:val="10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F</w:t>
      </w:r>
    </w:p>
    <w:p w14:paraId="569D1C72" w14:textId="77777777" w:rsidR="0060008A" w:rsidRDefault="00000000">
      <w:r>
        <w:t xml:space="preserve">Indirizzo di residenza </w:t>
      </w:r>
      <w:sdt>
        <w:sdtPr>
          <w:alias w:val="Campo di compilazione"/>
          <w:tag w:val="field_1022"/>
          <w:id w:val="1022"/>
          <w:text w:multiLine="1"/>
        </w:sdtPr>
        <w:sdtContent>
          <w:r>
            <w:t>_____________________________________________</w:t>
          </w:r>
        </w:sdtContent>
      </w:sdt>
    </w:p>
    <w:p w14:paraId="64593660" w14:textId="77777777" w:rsidR="0060008A" w:rsidRDefault="00000000">
      <w:r>
        <w:t>Telefono</w:t>
      </w:r>
      <w:sdt>
        <w:sdtPr>
          <w:alias w:val="Campo di compilazione"/>
          <w:tag w:val="field_1023"/>
          <w:id w:val="1023"/>
          <w:text w:multiLine="1"/>
        </w:sdtPr>
        <w:sdtContent>
          <w:r>
            <w:t>_______________________</w:t>
          </w:r>
        </w:sdtContent>
      </w:sdt>
    </w:p>
    <w:p w14:paraId="4D87EF78" w14:textId="77777777" w:rsidR="0060008A" w:rsidRDefault="00000000">
      <w:pPr>
        <w:pStyle w:val="Titolo2"/>
        <w:spacing w:before="153" w:after="0"/>
      </w:pPr>
      <w:r>
        <w:rPr>
          <w:rFonts w:ascii="Calibri" w:hAnsi="Calibri"/>
          <w:sz w:val="21"/>
        </w:rPr>
        <w:t>Se l'intervista non è stata effettuata, indicare il motivo</w:t>
      </w:r>
    </w:p>
    <w:p w14:paraId="72FAAC54" w14:textId="77777777" w:rsidR="0060008A" w:rsidRDefault="00000000">
      <w:pPr>
        <w:spacing w:before="153"/>
      </w:pPr>
      <w:sdt>
        <w:sdtPr>
          <w:alias w:val="Seleziona la risposta"/>
          <w:tag w:val="checkbox_1024"/>
          <w:id w:val="102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Impossibile da rintracciare   </w:t>
      </w:r>
      <w:sdt>
        <w:sdtPr>
          <w:alias w:val="Seleziona la risposta"/>
          <w:tag w:val="checkbox_1025"/>
          <w:id w:val="10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Impossibilità fisico-psichica</w:t>
      </w:r>
    </w:p>
    <w:p w14:paraId="15B1F546" w14:textId="77777777" w:rsidR="0060008A" w:rsidRDefault="00000000">
      <w:sdt>
        <w:sdtPr>
          <w:alias w:val="Seleziona la risposta"/>
          <w:tag w:val="checkbox_1026"/>
          <w:id w:val="10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Deceduto, parenti non rintracciati   </w:t>
      </w:r>
      <w:sdt>
        <w:sdtPr>
          <w:alias w:val="Seleziona la risposta"/>
          <w:tag w:val="checkbox_1027"/>
          <w:id w:val="10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Deceduto, rifiuto dei parenti</w:t>
      </w:r>
    </w:p>
    <w:p w14:paraId="671B417D" w14:textId="77777777" w:rsidR="0060008A" w:rsidRDefault="00000000">
      <w:sdt>
        <w:sdtPr>
          <w:alias w:val="Seleziona la risposta"/>
          <w:tag w:val="checkbox_1028"/>
          <w:id w:val="102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Rifiuto                 Data di decesso ___/___/____</w:t>
      </w:r>
    </w:p>
    <w:p w14:paraId="1BAC480E" w14:textId="77777777" w:rsidR="0060008A" w:rsidRDefault="00000000">
      <w:r>
        <w:br w:type="page"/>
      </w:r>
    </w:p>
    <w:p w14:paraId="3B550D4A" w14:textId="77777777" w:rsidR="0060008A" w:rsidRDefault="00000000">
      <w:pPr>
        <w:pStyle w:val="Source"/>
        <w:spacing w:after="180"/>
      </w:pPr>
      <w:bookmarkStart w:id="2" w:name="Fonte_148"/>
      <w:r>
        <w:rPr>
          <w:b/>
        </w:rPr>
        <w:t>A / ABITUDINI AL FUMO  •  FONTE: INAIL 2026, PAGINA 148</w:t>
      </w:r>
      <w:bookmarkEnd w:id="2"/>
    </w:p>
    <w:p w14:paraId="48EB9F4E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A: ABITUDINI AL FUMO</w:t>
      </w:r>
    </w:p>
    <w:p w14:paraId="124B61DC" w14:textId="77777777" w:rsidR="0060008A" w:rsidRDefault="00000000">
      <w:pPr>
        <w:pStyle w:val="Question"/>
        <w:spacing w:before="150" w:after="26"/>
      </w:pPr>
      <w:r>
        <w:t>A1. Fuma?</w:t>
      </w:r>
    </w:p>
    <w:p w14:paraId="70F5E553" w14:textId="77777777" w:rsidR="0060008A" w:rsidRDefault="00000000">
      <w:sdt>
        <w:sdtPr>
          <w:alias w:val="Seleziona la risposta"/>
          <w:tag w:val="checkbox_1029"/>
          <w:id w:val="102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</w:t>
      </w:r>
    </w:p>
    <w:p w14:paraId="246B8808" w14:textId="77777777" w:rsidR="0060008A" w:rsidRDefault="00000000">
      <w:sdt>
        <w:sdtPr>
          <w:alias w:val="Seleziona la risposta"/>
          <w:tag w:val="checkbox_1030"/>
          <w:id w:val="103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4C4E5D84" w14:textId="77777777" w:rsidR="0060008A" w:rsidRDefault="00000000">
      <w:sdt>
        <w:sdtPr>
          <w:alias w:val="Seleziona la risposta"/>
          <w:tag w:val="checkbox_1031"/>
          <w:id w:val="103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Ha smesso</w:t>
      </w:r>
    </w:p>
    <w:p w14:paraId="75667D26" w14:textId="77777777" w:rsidR="0060008A" w:rsidRDefault="00000000">
      <w:sdt>
        <w:sdtPr>
          <w:alias w:val="Seleziona la risposta"/>
          <w:tag w:val="checkbox_1032"/>
          <w:id w:val="10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7DBFFBB" w14:textId="77777777" w:rsidR="0060008A" w:rsidRDefault="00000000">
      <w:pPr>
        <w:pStyle w:val="Question"/>
        <w:spacing w:before="153" w:after="26"/>
      </w:pPr>
      <w:r>
        <w:t>A2. Cosa fuma/fumava? (possibili più risposte)</w:t>
      </w:r>
    </w:p>
    <w:p w14:paraId="4DEE9C8C" w14:textId="77777777" w:rsidR="0060008A" w:rsidRDefault="00000000">
      <w:sdt>
        <w:sdtPr>
          <w:alias w:val="Seleziona la risposta"/>
          <w:tag w:val="checkbox_1033"/>
          <w:id w:val="103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Sigarette</w:t>
      </w:r>
    </w:p>
    <w:p w14:paraId="55F88B30" w14:textId="77777777" w:rsidR="0060008A" w:rsidRDefault="00000000">
      <w:sdt>
        <w:sdtPr>
          <w:alias w:val="Seleziona la risposta"/>
          <w:tag w:val="checkbox_1034"/>
          <w:id w:val="103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Sigari</w:t>
      </w:r>
    </w:p>
    <w:p w14:paraId="3B009298" w14:textId="77777777" w:rsidR="0060008A" w:rsidRDefault="00000000">
      <w:sdt>
        <w:sdtPr>
          <w:alias w:val="Seleziona la risposta"/>
          <w:tag w:val="checkbox_1035"/>
          <w:id w:val="103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Pipa</w:t>
      </w:r>
    </w:p>
    <w:p w14:paraId="2004A91D" w14:textId="77777777" w:rsidR="0060008A" w:rsidRDefault="00000000">
      <w:sdt>
        <w:sdtPr>
          <w:alias w:val="Seleziona la risposta"/>
          <w:tag w:val="checkbox_1036"/>
          <w:id w:val="103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DD8737B" w14:textId="77777777" w:rsidR="0060008A" w:rsidRDefault="00000000">
      <w:pPr>
        <w:pStyle w:val="Question"/>
        <w:spacing w:before="153" w:after="26"/>
      </w:pPr>
      <w:r>
        <w:t>A3. Che tipologia di sigarette fumava?</w:t>
      </w:r>
    </w:p>
    <w:p w14:paraId="23D32D7F" w14:textId="77777777" w:rsidR="0060008A" w:rsidRDefault="00000000">
      <w:sdt>
        <w:sdtPr>
          <w:alias w:val="Seleziona la risposta"/>
          <w:tag w:val="checkbox_1037"/>
          <w:id w:val="103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Con filtro</w:t>
      </w:r>
    </w:p>
    <w:p w14:paraId="778525B1" w14:textId="77777777" w:rsidR="0060008A" w:rsidRDefault="00000000">
      <w:sdt>
        <w:sdtPr>
          <w:alias w:val="Seleziona la risposta"/>
          <w:tag w:val="checkbox_1038"/>
          <w:id w:val="103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Senza filtro</w:t>
      </w:r>
    </w:p>
    <w:p w14:paraId="4A03FF38" w14:textId="77777777" w:rsidR="0060008A" w:rsidRDefault="00000000">
      <w:sdt>
        <w:sdtPr>
          <w:alias w:val="Seleziona la risposta"/>
          <w:tag w:val="checkbox_1039"/>
          <w:id w:val="103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In parte con filtro, in parte senza</w:t>
      </w:r>
    </w:p>
    <w:p w14:paraId="1662F45E" w14:textId="77777777" w:rsidR="0060008A" w:rsidRDefault="00000000">
      <w:sdt>
        <w:sdtPr>
          <w:alias w:val="Seleziona la risposta"/>
          <w:tag w:val="checkbox_1040"/>
          <w:id w:val="104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D4578A3" w14:textId="77777777" w:rsidR="0060008A" w:rsidRDefault="00000000">
      <w:pPr>
        <w:pStyle w:val="Question"/>
        <w:spacing w:before="153" w:after="26"/>
      </w:pPr>
      <w:r>
        <w:t>A4. A che età o in quale anno ha iniziato a fumare?</w:t>
      </w:r>
    </w:p>
    <w:p w14:paraId="1D31F1CA" w14:textId="77777777" w:rsidR="0060008A" w:rsidRDefault="00000000">
      <w:r>
        <w:t xml:space="preserve">Età: </w:t>
      </w:r>
      <w:sdt>
        <w:sdtPr>
          <w:alias w:val="Campo di compilazione"/>
          <w:tag w:val="field_1041"/>
          <w:id w:val="1041"/>
          <w:text w:multiLine="1"/>
        </w:sdtPr>
        <w:sdtContent>
          <w:r>
            <w:t>_______</w:t>
          </w:r>
        </w:sdtContent>
      </w:sdt>
      <w:r>
        <w:t xml:space="preserve"> anno di inizio: </w:t>
      </w:r>
      <w:sdt>
        <w:sdtPr>
          <w:alias w:val="Campo di compilazione"/>
          <w:tag w:val="field_1042"/>
          <w:id w:val="1042"/>
          <w:text w:multiLine="1"/>
        </w:sdtPr>
        <w:sdtContent>
          <w:r>
            <w:t>_______</w:t>
          </w:r>
        </w:sdtContent>
      </w:sdt>
      <w:r>
        <w:t xml:space="preserve">   </w:t>
      </w:r>
      <w:sdt>
        <w:sdtPr>
          <w:alias w:val="Seleziona la risposta"/>
          <w:tag w:val="checkbox_1043"/>
          <w:id w:val="104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ricordo</w:t>
      </w:r>
    </w:p>
    <w:p w14:paraId="20158D81" w14:textId="77777777" w:rsidR="0060008A" w:rsidRDefault="00000000">
      <w:pPr>
        <w:pStyle w:val="Question"/>
        <w:spacing w:before="153" w:after="26"/>
      </w:pPr>
      <w:r>
        <w:t>A5. A che età o in quale anno ha smesso di fumare?</w:t>
      </w:r>
    </w:p>
    <w:p w14:paraId="75E24D66" w14:textId="77777777" w:rsidR="0060008A" w:rsidRDefault="00000000">
      <w:r>
        <w:t xml:space="preserve">Età: </w:t>
      </w:r>
      <w:sdt>
        <w:sdtPr>
          <w:alias w:val="Campo di compilazione"/>
          <w:tag w:val="field_1044"/>
          <w:id w:val="1044"/>
          <w:text w:multiLine="1"/>
        </w:sdtPr>
        <w:sdtContent>
          <w:r>
            <w:t>_______</w:t>
          </w:r>
        </w:sdtContent>
      </w:sdt>
      <w:r>
        <w:t xml:space="preserve"> anno in cui ha smesso: </w:t>
      </w:r>
      <w:sdt>
        <w:sdtPr>
          <w:alias w:val="Campo di compilazione"/>
          <w:tag w:val="field_1045"/>
          <w:id w:val="1045"/>
          <w:text w:multiLine="1"/>
        </w:sdtPr>
        <w:sdtContent>
          <w:r>
            <w:t>_______</w:t>
          </w:r>
        </w:sdtContent>
      </w:sdt>
      <w:r>
        <w:t xml:space="preserve">   </w:t>
      </w:r>
      <w:sdt>
        <w:sdtPr>
          <w:alias w:val="Seleziona la risposta"/>
          <w:tag w:val="checkbox_1046"/>
          <w:id w:val="104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ricordo</w:t>
      </w:r>
    </w:p>
    <w:p w14:paraId="05C04376" w14:textId="77777777" w:rsidR="0060008A" w:rsidRDefault="00000000">
      <w:pPr>
        <w:pStyle w:val="Question"/>
        <w:spacing w:before="153" w:after="26"/>
      </w:pPr>
      <w:r>
        <w:t>A6. Quante sigarette fuma/fumava al giorno?</w:t>
      </w:r>
    </w:p>
    <w:p w14:paraId="3BE8ADA8" w14:textId="77777777" w:rsidR="0060008A" w:rsidRDefault="00000000">
      <w:r>
        <w:t xml:space="preserve">Numero: </w:t>
      </w:r>
      <w:sdt>
        <w:sdtPr>
          <w:alias w:val="Campo di compilazione"/>
          <w:tag w:val="field_1047"/>
          <w:id w:val="1047"/>
          <w:text w:multiLine="1"/>
        </w:sdtPr>
        <w:sdtContent>
          <w:r>
            <w:t>_______</w:t>
          </w:r>
        </w:sdtContent>
      </w:sdt>
      <w:r>
        <w:t xml:space="preserve">   </w:t>
      </w:r>
      <w:sdt>
        <w:sdtPr>
          <w:alias w:val="Seleziona la risposta"/>
          <w:tag w:val="checkbox_1048"/>
          <w:id w:val="10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ricordo</w:t>
      </w:r>
    </w:p>
    <w:p w14:paraId="685ACAD0" w14:textId="77777777" w:rsidR="0060008A" w:rsidRDefault="00000000">
      <w:r>
        <w:br w:type="page"/>
      </w:r>
    </w:p>
    <w:p w14:paraId="7E238405" w14:textId="77777777" w:rsidR="0060008A" w:rsidRDefault="00000000">
      <w:pPr>
        <w:pStyle w:val="Source"/>
        <w:spacing w:after="180"/>
      </w:pPr>
      <w:bookmarkStart w:id="3" w:name="Fonte_149"/>
      <w:r>
        <w:rPr>
          <w:b/>
        </w:rPr>
        <w:t>B / STORIA PROFESSIONALE  •  FONTE: INAIL 2026, PAGINA 149</w:t>
      </w:r>
      <w:bookmarkEnd w:id="3"/>
    </w:p>
    <w:p w14:paraId="338CBAB0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B: STORIA PROFESSIONALE</w:t>
      </w:r>
    </w:p>
    <w:p w14:paraId="38E2C9FB" w14:textId="77777777" w:rsidR="0060008A" w:rsidRDefault="00000000">
      <w:pPr>
        <w:pStyle w:val="Question"/>
        <w:spacing w:before="150" w:after="26"/>
      </w:pPr>
      <w:r>
        <w:t>B1. Elencare tutti i lavori svolti, specificando periodi, nome dell’azienda e indirizzo della sede in cui lavorava, attività produttiva dell’azienda e del reparto, mansione. Elencare anche i lavori saltuari, stagionali, non regolarmente contrattualizzati, atipici ed il servizio militare, facendo attenzione a non lasciare buchi temporali. Inserire anche periodi di disoccupazione e lavoro casalingo.</w:t>
      </w:r>
    </w:p>
    <w:p w14:paraId="6F6B6611" w14:textId="77777777" w:rsidR="0060008A" w:rsidRDefault="00000000">
      <w:r>
        <w:t>Compilare una scheda specifica per ogni attività lavorativa svolta “Artigianato/Industria”, “Edilizia”, “Agricoltura”, “Militare” (anche per il periodo relativo al servizio militare di leva)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697"/>
        <w:gridCol w:w="993"/>
        <w:gridCol w:w="993"/>
        <w:gridCol w:w="993"/>
        <w:gridCol w:w="993"/>
        <w:gridCol w:w="2512"/>
        <w:gridCol w:w="2513"/>
      </w:tblGrid>
      <w:tr w:rsidR="0060008A" w14:paraId="4115EEF2" w14:textId="77777777">
        <w:trPr>
          <w:cantSplit/>
          <w:trHeight w:val="361"/>
          <w:tblHeader/>
          <w:jc w:val="center"/>
        </w:trPr>
        <w:tc>
          <w:tcPr>
            <w:tcW w:w="697" w:type="dxa"/>
            <w:vMerge w:val="restart"/>
            <w:shd w:val="clear" w:color="auto" w:fill="173B50"/>
            <w:vAlign w:val="center"/>
          </w:tcPr>
          <w:p w14:paraId="063789B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1986" w:type="dxa"/>
            <w:gridSpan w:val="2"/>
            <w:shd w:val="clear" w:color="auto" w:fill="173B50"/>
            <w:vAlign w:val="center"/>
          </w:tcPr>
          <w:p w14:paraId="1BAC29B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Inizio</w:t>
            </w:r>
          </w:p>
        </w:tc>
        <w:tc>
          <w:tcPr>
            <w:tcW w:w="1986" w:type="dxa"/>
            <w:gridSpan w:val="2"/>
            <w:shd w:val="clear" w:color="auto" w:fill="173B50"/>
            <w:vAlign w:val="center"/>
          </w:tcPr>
          <w:p w14:paraId="36C86C2E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Fine</w:t>
            </w:r>
          </w:p>
        </w:tc>
        <w:tc>
          <w:tcPr>
            <w:tcW w:w="2512" w:type="dxa"/>
            <w:vMerge w:val="restart"/>
            <w:shd w:val="clear" w:color="auto" w:fill="173B50"/>
            <w:vAlign w:val="center"/>
          </w:tcPr>
          <w:p w14:paraId="41EAE45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dell'azienda, sede e attività produttiva</w:t>
            </w:r>
          </w:p>
        </w:tc>
        <w:tc>
          <w:tcPr>
            <w:tcW w:w="2513" w:type="dxa"/>
            <w:vMerge w:val="restart"/>
            <w:shd w:val="clear" w:color="auto" w:fill="173B50"/>
            <w:vAlign w:val="center"/>
          </w:tcPr>
          <w:p w14:paraId="6B47EB2C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Mansione</w:t>
            </w:r>
          </w:p>
        </w:tc>
      </w:tr>
      <w:tr w:rsidR="0060008A" w14:paraId="300BA3D1" w14:textId="77777777">
        <w:trPr>
          <w:cantSplit/>
          <w:trHeight w:val="397"/>
          <w:tblHeader/>
          <w:jc w:val="center"/>
        </w:trPr>
        <w:tc>
          <w:tcPr>
            <w:tcW w:w="697" w:type="dxa"/>
            <w:vMerge/>
          </w:tcPr>
          <w:p w14:paraId="017C8C6A" w14:textId="77777777" w:rsidR="0060008A" w:rsidRDefault="0060008A"/>
        </w:tc>
        <w:tc>
          <w:tcPr>
            <w:tcW w:w="993" w:type="dxa"/>
            <w:shd w:val="clear" w:color="auto" w:fill="173B50"/>
            <w:vAlign w:val="center"/>
          </w:tcPr>
          <w:p w14:paraId="22237176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44C48320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41E73E00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5F426036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2512" w:type="dxa"/>
            <w:vMerge/>
          </w:tcPr>
          <w:p w14:paraId="1071EC22" w14:textId="77777777" w:rsidR="0060008A" w:rsidRDefault="0060008A"/>
        </w:tc>
        <w:tc>
          <w:tcPr>
            <w:tcW w:w="2513" w:type="dxa"/>
            <w:vMerge/>
          </w:tcPr>
          <w:p w14:paraId="7D7C9922" w14:textId="77777777" w:rsidR="0060008A" w:rsidRDefault="0060008A"/>
        </w:tc>
      </w:tr>
      <w:tr w:rsidR="0060008A" w14:paraId="57416115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4998432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49"/>
                <w:id w:val="104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154C17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0"/>
                <w:id w:val="105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B8E3EE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1"/>
                <w:id w:val="105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B1013E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2"/>
                <w:id w:val="105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32D9A6D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3"/>
                <w:id w:val="105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62E373F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4"/>
                <w:id w:val="105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4AE53C2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5"/>
                <w:id w:val="105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5AAF535F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0236565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6"/>
                <w:id w:val="105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99A4CA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7"/>
                <w:id w:val="105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2F7B536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8"/>
                <w:id w:val="105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293A56F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59"/>
                <w:id w:val="105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3E278B2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0"/>
                <w:id w:val="106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0E11A12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1"/>
                <w:id w:val="106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555FE3B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2"/>
                <w:id w:val="106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6CB59EBC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131E3B5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3"/>
                <w:id w:val="106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9D6DAD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4"/>
                <w:id w:val="106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1296FF7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5"/>
                <w:id w:val="106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45D448E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6"/>
                <w:id w:val="106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BFCE43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7"/>
                <w:id w:val="106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2FCBCAD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8"/>
                <w:id w:val="106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3831E1F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69"/>
                <w:id w:val="106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697EEBE5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0E97776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0"/>
                <w:id w:val="107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63CB791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1"/>
                <w:id w:val="107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FF036D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2"/>
                <w:id w:val="107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D74189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3"/>
                <w:id w:val="107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39E02DD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4"/>
                <w:id w:val="107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684AD0B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5"/>
                <w:id w:val="107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1936E1B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6"/>
                <w:id w:val="107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14FF3754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452CA10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7"/>
                <w:id w:val="107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C2A9EE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8"/>
                <w:id w:val="107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6A1DD19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79"/>
                <w:id w:val="107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14FE5C0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0"/>
                <w:id w:val="108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D1C7D8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1"/>
                <w:id w:val="108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4907DAB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2"/>
                <w:id w:val="108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4D5D728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3"/>
                <w:id w:val="108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1DFA5148" w14:textId="77777777" w:rsidR="0060008A" w:rsidRDefault="0060008A">
      <w:pPr>
        <w:spacing w:after="40" w:line="40" w:lineRule="exact"/>
      </w:pPr>
    </w:p>
    <w:p w14:paraId="270D00BD" w14:textId="77777777" w:rsidR="0060008A" w:rsidRDefault="00000000">
      <w:pPr>
        <w:pStyle w:val="FormNote"/>
      </w:pPr>
      <w:r>
        <w:t>Nota: in caso di lavoro discontinuo o saltuario, indicare la durata complessiva.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697"/>
        <w:gridCol w:w="993"/>
        <w:gridCol w:w="993"/>
        <w:gridCol w:w="993"/>
        <w:gridCol w:w="993"/>
        <w:gridCol w:w="2512"/>
        <w:gridCol w:w="2513"/>
      </w:tblGrid>
      <w:tr w:rsidR="0060008A" w14:paraId="4DD2BF5F" w14:textId="77777777">
        <w:trPr>
          <w:cantSplit/>
          <w:trHeight w:val="361"/>
          <w:tblHeader/>
          <w:jc w:val="center"/>
        </w:trPr>
        <w:tc>
          <w:tcPr>
            <w:tcW w:w="697" w:type="dxa"/>
            <w:vMerge w:val="restart"/>
            <w:shd w:val="clear" w:color="auto" w:fill="173B50"/>
            <w:vAlign w:val="center"/>
          </w:tcPr>
          <w:p w14:paraId="38E2145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1986" w:type="dxa"/>
            <w:gridSpan w:val="2"/>
            <w:shd w:val="clear" w:color="auto" w:fill="173B50"/>
            <w:vAlign w:val="center"/>
          </w:tcPr>
          <w:p w14:paraId="543465D0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Inizio</w:t>
            </w:r>
          </w:p>
        </w:tc>
        <w:tc>
          <w:tcPr>
            <w:tcW w:w="1986" w:type="dxa"/>
            <w:gridSpan w:val="2"/>
            <w:shd w:val="clear" w:color="auto" w:fill="173B50"/>
            <w:vAlign w:val="center"/>
          </w:tcPr>
          <w:p w14:paraId="7932CC94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Fine</w:t>
            </w:r>
          </w:p>
        </w:tc>
        <w:tc>
          <w:tcPr>
            <w:tcW w:w="2512" w:type="dxa"/>
            <w:vMerge w:val="restart"/>
            <w:shd w:val="clear" w:color="auto" w:fill="173B50"/>
            <w:vAlign w:val="center"/>
          </w:tcPr>
          <w:p w14:paraId="2CDF38D0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dell'azienda, sede e attività produttiva</w:t>
            </w:r>
          </w:p>
        </w:tc>
        <w:tc>
          <w:tcPr>
            <w:tcW w:w="2513" w:type="dxa"/>
            <w:vMerge w:val="restart"/>
            <w:shd w:val="clear" w:color="auto" w:fill="173B50"/>
            <w:vAlign w:val="center"/>
          </w:tcPr>
          <w:p w14:paraId="0A933E89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Mansione</w:t>
            </w:r>
          </w:p>
        </w:tc>
      </w:tr>
      <w:tr w:rsidR="0060008A" w14:paraId="0FC14DDD" w14:textId="77777777">
        <w:trPr>
          <w:cantSplit/>
          <w:trHeight w:val="397"/>
          <w:tblHeader/>
          <w:jc w:val="center"/>
        </w:trPr>
        <w:tc>
          <w:tcPr>
            <w:tcW w:w="697" w:type="dxa"/>
            <w:vMerge/>
          </w:tcPr>
          <w:p w14:paraId="290482CB" w14:textId="77777777" w:rsidR="0060008A" w:rsidRDefault="0060008A"/>
        </w:tc>
        <w:tc>
          <w:tcPr>
            <w:tcW w:w="993" w:type="dxa"/>
            <w:shd w:val="clear" w:color="auto" w:fill="173B50"/>
            <w:vAlign w:val="center"/>
          </w:tcPr>
          <w:p w14:paraId="2D1A731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6ABD64C2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7ECF63E7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993" w:type="dxa"/>
            <w:shd w:val="clear" w:color="auto" w:fill="173B50"/>
            <w:vAlign w:val="center"/>
          </w:tcPr>
          <w:p w14:paraId="753897AA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2512" w:type="dxa"/>
            <w:vMerge/>
          </w:tcPr>
          <w:p w14:paraId="171F539D" w14:textId="77777777" w:rsidR="0060008A" w:rsidRDefault="0060008A"/>
        </w:tc>
        <w:tc>
          <w:tcPr>
            <w:tcW w:w="2513" w:type="dxa"/>
            <w:vMerge/>
          </w:tcPr>
          <w:p w14:paraId="27D77572" w14:textId="77777777" w:rsidR="0060008A" w:rsidRDefault="0060008A"/>
        </w:tc>
      </w:tr>
      <w:tr w:rsidR="0060008A" w14:paraId="4477EFD7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05D4DAA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4"/>
                <w:id w:val="108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1D4D11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5"/>
                <w:id w:val="108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6C6667C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6"/>
                <w:id w:val="108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2FA8F46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7"/>
                <w:id w:val="108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FB4A71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8"/>
                <w:id w:val="108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507C47B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89"/>
                <w:id w:val="108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4AD7662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0"/>
                <w:id w:val="109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032F95C6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4838F1F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1"/>
                <w:id w:val="109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4BA8131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2"/>
                <w:id w:val="109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9F0F1D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3"/>
                <w:id w:val="109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B7B479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4"/>
                <w:id w:val="109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4376F87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5"/>
                <w:id w:val="109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46271AD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6"/>
                <w:id w:val="109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653D7E9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7"/>
                <w:id w:val="109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0711F85F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539171A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8"/>
                <w:id w:val="109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DC1A0F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099"/>
                <w:id w:val="109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847C11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0"/>
                <w:id w:val="110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3C6BDF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1"/>
                <w:id w:val="110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0A733C5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2"/>
                <w:id w:val="110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01DEE6F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3"/>
                <w:id w:val="110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5F4F7A4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4"/>
                <w:id w:val="110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26A25769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5771F61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5"/>
                <w:id w:val="110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49FA457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6"/>
                <w:id w:val="110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2148BFA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7"/>
                <w:id w:val="110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EED2B1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8"/>
                <w:id w:val="110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6B9A8E0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09"/>
                <w:id w:val="110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2348AF9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0"/>
                <w:id w:val="111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3684FB1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1"/>
                <w:id w:val="111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15083F19" w14:textId="77777777">
        <w:trPr>
          <w:cantSplit/>
          <w:trHeight w:val="320"/>
          <w:jc w:val="center"/>
        </w:trPr>
        <w:tc>
          <w:tcPr>
            <w:tcW w:w="697" w:type="dxa"/>
            <w:vAlign w:val="center"/>
          </w:tcPr>
          <w:p w14:paraId="3D0022B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2"/>
                <w:id w:val="111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4941DDC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3"/>
                <w:id w:val="111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7EE6778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4"/>
                <w:id w:val="111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6A8389F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5"/>
                <w:id w:val="111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93" w:type="dxa"/>
            <w:vAlign w:val="center"/>
          </w:tcPr>
          <w:p w14:paraId="5351D87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6"/>
                <w:id w:val="111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2" w:type="dxa"/>
            <w:vAlign w:val="center"/>
          </w:tcPr>
          <w:p w14:paraId="05EA75D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7"/>
                <w:id w:val="111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2513" w:type="dxa"/>
            <w:vAlign w:val="center"/>
          </w:tcPr>
          <w:p w14:paraId="0EB6C74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18"/>
                <w:id w:val="111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7869540E" w14:textId="77777777" w:rsidR="0060008A" w:rsidRDefault="0060008A">
      <w:pPr>
        <w:spacing w:after="40" w:line="40" w:lineRule="exact"/>
      </w:pPr>
    </w:p>
    <w:p w14:paraId="7BCAA334" w14:textId="77777777" w:rsidR="0060008A" w:rsidRDefault="00000000">
      <w:pPr>
        <w:pStyle w:val="FormNote"/>
      </w:pPr>
      <w:r>
        <w:t>Nota: in caso di lavoro discontinuo o saltuario, indicare la durata complessiva.</w:t>
      </w:r>
    </w:p>
    <w:p w14:paraId="27E4077D" w14:textId="77777777" w:rsidR="0060008A" w:rsidRDefault="00000000">
      <w:pPr>
        <w:pStyle w:val="Question"/>
        <w:spacing w:before="180" w:after="26"/>
      </w:pPr>
      <w:r>
        <w:t>B2. È a conoscenza di interventi di bonifica di materiali contenenti amianto (MCA) nelle aziende nelle quali ha lavorato?</w:t>
      </w:r>
    </w:p>
    <w:p w14:paraId="72001B27" w14:textId="77777777" w:rsidR="0060008A" w:rsidRDefault="00000000">
      <w:sdt>
        <w:sdtPr>
          <w:alias w:val="Seleziona la risposta"/>
          <w:tag w:val="checkbox_1119"/>
          <w:id w:val="111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120"/>
          <w:id w:val="11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121"/>
          <w:id w:val="11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91E91B8" w14:textId="77777777" w:rsidR="0060008A" w:rsidRDefault="00000000">
      <w:pPr>
        <w:spacing w:before="54"/>
      </w:pPr>
      <w:r>
        <w:t>Dettagliare:</w:t>
      </w:r>
    </w:p>
    <w:p w14:paraId="74C8FEB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22"/>
          <w:id w:val="1122"/>
          <w:text w:multiLine="1"/>
        </w:sdtPr>
        <w:sdtContent>
          <w:r>
            <w:t xml:space="preserve"> </w:t>
          </w:r>
        </w:sdtContent>
      </w:sdt>
    </w:p>
    <w:p w14:paraId="5DE04EC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23"/>
          <w:id w:val="1123"/>
          <w:text w:multiLine="1"/>
        </w:sdtPr>
        <w:sdtContent>
          <w:r>
            <w:t xml:space="preserve"> </w:t>
          </w:r>
        </w:sdtContent>
      </w:sdt>
    </w:p>
    <w:p w14:paraId="013C01C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24"/>
          <w:id w:val="1124"/>
          <w:text w:multiLine="1"/>
        </w:sdtPr>
        <w:sdtContent>
          <w:r>
            <w:t xml:space="preserve"> </w:t>
          </w:r>
        </w:sdtContent>
      </w:sdt>
    </w:p>
    <w:p w14:paraId="761D6AC3" w14:textId="77777777" w:rsidR="0060008A" w:rsidRDefault="00000000">
      <w:pPr>
        <w:pStyle w:val="Question"/>
        <w:spacing w:before="153" w:after="26"/>
      </w:pPr>
      <w:r>
        <w:t>B3. È eventualmente disponibile il Libretto di Lavoro e/o l’Estratto Contributivo?</w:t>
      </w:r>
    </w:p>
    <w:p w14:paraId="6195A683" w14:textId="77777777" w:rsidR="0060008A" w:rsidRDefault="00000000">
      <w:sdt>
        <w:sdtPr>
          <w:alias w:val="Seleziona la risposta"/>
          <w:tag w:val="checkbox_1125"/>
          <w:id w:val="11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126"/>
          <w:id w:val="11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127"/>
          <w:id w:val="11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521D5B8" w14:textId="77777777" w:rsidR="0060008A" w:rsidRDefault="00000000">
      <w:r>
        <w:br w:type="page"/>
      </w:r>
    </w:p>
    <w:p w14:paraId="3E10BD6C" w14:textId="77777777" w:rsidR="0060008A" w:rsidRDefault="00000000">
      <w:pPr>
        <w:pStyle w:val="Source"/>
        <w:spacing w:after="180"/>
      </w:pPr>
      <w:bookmarkStart w:id="4" w:name="Fonte_150"/>
      <w:r>
        <w:rPr>
          <w:b/>
        </w:rPr>
        <w:t>C / ESPOSIZIONE EXTRA-LAVORATIVA  •  FONTE: INAIL 2026, PAGINA 150</w:t>
      </w:r>
      <w:bookmarkEnd w:id="4"/>
    </w:p>
    <w:p w14:paraId="233FC050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C: ESPOSIZIONE EXTRA-LAVORATIVA</w:t>
      </w:r>
    </w:p>
    <w:p w14:paraId="5FC17C00" w14:textId="77777777" w:rsidR="0060008A" w:rsidRDefault="00000000">
      <w:pPr>
        <w:pStyle w:val="Question"/>
        <w:spacing w:before="150" w:after="26"/>
      </w:pPr>
      <w:r>
        <w:t>C1. Storia lavorativa dei familiari e conviventi</w:t>
      </w:r>
    </w:p>
    <w:p w14:paraId="1CBEFC05" w14:textId="77777777" w:rsidR="0060008A" w:rsidRDefault="00000000">
      <w:pPr>
        <w:pStyle w:val="Question"/>
        <w:spacing w:before="150" w:after="26"/>
      </w:pPr>
      <w:r>
        <w:t>C1.1 Compilare la tabella con la storia lavorativa dei familiari/conviventi, limitatamente al periodo di convivenza con il soggetto in esame. Se un familiare ha svolto più lavori nello stesso periodo, compilare una riga distinta per ciascun lavoro.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1515"/>
        <w:gridCol w:w="2440"/>
        <w:gridCol w:w="3244"/>
        <w:gridCol w:w="2495"/>
      </w:tblGrid>
      <w:tr w:rsidR="0060008A" w14:paraId="303FFD5B" w14:textId="77777777">
        <w:trPr>
          <w:cantSplit/>
          <w:trHeight w:val="758"/>
          <w:tblHeader/>
          <w:jc w:val="center"/>
        </w:trPr>
        <w:tc>
          <w:tcPr>
            <w:tcW w:w="1515" w:type="dxa"/>
            <w:shd w:val="clear" w:color="auto" w:fill="173B50"/>
            <w:vAlign w:val="center"/>
          </w:tcPr>
          <w:p w14:paraId="65D7147F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Grado di parentela</w:t>
            </w:r>
          </w:p>
        </w:tc>
        <w:tc>
          <w:tcPr>
            <w:tcW w:w="2440" w:type="dxa"/>
            <w:shd w:val="clear" w:color="auto" w:fill="173B50"/>
            <w:vAlign w:val="center"/>
          </w:tcPr>
          <w:p w14:paraId="073A2D53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 di convivenza (dal ____ al ____)</w:t>
            </w:r>
          </w:p>
        </w:tc>
        <w:tc>
          <w:tcPr>
            <w:tcW w:w="3244" w:type="dxa"/>
            <w:shd w:val="clear" w:color="auto" w:fill="173B50"/>
            <w:vAlign w:val="center"/>
          </w:tcPr>
          <w:p w14:paraId="5DE96CD1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Sommaria descrizione del lavoro (attività dell’azienda e mansione)</w:t>
            </w:r>
          </w:p>
        </w:tc>
        <w:tc>
          <w:tcPr>
            <w:tcW w:w="2495" w:type="dxa"/>
            <w:shd w:val="clear" w:color="auto" w:fill="173B50"/>
            <w:vAlign w:val="center"/>
          </w:tcPr>
          <w:p w14:paraId="5F007972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Il lavoro comportava uso di amianto o di MCA?</w:t>
            </w:r>
          </w:p>
        </w:tc>
      </w:tr>
      <w:tr w:rsidR="0060008A" w14:paraId="57218ED6" w14:textId="77777777">
        <w:trPr>
          <w:cantSplit/>
          <w:trHeight w:val="320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21E757F7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Padre</w:t>
            </w:r>
          </w:p>
        </w:tc>
        <w:tc>
          <w:tcPr>
            <w:tcW w:w="2440" w:type="dxa"/>
            <w:vAlign w:val="center"/>
          </w:tcPr>
          <w:p w14:paraId="4326524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28"/>
                <w:id w:val="112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302F6CC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29"/>
                <w:id w:val="112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266DA36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0"/>
                <w:id w:val="113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164B158F" w14:textId="77777777">
        <w:trPr>
          <w:cantSplit/>
          <w:trHeight w:val="320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3D719656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Madre</w:t>
            </w:r>
          </w:p>
        </w:tc>
        <w:tc>
          <w:tcPr>
            <w:tcW w:w="2440" w:type="dxa"/>
            <w:vAlign w:val="center"/>
          </w:tcPr>
          <w:p w14:paraId="49A13EF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1"/>
                <w:id w:val="113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49F9DF9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2"/>
                <w:id w:val="113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1202F3A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3"/>
                <w:id w:val="113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E76521E" w14:textId="77777777">
        <w:trPr>
          <w:cantSplit/>
          <w:trHeight w:val="320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5986BD07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Coniuge</w:t>
            </w:r>
          </w:p>
        </w:tc>
        <w:tc>
          <w:tcPr>
            <w:tcW w:w="2440" w:type="dxa"/>
            <w:vAlign w:val="center"/>
          </w:tcPr>
          <w:p w14:paraId="210EAA9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4"/>
                <w:id w:val="113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4AB2E55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5"/>
                <w:id w:val="113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4C14A12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6"/>
                <w:id w:val="113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3F979AB" w14:textId="77777777">
        <w:trPr>
          <w:cantSplit/>
          <w:trHeight w:val="320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2C392EA7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Altro</w:t>
            </w:r>
          </w:p>
        </w:tc>
        <w:tc>
          <w:tcPr>
            <w:tcW w:w="2440" w:type="dxa"/>
            <w:vAlign w:val="center"/>
          </w:tcPr>
          <w:p w14:paraId="28BF89C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7"/>
                <w:id w:val="113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571520E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8"/>
                <w:id w:val="113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609B618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39"/>
                <w:id w:val="113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1907828E" w14:textId="77777777">
        <w:trPr>
          <w:cantSplit/>
          <w:trHeight w:val="320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54BD781A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Convivente</w:t>
            </w:r>
          </w:p>
        </w:tc>
        <w:tc>
          <w:tcPr>
            <w:tcW w:w="2440" w:type="dxa"/>
            <w:vAlign w:val="center"/>
          </w:tcPr>
          <w:p w14:paraId="03B5554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0"/>
                <w:id w:val="114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5E94C0A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1"/>
                <w:id w:val="114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0BB0CF2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2"/>
                <w:id w:val="114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50283955" w14:textId="77777777" w:rsidR="0060008A" w:rsidRDefault="0060008A">
      <w:pPr>
        <w:spacing w:after="40" w:line="40" w:lineRule="exact"/>
      </w:pP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1515"/>
        <w:gridCol w:w="2440"/>
        <w:gridCol w:w="3244"/>
        <w:gridCol w:w="2495"/>
      </w:tblGrid>
      <w:tr w:rsidR="0060008A" w14:paraId="5931BA7C" w14:textId="77777777">
        <w:trPr>
          <w:cantSplit/>
          <w:trHeight w:val="758"/>
          <w:tblHeader/>
          <w:jc w:val="center"/>
        </w:trPr>
        <w:tc>
          <w:tcPr>
            <w:tcW w:w="1515" w:type="dxa"/>
            <w:shd w:val="clear" w:color="auto" w:fill="173B50"/>
            <w:vAlign w:val="center"/>
          </w:tcPr>
          <w:p w14:paraId="322C511D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Grado di parentela</w:t>
            </w:r>
          </w:p>
        </w:tc>
        <w:tc>
          <w:tcPr>
            <w:tcW w:w="2440" w:type="dxa"/>
            <w:shd w:val="clear" w:color="auto" w:fill="173B50"/>
            <w:vAlign w:val="center"/>
          </w:tcPr>
          <w:p w14:paraId="69309A3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 di convivenza (dal ____ al ____)</w:t>
            </w:r>
          </w:p>
        </w:tc>
        <w:tc>
          <w:tcPr>
            <w:tcW w:w="3244" w:type="dxa"/>
            <w:shd w:val="clear" w:color="auto" w:fill="173B50"/>
            <w:vAlign w:val="center"/>
          </w:tcPr>
          <w:p w14:paraId="0898A079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Sommaria descrizione del lavoro (attività dell’azienda e mansione)</w:t>
            </w:r>
          </w:p>
        </w:tc>
        <w:tc>
          <w:tcPr>
            <w:tcW w:w="2495" w:type="dxa"/>
            <w:shd w:val="clear" w:color="auto" w:fill="173B50"/>
            <w:vAlign w:val="center"/>
          </w:tcPr>
          <w:p w14:paraId="625104CB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Il lavoro comportava uso di amianto o di MCA?</w:t>
            </w:r>
          </w:p>
        </w:tc>
      </w:tr>
      <w:tr w:rsidR="0060008A" w14:paraId="136E0FC1" w14:textId="77777777">
        <w:trPr>
          <w:cantSplit/>
          <w:trHeight w:val="521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63CBFF9C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Altro convivente</w:t>
            </w:r>
          </w:p>
        </w:tc>
        <w:tc>
          <w:tcPr>
            <w:tcW w:w="2440" w:type="dxa"/>
            <w:vAlign w:val="center"/>
          </w:tcPr>
          <w:p w14:paraId="2419F85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3"/>
                <w:id w:val="114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1358CDF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4"/>
                <w:id w:val="114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50E2449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5"/>
                <w:id w:val="114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68D1DE9A" w14:textId="77777777">
        <w:trPr>
          <w:cantSplit/>
          <w:trHeight w:val="521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005F09C0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Altro convivente</w:t>
            </w:r>
          </w:p>
        </w:tc>
        <w:tc>
          <w:tcPr>
            <w:tcW w:w="2440" w:type="dxa"/>
            <w:vAlign w:val="center"/>
          </w:tcPr>
          <w:p w14:paraId="5905CBC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6"/>
                <w:id w:val="114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4E67D15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7"/>
                <w:id w:val="114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7FD6A70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8"/>
                <w:id w:val="114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B31C555" w14:textId="77777777">
        <w:trPr>
          <w:cantSplit/>
          <w:trHeight w:val="521"/>
          <w:jc w:val="center"/>
        </w:trPr>
        <w:tc>
          <w:tcPr>
            <w:tcW w:w="1515" w:type="dxa"/>
            <w:shd w:val="clear" w:color="auto" w:fill="EFF5F7"/>
            <w:vAlign w:val="center"/>
          </w:tcPr>
          <w:p w14:paraId="5655A2EB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Altro convivente</w:t>
            </w:r>
          </w:p>
        </w:tc>
        <w:tc>
          <w:tcPr>
            <w:tcW w:w="2440" w:type="dxa"/>
            <w:vAlign w:val="center"/>
          </w:tcPr>
          <w:p w14:paraId="2E57FD9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49"/>
                <w:id w:val="114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244" w:type="dxa"/>
            <w:vAlign w:val="center"/>
          </w:tcPr>
          <w:p w14:paraId="00A7889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50"/>
                <w:id w:val="115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95" w:type="dxa"/>
            <w:vAlign w:val="center"/>
          </w:tcPr>
          <w:p w14:paraId="36306F7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151"/>
                <w:id w:val="115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3F6C38A7" w14:textId="77777777" w:rsidR="0060008A" w:rsidRDefault="0060008A">
      <w:pPr>
        <w:spacing w:after="40" w:line="40" w:lineRule="exact"/>
      </w:pPr>
    </w:p>
    <w:p w14:paraId="35C6325D" w14:textId="77777777" w:rsidR="0060008A" w:rsidRDefault="00000000">
      <w:pPr>
        <w:pStyle w:val="Question"/>
        <w:spacing w:before="180" w:after="26"/>
      </w:pPr>
      <w:r>
        <w:t>C1.2 In caso di risposta affermativa alla domanda “Il lavoro comportava utilizzo di amianto o MCA?” (tabella C1.1) compilare la seguente scheda per ciascun congiunto/convivente:</w:t>
      </w:r>
    </w:p>
    <w:p w14:paraId="0F86EF82" w14:textId="77777777" w:rsidR="0060008A" w:rsidRDefault="00000000">
      <w:pPr>
        <w:spacing w:before="153"/>
      </w:pPr>
      <w:r>
        <w:t xml:space="preserve">Grado di parentela: </w:t>
      </w:r>
      <w:sdt>
        <w:sdtPr>
          <w:alias w:val="Campo di compilazione"/>
          <w:tag w:val="field_1152"/>
          <w:id w:val="1152"/>
          <w:text w:multiLine="1"/>
        </w:sdtPr>
        <w:sdtContent>
          <w:r>
            <w:t>_____________________________________________</w:t>
          </w:r>
        </w:sdtContent>
      </w:sdt>
    </w:p>
    <w:p w14:paraId="469EF9E9" w14:textId="77777777" w:rsidR="0060008A" w:rsidRDefault="00000000">
      <w:r>
        <w:t xml:space="preserve">Cognome e nome: </w:t>
      </w:r>
      <w:sdt>
        <w:sdtPr>
          <w:alias w:val="Campo di compilazione"/>
          <w:tag w:val="field_1153"/>
          <w:id w:val="1153"/>
          <w:text w:multiLine="1"/>
        </w:sdtPr>
        <w:sdtContent>
          <w:r>
            <w:t>_____________________________________________</w:t>
          </w:r>
        </w:sdtContent>
      </w:sdt>
    </w:p>
    <w:p w14:paraId="5BE63583" w14:textId="77777777" w:rsidR="0060008A" w:rsidRDefault="00000000">
      <w:r>
        <w:t xml:space="preserve">Se deceduto, causa di morte: </w:t>
      </w:r>
      <w:sdt>
        <w:sdtPr>
          <w:alias w:val="Campo di compilazione"/>
          <w:tag w:val="field_1154"/>
          <w:id w:val="1154"/>
          <w:text w:multiLine="1"/>
        </w:sdtPr>
        <w:sdtContent>
          <w:r>
            <w:t>_____________________________________________</w:t>
          </w:r>
        </w:sdtContent>
      </w:sdt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1134"/>
        <w:gridCol w:w="907"/>
        <w:gridCol w:w="1020"/>
        <w:gridCol w:w="907"/>
        <w:gridCol w:w="1474"/>
        <w:gridCol w:w="1871"/>
        <w:gridCol w:w="1814"/>
      </w:tblGrid>
      <w:tr w:rsidR="0060008A" w14:paraId="4C3282A8" w14:textId="77777777">
        <w:trPr>
          <w:cantSplit/>
          <w:trHeight w:val="995"/>
          <w:tblHeader/>
          <w:jc w:val="center"/>
        </w:trPr>
        <w:tc>
          <w:tcPr>
            <w:tcW w:w="1134" w:type="dxa"/>
            <w:shd w:val="clear" w:color="auto" w:fill="173B50"/>
            <w:vAlign w:val="center"/>
          </w:tcPr>
          <w:p w14:paraId="299FC29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Periodo di lavoro (dal ____ al ____)</w:t>
            </w:r>
          </w:p>
        </w:tc>
        <w:tc>
          <w:tcPr>
            <w:tcW w:w="907" w:type="dxa"/>
            <w:shd w:val="clear" w:color="auto" w:fill="173B50"/>
            <w:vAlign w:val="center"/>
          </w:tcPr>
          <w:p w14:paraId="70F84F07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azienda e sede</w:t>
            </w:r>
          </w:p>
        </w:tc>
        <w:tc>
          <w:tcPr>
            <w:tcW w:w="1020" w:type="dxa"/>
            <w:shd w:val="clear" w:color="auto" w:fill="173B50"/>
            <w:vAlign w:val="center"/>
          </w:tcPr>
          <w:p w14:paraId="00FCA048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Principali prodotti o servizi</w:t>
            </w:r>
          </w:p>
        </w:tc>
        <w:tc>
          <w:tcPr>
            <w:tcW w:w="907" w:type="dxa"/>
            <w:shd w:val="clear" w:color="auto" w:fill="173B50"/>
            <w:vAlign w:val="center"/>
          </w:tcPr>
          <w:p w14:paraId="769D8A7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Attività di reparto</w:t>
            </w:r>
          </w:p>
        </w:tc>
        <w:tc>
          <w:tcPr>
            <w:tcW w:w="1474" w:type="dxa"/>
            <w:shd w:val="clear" w:color="auto" w:fill="173B50"/>
            <w:vAlign w:val="center"/>
          </w:tcPr>
          <w:p w14:paraId="14D542A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Mansione e descrizione dell’attività svolta</w:t>
            </w:r>
          </w:p>
        </w:tc>
        <w:tc>
          <w:tcPr>
            <w:tcW w:w="1871" w:type="dxa"/>
            <w:shd w:val="clear" w:color="auto" w:fill="173B50"/>
            <w:vAlign w:val="center"/>
          </w:tcPr>
          <w:p w14:paraId="546A1299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Gli indumenti da lavoro venivano portati a casa?</w:t>
            </w:r>
          </w:p>
        </w:tc>
        <w:tc>
          <w:tcPr>
            <w:tcW w:w="1814" w:type="dxa"/>
            <w:shd w:val="clear" w:color="auto" w:fill="173B50"/>
            <w:vAlign w:val="center"/>
          </w:tcPr>
          <w:p w14:paraId="045857F2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Da chi venivano puliti gli indumenti da lavoro?</w:t>
            </w:r>
          </w:p>
        </w:tc>
      </w:tr>
      <w:tr w:rsidR="0060008A" w14:paraId="0D39040D" w14:textId="77777777">
        <w:trPr>
          <w:cantSplit/>
          <w:trHeight w:val="320"/>
          <w:jc w:val="center"/>
        </w:trPr>
        <w:tc>
          <w:tcPr>
            <w:tcW w:w="1134" w:type="dxa"/>
            <w:vAlign w:val="center"/>
          </w:tcPr>
          <w:p w14:paraId="48CB332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55"/>
                <w:id w:val="115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3676745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56"/>
                <w:id w:val="115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020" w:type="dxa"/>
            <w:vAlign w:val="center"/>
          </w:tcPr>
          <w:p w14:paraId="795A6CF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57"/>
                <w:id w:val="115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1D1362D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58"/>
                <w:id w:val="115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474" w:type="dxa"/>
            <w:vAlign w:val="center"/>
          </w:tcPr>
          <w:p w14:paraId="0BC4094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59"/>
                <w:id w:val="115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71" w:type="dxa"/>
            <w:vAlign w:val="center"/>
          </w:tcPr>
          <w:p w14:paraId="7AA5D37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0"/>
                <w:id w:val="116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14" w:type="dxa"/>
            <w:vAlign w:val="center"/>
          </w:tcPr>
          <w:p w14:paraId="46AD9BA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1"/>
                <w:id w:val="116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0ED0B272" w14:textId="77777777">
        <w:trPr>
          <w:cantSplit/>
          <w:trHeight w:val="320"/>
          <w:jc w:val="center"/>
        </w:trPr>
        <w:tc>
          <w:tcPr>
            <w:tcW w:w="1134" w:type="dxa"/>
            <w:vAlign w:val="center"/>
          </w:tcPr>
          <w:p w14:paraId="5F5D2AE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2"/>
                <w:id w:val="116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1443EB5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3"/>
                <w:id w:val="116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020" w:type="dxa"/>
            <w:vAlign w:val="center"/>
          </w:tcPr>
          <w:p w14:paraId="0CA9038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4"/>
                <w:id w:val="116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4AF973D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5"/>
                <w:id w:val="116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474" w:type="dxa"/>
            <w:vAlign w:val="center"/>
          </w:tcPr>
          <w:p w14:paraId="5EDCD29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6"/>
                <w:id w:val="116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71" w:type="dxa"/>
            <w:vAlign w:val="center"/>
          </w:tcPr>
          <w:p w14:paraId="5888F25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7"/>
                <w:id w:val="116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14" w:type="dxa"/>
            <w:vAlign w:val="center"/>
          </w:tcPr>
          <w:p w14:paraId="18C669A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68"/>
                <w:id w:val="116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775A7369" w14:textId="77777777" w:rsidR="0060008A" w:rsidRDefault="0060008A">
      <w:pPr>
        <w:spacing w:after="40" w:line="40" w:lineRule="exact"/>
      </w:pPr>
    </w:p>
    <w:p w14:paraId="640A8598" w14:textId="77777777" w:rsidR="0060008A" w:rsidRDefault="00000000">
      <w:r>
        <w:br w:type="page"/>
      </w:r>
    </w:p>
    <w:p w14:paraId="02B3FB34" w14:textId="77777777" w:rsidR="0060008A" w:rsidRDefault="00000000">
      <w:pPr>
        <w:pStyle w:val="Source"/>
        <w:spacing w:after="180"/>
      </w:pPr>
      <w:bookmarkStart w:id="5" w:name="Fonte_151"/>
      <w:r>
        <w:rPr>
          <w:b/>
        </w:rPr>
        <w:t>C / ESPOSIZIONE EXTRA-LAVORATIVA  •  FONTE: INAIL 2026, PAGINA 151</w:t>
      </w:r>
      <w:bookmarkEnd w:id="5"/>
    </w:p>
    <w:p w14:paraId="4DB8AB58" w14:textId="77777777" w:rsidR="0060008A" w:rsidRDefault="00000000">
      <w:r>
        <w:t xml:space="preserve">Grado di parentela: </w:t>
      </w:r>
      <w:sdt>
        <w:sdtPr>
          <w:alias w:val="Campo di compilazione"/>
          <w:tag w:val="field_1169"/>
          <w:id w:val="1169"/>
          <w:text w:multiLine="1"/>
        </w:sdtPr>
        <w:sdtContent>
          <w:r>
            <w:t>_____________________________________________</w:t>
          </w:r>
        </w:sdtContent>
      </w:sdt>
    </w:p>
    <w:p w14:paraId="40922451" w14:textId="77777777" w:rsidR="0060008A" w:rsidRDefault="00000000">
      <w:r>
        <w:t xml:space="preserve">Cognome e nome: </w:t>
      </w:r>
      <w:sdt>
        <w:sdtPr>
          <w:alias w:val="Campo di compilazione"/>
          <w:tag w:val="field_1170"/>
          <w:id w:val="1170"/>
          <w:text w:multiLine="1"/>
        </w:sdtPr>
        <w:sdtContent>
          <w:r>
            <w:t>_____________________________________________</w:t>
          </w:r>
        </w:sdtContent>
      </w:sdt>
    </w:p>
    <w:p w14:paraId="4187FDA2" w14:textId="77777777" w:rsidR="0060008A" w:rsidRDefault="00000000">
      <w:r>
        <w:t xml:space="preserve">Se deceduto, causa di morte: </w:t>
      </w:r>
      <w:sdt>
        <w:sdtPr>
          <w:alias w:val="Campo di compilazione"/>
          <w:tag w:val="field_1171"/>
          <w:id w:val="1171"/>
          <w:text w:multiLine="1"/>
        </w:sdtPr>
        <w:sdtContent>
          <w:r>
            <w:t>_____________________________________________</w:t>
          </w:r>
        </w:sdtContent>
      </w:sdt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1134"/>
        <w:gridCol w:w="907"/>
        <w:gridCol w:w="1020"/>
        <w:gridCol w:w="907"/>
        <w:gridCol w:w="1474"/>
        <w:gridCol w:w="1871"/>
        <w:gridCol w:w="1814"/>
      </w:tblGrid>
      <w:tr w:rsidR="0060008A" w14:paraId="440C215D" w14:textId="77777777">
        <w:trPr>
          <w:cantSplit/>
          <w:trHeight w:val="995"/>
          <w:tblHeader/>
          <w:jc w:val="center"/>
        </w:trPr>
        <w:tc>
          <w:tcPr>
            <w:tcW w:w="1134" w:type="dxa"/>
            <w:shd w:val="clear" w:color="auto" w:fill="173B50"/>
            <w:vAlign w:val="center"/>
          </w:tcPr>
          <w:p w14:paraId="191A1143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Periodo di lavoro (dal ____ al ____)</w:t>
            </w:r>
          </w:p>
        </w:tc>
        <w:tc>
          <w:tcPr>
            <w:tcW w:w="907" w:type="dxa"/>
            <w:shd w:val="clear" w:color="auto" w:fill="173B50"/>
            <w:vAlign w:val="center"/>
          </w:tcPr>
          <w:p w14:paraId="1814EFEA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azienda e sede</w:t>
            </w:r>
          </w:p>
        </w:tc>
        <w:tc>
          <w:tcPr>
            <w:tcW w:w="1020" w:type="dxa"/>
            <w:shd w:val="clear" w:color="auto" w:fill="173B50"/>
            <w:vAlign w:val="center"/>
          </w:tcPr>
          <w:p w14:paraId="76449CCD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Principali prodotti o servizi</w:t>
            </w:r>
          </w:p>
        </w:tc>
        <w:tc>
          <w:tcPr>
            <w:tcW w:w="907" w:type="dxa"/>
            <w:shd w:val="clear" w:color="auto" w:fill="173B50"/>
            <w:vAlign w:val="center"/>
          </w:tcPr>
          <w:p w14:paraId="41405889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Attività di reparto</w:t>
            </w:r>
          </w:p>
        </w:tc>
        <w:tc>
          <w:tcPr>
            <w:tcW w:w="1474" w:type="dxa"/>
            <w:shd w:val="clear" w:color="auto" w:fill="173B50"/>
            <w:vAlign w:val="center"/>
          </w:tcPr>
          <w:p w14:paraId="5C91678B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Mansione e descrizione dell’attività svolta</w:t>
            </w:r>
          </w:p>
        </w:tc>
        <w:tc>
          <w:tcPr>
            <w:tcW w:w="1871" w:type="dxa"/>
            <w:shd w:val="clear" w:color="auto" w:fill="173B50"/>
            <w:vAlign w:val="center"/>
          </w:tcPr>
          <w:p w14:paraId="513E2F4A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Gli indumenti da lavoro venivano portati a casa?</w:t>
            </w:r>
          </w:p>
        </w:tc>
        <w:tc>
          <w:tcPr>
            <w:tcW w:w="1814" w:type="dxa"/>
            <w:shd w:val="clear" w:color="auto" w:fill="173B50"/>
            <w:vAlign w:val="center"/>
          </w:tcPr>
          <w:p w14:paraId="59A90405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Da chi venivano puliti gli indumenti da lavoro?</w:t>
            </w:r>
          </w:p>
        </w:tc>
      </w:tr>
      <w:tr w:rsidR="0060008A" w14:paraId="0A9E0748" w14:textId="77777777">
        <w:trPr>
          <w:cantSplit/>
          <w:trHeight w:val="320"/>
          <w:jc w:val="center"/>
        </w:trPr>
        <w:tc>
          <w:tcPr>
            <w:tcW w:w="1134" w:type="dxa"/>
            <w:vAlign w:val="center"/>
          </w:tcPr>
          <w:p w14:paraId="2068B5B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2"/>
                <w:id w:val="117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6C0F170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3"/>
                <w:id w:val="117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020" w:type="dxa"/>
            <w:vAlign w:val="center"/>
          </w:tcPr>
          <w:p w14:paraId="19F3253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4"/>
                <w:id w:val="117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1FE74EF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5"/>
                <w:id w:val="117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474" w:type="dxa"/>
            <w:vAlign w:val="center"/>
          </w:tcPr>
          <w:p w14:paraId="07CD95C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6"/>
                <w:id w:val="117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71" w:type="dxa"/>
            <w:vAlign w:val="center"/>
          </w:tcPr>
          <w:p w14:paraId="74F8B02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7"/>
                <w:id w:val="117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14" w:type="dxa"/>
            <w:vAlign w:val="center"/>
          </w:tcPr>
          <w:p w14:paraId="038B1B2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8"/>
                <w:id w:val="117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6A536F4C" w14:textId="77777777">
        <w:trPr>
          <w:cantSplit/>
          <w:trHeight w:val="320"/>
          <w:jc w:val="center"/>
        </w:trPr>
        <w:tc>
          <w:tcPr>
            <w:tcW w:w="1134" w:type="dxa"/>
            <w:vAlign w:val="center"/>
          </w:tcPr>
          <w:p w14:paraId="6B8A13A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79"/>
                <w:id w:val="117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2B208D8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0"/>
                <w:id w:val="118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020" w:type="dxa"/>
            <w:vAlign w:val="center"/>
          </w:tcPr>
          <w:p w14:paraId="1AE1BC1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1"/>
                <w:id w:val="118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907" w:type="dxa"/>
            <w:vAlign w:val="center"/>
          </w:tcPr>
          <w:p w14:paraId="60F8E47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2"/>
                <w:id w:val="118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474" w:type="dxa"/>
            <w:vAlign w:val="center"/>
          </w:tcPr>
          <w:p w14:paraId="47609E1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3"/>
                <w:id w:val="118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71" w:type="dxa"/>
            <w:vAlign w:val="center"/>
          </w:tcPr>
          <w:p w14:paraId="609DA66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4"/>
                <w:id w:val="118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14" w:type="dxa"/>
            <w:vAlign w:val="center"/>
          </w:tcPr>
          <w:p w14:paraId="1B06AE2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85"/>
                <w:id w:val="118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1DE196BF" w14:textId="77777777" w:rsidR="0060008A" w:rsidRDefault="0060008A">
      <w:pPr>
        <w:spacing w:after="40" w:line="40" w:lineRule="exact"/>
      </w:pPr>
    </w:p>
    <w:p w14:paraId="7260D295" w14:textId="77777777" w:rsidR="0060008A" w:rsidRDefault="00000000">
      <w:pPr>
        <w:pStyle w:val="Question"/>
        <w:spacing w:before="180" w:after="26"/>
      </w:pPr>
      <w:r>
        <w:t>C1.3 Qualcuna delle persone con cui ha convissuto, ha mai ricevuto l’indennizzo da parte dell’Inail per Malattia Professionale?</w:t>
      </w:r>
    </w:p>
    <w:p w14:paraId="077B9CFC" w14:textId="77777777" w:rsidR="0060008A" w:rsidRDefault="00000000">
      <w:sdt>
        <w:sdtPr>
          <w:alias w:val="Seleziona la risposta"/>
          <w:tag w:val="checkbox_1186"/>
          <w:id w:val="118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187"/>
          <w:id w:val="118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188"/>
          <w:id w:val="118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C4236F4" w14:textId="77777777" w:rsidR="0060008A" w:rsidRDefault="00000000">
      <w:pPr>
        <w:spacing w:before="54"/>
      </w:pPr>
      <w:r>
        <w:t>Se sì, specificare chi, per quale malattia e quando ha ricevuto l’indennizzo:</w:t>
      </w:r>
    </w:p>
    <w:p w14:paraId="03430C7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89"/>
          <w:id w:val="1189"/>
          <w:text w:multiLine="1"/>
        </w:sdtPr>
        <w:sdtContent>
          <w:r>
            <w:t xml:space="preserve"> </w:t>
          </w:r>
        </w:sdtContent>
      </w:sdt>
    </w:p>
    <w:p w14:paraId="3E41818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90"/>
          <w:id w:val="1190"/>
          <w:text w:multiLine="1"/>
        </w:sdtPr>
        <w:sdtContent>
          <w:r>
            <w:t xml:space="preserve"> </w:t>
          </w:r>
        </w:sdtContent>
      </w:sdt>
    </w:p>
    <w:p w14:paraId="7211F0A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91"/>
          <w:id w:val="1191"/>
          <w:text w:multiLine="1"/>
        </w:sdtPr>
        <w:sdtContent>
          <w:r>
            <w:t xml:space="preserve"> </w:t>
          </w:r>
        </w:sdtContent>
      </w:sdt>
    </w:p>
    <w:p w14:paraId="354A2FC1" w14:textId="77777777" w:rsidR="0060008A" w:rsidRDefault="00000000">
      <w:pPr>
        <w:pStyle w:val="Question"/>
        <w:spacing w:before="153" w:after="26"/>
      </w:pPr>
      <w:r>
        <w:t>C1.4 Qualcuna delle persone con cui ha convissuto, ha mai portato a casa MCA (ad esempio lastre, cartone, tessuti in amianto, ecc.)?</w:t>
      </w:r>
    </w:p>
    <w:p w14:paraId="7A16C6F7" w14:textId="77777777" w:rsidR="0060008A" w:rsidRDefault="00000000">
      <w:sdt>
        <w:sdtPr>
          <w:alias w:val="Seleziona la risposta"/>
          <w:tag w:val="checkbox_1192"/>
          <w:id w:val="119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193"/>
          <w:id w:val="119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194"/>
          <w:id w:val="119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6DBF95A" w14:textId="77777777" w:rsidR="0060008A" w:rsidRDefault="00000000">
      <w:pPr>
        <w:spacing w:before="54"/>
      </w:pPr>
      <w:r>
        <w:t>Se sì, specificare il periodo e l’utilizzo che ne è stato fatto:</w:t>
      </w:r>
    </w:p>
    <w:p w14:paraId="4FF9C2D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95"/>
          <w:id w:val="1195"/>
          <w:text w:multiLine="1"/>
        </w:sdtPr>
        <w:sdtContent>
          <w:r>
            <w:t xml:space="preserve"> </w:t>
          </w:r>
        </w:sdtContent>
      </w:sdt>
    </w:p>
    <w:p w14:paraId="3BB4A77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96"/>
          <w:id w:val="1196"/>
          <w:text w:multiLine="1"/>
        </w:sdtPr>
        <w:sdtContent>
          <w:r>
            <w:t xml:space="preserve"> </w:t>
          </w:r>
        </w:sdtContent>
      </w:sdt>
    </w:p>
    <w:p w14:paraId="1C88852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197"/>
          <w:id w:val="1197"/>
          <w:text w:multiLine="1"/>
        </w:sdtPr>
        <w:sdtContent>
          <w:r>
            <w:t xml:space="preserve"> </w:t>
          </w:r>
        </w:sdtContent>
      </w:sdt>
    </w:p>
    <w:p w14:paraId="3C67E5C1" w14:textId="77777777" w:rsidR="0060008A" w:rsidRDefault="00000000">
      <w:pPr>
        <w:pStyle w:val="Question"/>
        <w:spacing w:before="180" w:after="26"/>
      </w:pPr>
      <w:r>
        <w:t>C2. Storia residenziale</w:t>
      </w:r>
    </w:p>
    <w:p w14:paraId="78E601BD" w14:textId="77777777" w:rsidR="0060008A" w:rsidRDefault="00000000">
      <w:pPr>
        <w:pStyle w:val="Question"/>
        <w:spacing w:before="150" w:after="26"/>
      </w:pPr>
      <w:r>
        <w:t>C2.1 Elencare tutte le abitazioni in cui ha vissuto, comprese quelle temporanee abitate complessivamente per almeno 2 mesi (ad esempio case di vacanza, alloggi per studio o lavoro, roulotte, camper, ecc.).</w:t>
      </w:r>
    </w:p>
    <w:p w14:paraId="2ADDADB1" w14:textId="77777777" w:rsidR="0060008A" w:rsidRDefault="00000000">
      <w:r>
        <w:br w:type="page"/>
      </w:r>
    </w:p>
    <w:p w14:paraId="155D26DC" w14:textId="77777777" w:rsidR="0060008A" w:rsidRDefault="00000000">
      <w:pPr>
        <w:pStyle w:val="Source"/>
        <w:spacing w:after="180"/>
      </w:pPr>
      <w:bookmarkStart w:id="6" w:name="Fonte_152"/>
      <w:r>
        <w:rPr>
          <w:b/>
        </w:rPr>
        <w:t>C / ESPOSIZIONE EXTRA-LAVORATIVA  •  FONTE: INAIL 2026, PAGINA 152</w:t>
      </w:r>
      <w:bookmarkEnd w:id="6"/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2333"/>
        <w:gridCol w:w="701"/>
        <w:gridCol w:w="759"/>
        <w:gridCol w:w="701"/>
        <w:gridCol w:w="759"/>
        <w:gridCol w:w="1869"/>
        <w:gridCol w:w="1285"/>
        <w:gridCol w:w="1286"/>
      </w:tblGrid>
      <w:tr w:rsidR="0060008A" w14:paraId="2A472820" w14:textId="77777777">
        <w:trPr>
          <w:cantSplit/>
          <w:trHeight w:val="361"/>
          <w:tblHeader/>
          <w:jc w:val="center"/>
        </w:trPr>
        <w:tc>
          <w:tcPr>
            <w:tcW w:w="2333" w:type="dxa"/>
            <w:vMerge w:val="restart"/>
            <w:shd w:val="clear" w:color="auto" w:fill="173B50"/>
            <w:vAlign w:val="center"/>
          </w:tcPr>
          <w:p w14:paraId="31A88B4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Numero progressivo delle abitazioni dalla nascita alla diagnosi</w:t>
            </w:r>
          </w:p>
        </w:tc>
        <w:tc>
          <w:tcPr>
            <w:tcW w:w="1460" w:type="dxa"/>
            <w:gridSpan w:val="2"/>
            <w:shd w:val="clear" w:color="auto" w:fill="173B50"/>
            <w:vAlign w:val="center"/>
          </w:tcPr>
          <w:p w14:paraId="29F510D2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Dal</w:t>
            </w:r>
          </w:p>
        </w:tc>
        <w:tc>
          <w:tcPr>
            <w:tcW w:w="1460" w:type="dxa"/>
            <w:gridSpan w:val="2"/>
            <w:shd w:val="clear" w:color="auto" w:fill="173B50"/>
            <w:vAlign w:val="center"/>
          </w:tcPr>
          <w:p w14:paraId="399307D4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Al</w:t>
            </w:r>
          </w:p>
        </w:tc>
        <w:tc>
          <w:tcPr>
            <w:tcW w:w="1869" w:type="dxa"/>
            <w:vMerge w:val="restart"/>
            <w:shd w:val="clear" w:color="auto" w:fill="173B50"/>
            <w:vAlign w:val="center"/>
          </w:tcPr>
          <w:p w14:paraId="58A02B0D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comune e sigla provincia</w:t>
            </w:r>
          </w:p>
        </w:tc>
        <w:tc>
          <w:tcPr>
            <w:tcW w:w="1285" w:type="dxa"/>
            <w:vMerge w:val="restart"/>
            <w:shd w:val="clear" w:color="auto" w:fill="173B50"/>
            <w:vAlign w:val="center"/>
          </w:tcPr>
          <w:p w14:paraId="13A0862A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Indirizzo</w:t>
            </w:r>
          </w:p>
        </w:tc>
        <w:tc>
          <w:tcPr>
            <w:tcW w:w="1286" w:type="dxa"/>
            <w:vMerge w:val="restart"/>
            <w:shd w:val="clear" w:color="auto" w:fill="173B50"/>
            <w:vAlign w:val="center"/>
          </w:tcPr>
          <w:p w14:paraId="1047B714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Tipo di abitazione (*)</w:t>
            </w:r>
          </w:p>
        </w:tc>
      </w:tr>
      <w:tr w:rsidR="0060008A" w14:paraId="284D92CC" w14:textId="77777777">
        <w:trPr>
          <w:cantSplit/>
          <w:trHeight w:val="397"/>
          <w:tblHeader/>
          <w:jc w:val="center"/>
        </w:trPr>
        <w:tc>
          <w:tcPr>
            <w:tcW w:w="2333" w:type="dxa"/>
            <w:vMerge/>
          </w:tcPr>
          <w:p w14:paraId="06DB0D66" w14:textId="77777777" w:rsidR="0060008A" w:rsidRDefault="0060008A"/>
        </w:tc>
        <w:tc>
          <w:tcPr>
            <w:tcW w:w="701" w:type="dxa"/>
            <w:shd w:val="clear" w:color="auto" w:fill="173B50"/>
            <w:vAlign w:val="center"/>
          </w:tcPr>
          <w:p w14:paraId="1C9DB742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759" w:type="dxa"/>
            <w:shd w:val="clear" w:color="auto" w:fill="173B50"/>
            <w:vAlign w:val="center"/>
          </w:tcPr>
          <w:p w14:paraId="698C111A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701" w:type="dxa"/>
            <w:shd w:val="clear" w:color="auto" w:fill="173B50"/>
            <w:vAlign w:val="center"/>
          </w:tcPr>
          <w:p w14:paraId="3D790024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759" w:type="dxa"/>
            <w:shd w:val="clear" w:color="auto" w:fill="173B50"/>
            <w:vAlign w:val="center"/>
          </w:tcPr>
          <w:p w14:paraId="66073BEB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1869" w:type="dxa"/>
            <w:vMerge/>
          </w:tcPr>
          <w:p w14:paraId="3E929437" w14:textId="77777777" w:rsidR="0060008A" w:rsidRDefault="0060008A"/>
        </w:tc>
        <w:tc>
          <w:tcPr>
            <w:tcW w:w="1285" w:type="dxa"/>
            <w:vMerge/>
          </w:tcPr>
          <w:p w14:paraId="184CE6C3" w14:textId="77777777" w:rsidR="0060008A" w:rsidRDefault="0060008A"/>
        </w:tc>
        <w:tc>
          <w:tcPr>
            <w:tcW w:w="1286" w:type="dxa"/>
            <w:vMerge/>
          </w:tcPr>
          <w:p w14:paraId="593D8614" w14:textId="77777777" w:rsidR="0060008A" w:rsidRDefault="0060008A"/>
        </w:tc>
      </w:tr>
      <w:tr w:rsidR="0060008A" w14:paraId="638AEF06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4305544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98"/>
                <w:id w:val="119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3E80170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199"/>
                <w:id w:val="119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52FFD6C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0"/>
                <w:id w:val="120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3BDEB64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1"/>
                <w:id w:val="120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6A04A26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2"/>
                <w:id w:val="120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4ED741F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3"/>
                <w:id w:val="120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330AF7A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4"/>
                <w:id w:val="120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46CA8CD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5"/>
                <w:id w:val="120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557986D8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640092D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6"/>
                <w:id w:val="120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050F38C0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7"/>
                <w:id w:val="120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3400D90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8"/>
                <w:id w:val="120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1F92624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09"/>
                <w:id w:val="120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4DD1AA0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0"/>
                <w:id w:val="121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7F7536D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1"/>
                <w:id w:val="121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4EC4F36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2"/>
                <w:id w:val="121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74BB6E0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3"/>
                <w:id w:val="121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641C4C96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3236E73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4"/>
                <w:id w:val="121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7F50B4D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5"/>
                <w:id w:val="121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5635AA9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6"/>
                <w:id w:val="121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63DE35A6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7"/>
                <w:id w:val="121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5EBD167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8"/>
                <w:id w:val="121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1714BCE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19"/>
                <w:id w:val="121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11A0080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0"/>
                <w:id w:val="122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4360655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1"/>
                <w:id w:val="122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2CB3071C" w14:textId="77777777" w:rsidR="0060008A" w:rsidRDefault="0060008A">
      <w:pPr>
        <w:spacing w:after="40" w:line="40" w:lineRule="exact"/>
      </w:pPr>
    </w:p>
    <w:p w14:paraId="6B24973C" w14:textId="77777777" w:rsidR="0060008A" w:rsidRDefault="00000000">
      <w:pPr>
        <w:pStyle w:val="FormNote"/>
        <w:spacing w:before="57"/>
      </w:pPr>
      <w:r>
        <w:t>(*) Tipi di abitazione: 1 = Rurale o Cascina; 2 = Casa unifamiliare o Villa; 3 = Condominio; 4 = Comunità (pensionati, caserme, collegi, RSA); 5 = Altro (specificare)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2333"/>
        <w:gridCol w:w="701"/>
        <w:gridCol w:w="759"/>
        <w:gridCol w:w="701"/>
        <w:gridCol w:w="759"/>
        <w:gridCol w:w="1869"/>
        <w:gridCol w:w="1285"/>
        <w:gridCol w:w="1286"/>
      </w:tblGrid>
      <w:tr w:rsidR="0060008A" w14:paraId="1E8CEEE7" w14:textId="77777777">
        <w:trPr>
          <w:cantSplit/>
          <w:trHeight w:val="361"/>
          <w:tblHeader/>
          <w:jc w:val="center"/>
        </w:trPr>
        <w:tc>
          <w:tcPr>
            <w:tcW w:w="2333" w:type="dxa"/>
            <w:vMerge w:val="restart"/>
            <w:shd w:val="clear" w:color="auto" w:fill="173B50"/>
            <w:vAlign w:val="center"/>
          </w:tcPr>
          <w:p w14:paraId="75CABF5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Numero progressivo delle abitazioni dalla nascita alla diagnosi</w:t>
            </w:r>
          </w:p>
        </w:tc>
        <w:tc>
          <w:tcPr>
            <w:tcW w:w="1460" w:type="dxa"/>
            <w:gridSpan w:val="2"/>
            <w:shd w:val="clear" w:color="auto" w:fill="173B50"/>
            <w:vAlign w:val="center"/>
          </w:tcPr>
          <w:p w14:paraId="7E1C92F9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Dal</w:t>
            </w:r>
          </w:p>
        </w:tc>
        <w:tc>
          <w:tcPr>
            <w:tcW w:w="1460" w:type="dxa"/>
            <w:gridSpan w:val="2"/>
            <w:shd w:val="clear" w:color="auto" w:fill="173B50"/>
            <w:vAlign w:val="center"/>
          </w:tcPr>
          <w:p w14:paraId="293F5737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Al</w:t>
            </w:r>
          </w:p>
        </w:tc>
        <w:tc>
          <w:tcPr>
            <w:tcW w:w="1869" w:type="dxa"/>
            <w:vMerge w:val="restart"/>
            <w:shd w:val="clear" w:color="auto" w:fill="173B50"/>
            <w:vAlign w:val="center"/>
          </w:tcPr>
          <w:p w14:paraId="7E019D16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Nome comune e sigla provincia</w:t>
            </w:r>
          </w:p>
        </w:tc>
        <w:tc>
          <w:tcPr>
            <w:tcW w:w="1285" w:type="dxa"/>
            <w:vMerge w:val="restart"/>
            <w:shd w:val="clear" w:color="auto" w:fill="173B50"/>
            <w:vAlign w:val="center"/>
          </w:tcPr>
          <w:p w14:paraId="1EF45978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Indirizzo</w:t>
            </w:r>
          </w:p>
        </w:tc>
        <w:tc>
          <w:tcPr>
            <w:tcW w:w="1286" w:type="dxa"/>
            <w:vMerge w:val="restart"/>
            <w:shd w:val="clear" w:color="auto" w:fill="173B50"/>
            <w:vAlign w:val="center"/>
          </w:tcPr>
          <w:p w14:paraId="1F190977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Tipo di abitazione (*)</w:t>
            </w:r>
          </w:p>
        </w:tc>
      </w:tr>
      <w:tr w:rsidR="0060008A" w14:paraId="2BE414AA" w14:textId="77777777">
        <w:trPr>
          <w:cantSplit/>
          <w:trHeight w:val="397"/>
          <w:tblHeader/>
          <w:jc w:val="center"/>
        </w:trPr>
        <w:tc>
          <w:tcPr>
            <w:tcW w:w="2333" w:type="dxa"/>
            <w:vMerge/>
          </w:tcPr>
          <w:p w14:paraId="1FB5D123" w14:textId="77777777" w:rsidR="0060008A" w:rsidRDefault="0060008A"/>
        </w:tc>
        <w:tc>
          <w:tcPr>
            <w:tcW w:w="701" w:type="dxa"/>
            <w:shd w:val="clear" w:color="auto" w:fill="173B50"/>
            <w:vAlign w:val="center"/>
          </w:tcPr>
          <w:p w14:paraId="1D24EE8E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759" w:type="dxa"/>
            <w:shd w:val="clear" w:color="auto" w:fill="173B50"/>
            <w:vAlign w:val="center"/>
          </w:tcPr>
          <w:p w14:paraId="2CE071F6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701" w:type="dxa"/>
            <w:shd w:val="clear" w:color="auto" w:fill="173B50"/>
            <w:vAlign w:val="center"/>
          </w:tcPr>
          <w:p w14:paraId="3980C2EF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Età</w:t>
            </w:r>
          </w:p>
        </w:tc>
        <w:tc>
          <w:tcPr>
            <w:tcW w:w="759" w:type="dxa"/>
            <w:shd w:val="clear" w:color="auto" w:fill="173B50"/>
            <w:vAlign w:val="center"/>
          </w:tcPr>
          <w:p w14:paraId="1BC31920" w14:textId="77777777" w:rsidR="0060008A" w:rsidRDefault="00000000">
            <w:pPr>
              <w:spacing w:line="218" w:lineRule="exact"/>
              <w:jc w:val="center"/>
            </w:pPr>
            <w:r>
              <w:rPr>
                <w:b/>
                <w:color w:val="FFFFFF"/>
                <w:sz w:val="18"/>
              </w:rPr>
              <w:t>Anno</w:t>
            </w:r>
          </w:p>
        </w:tc>
        <w:tc>
          <w:tcPr>
            <w:tcW w:w="1869" w:type="dxa"/>
            <w:vMerge/>
          </w:tcPr>
          <w:p w14:paraId="26A7B359" w14:textId="77777777" w:rsidR="0060008A" w:rsidRDefault="0060008A"/>
        </w:tc>
        <w:tc>
          <w:tcPr>
            <w:tcW w:w="1285" w:type="dxa"/>
            <w:vMerge/>
          </w:tcPr>
          <w:p w14:paraId="0A982531" w14:textId="77777777" w:rsidR="0060008A" w:rsidRDefault="0060008A"/>
        </w:tc>
        <w:tc>
          <w:tcPr>
            <w:tcW w:w="1286" w:type="dxa"/>
            <w:vMerge/>
          </w:tcPr>
          <w:p w14:paraId="09D783B3" w14:textId="77777777" w:rsidR="0060008A" w:rsidRDefault="0060008A"/>
        </w:tc>
      </w:tr>
      <w:tr w:rsidR="0060008A" w14:paraId="13467E76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67F97ECB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2"/>
                <w:id w:val="122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6982250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3"/>
                <w:id w:val="122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40D49F32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4"/>
                <w:id w:val="122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37EC067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5"/>
                <w:id w:val="122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74C12A7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6"/>
                <w:id w:val="122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3187279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7"/>
                <w:id w:val="122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2907B323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8"/>
                <w:id w:val="122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27701E48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29"/>
                <w:id w:val="122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09C186DE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126E213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0"/>
                <w:id w:val="123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25FD75E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1"/>
                <w:id w:val="123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07A1E65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2"/>
                <w:id w:val="123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690F020E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3"/>
                <w:id w:val="123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7FCEBA7C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4"/>
                <w:id w:val="123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38D51A5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5"/>
                <w:id w:val="123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62612A3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6"/>
                <w:id w:val="1236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449E58CD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7"/>
                <w:id w:val="1237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  <w:tr w:rsidR="0060008A" w14:paraId="67AF9FDE" w14:textId="77777777">
        <w:trPr>
          <w:cantSplit/>
          <w:trHeight w:val="320"/>
          <w:jc w:val="center"/>
        </w:trPr>
        <w:tc>
          <w:tcPr>
            <w:tcW w:w="2333" w:type="dxa"/>
            <w:vAlign w:val="center"/>
          </w:tcPr>
          <w:p w14:paraId="605FB6A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8"/>
                <w:id w:val="1238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52F02EB7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39"/>
                <w:id w:val="1239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633D05D5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0"/>
                <w:id w:val="1240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01" w:type="dxa"/>
            <w:vAlign w:val="center"/>
          </w:tcPr>
          <w:p w14:paraId="3715B70A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1"/>
                <w:id w:val="1241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759" w:type="dxa"/>
            <w:vAlign w:val="center"/>
          </w:tcPr>
          <w:p w14:paraId="571BBB5F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2"/>
                <w:id w:val="1242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869" w:type="dxa"/>
            <w:vAlign w:val="center"/>
          </w:tcPr>
          <w:p w14:paraId="5DF002F4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3"/>
                <w:id w:val="1243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5" w:type="dxa"/>
            <w:vAlign w:val="center"/>
          </w:tcPr>
          <w:p w14:paraId="5BAE2381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4"/>
                <w:id w:val="1244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  <w:tc>
          <w:tcPr>
            <w:tcW w:w="1286" w:type="dxa"/>
            <w:vAlign w:val="center"/>
          </w:tcPr>
          <w:p w14:paraId="4294F609" w14:textId="77777777" w:rsidR="0060008A" w:rsidRDefault="00000000">
            <w:pPr>
              <w:spacing w:line="218" w:lineRule="exact"/>
            </w:pPr>
            <w:sdt>
              <w:sdtPr>
                <w:alias w:val="Campo di compilazione"/>
                <w:tag w:val="field_1245"/>
                <w:id w:val="1245"/>
                <w:text w:multiLine="1"/>
              </w:sdtPr>
              <w:sdtContent>
                <w:r>
                  <w:rPr>
                    <w:sz w:val="18"/>
                  </w:rPr>
                  <w:t xml:space="preserve"> </w:t>
                </w:r>
              </w:sdtContent>
            </w:sdt>
          </w:p>
        </w:tc>
      </w:tr>
    </w:tbl>
    <w:p w14:paraId="5794F75E" w14:textId="77777777" w:rsidR="0060008A" w:rsidRDefault="0060008A">
      <w:pPr>
        <w:spacing w:after="40" w:line="40" w:lineRule="exact"/>
      </w:pPr>
    </w:p>
    <w:p w14:paraId="08E2A453" w14:textId="77777777" w:rsidR="0060008A" w:rsidRDefault="00000000">
      <w:pPr>
        <w:pStyle w:val="FormNote"/>
        <w:spacing w:before="57"/>
      </w:pPr>
      <w:r>
        <w:t>(*) Tipi di abitazione: 1 = Rurale o Cascina; 2 = Casa unifamiliare o Villa; 3 = Condominio; 4 = Comunità (pensionati, caserme, collegi, RSA); 5 = Altro (specificare)</w:t>
      </w:r>
    </w:p>
    <w:p w14:paraId="79C6A917" w14:textId="77777777" w:rsidR="0060008A" w:rsidRDefault="00000000">
      <w:pPr>
        <w:pStyle w:val="Question"/>
        <w:spacing w:before="180" w:after="26"/>
      </w:pPr>
      <w:r>
        <w:t>C2.2 In alcune delle abitazioni sopra elencate erano presenti manufatti in cemento amianto (comignoli, canne fumarie, vasche/serbatoi per l’acqua, coperture orizzontali e/o verticali di pollai o legnaie, garage, ecc.)?</w:t>
      </w:r>
    </w:p>
    <w:p w14:paraId="5551C640" w14:textId="77777777" w:rsidR="0060008A" w:rsidRDefault="00000000">
      <w:sdt>
        <w:sdtPr>
          <w:alias w:val="Seleziona la risposta"/>
          <w:tag w:val="checkbox_1246"/>
          <w:id w:val="124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247"/>
          <w:id w:val="124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248"/>
          <w:id w:val="12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D2F587F" w14:textId="77777777" w:rsidR="0060008A" w:rsidRDefault="00000000">
      <w:pPr>
        <w:spacing w:before="54"/>
      </w:pPr>
      <w:r>
        <w:t>Se sì, specificare in quale/i abitazione/i, il tipo di manufatto e descrivere eventuali operazioni di installazione, modifica, manutenzione o rimozione:</w:t>
      </w:r>
    </w:p>
    <w:p w14:paraId="5C62D26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49"/>
          <w:id w:val="1249"/>
          <w:text w:multiLine="1"/>
        </w:sdtPr>
        <w:sdtContent>
          <w:r>
            <w:t xml:space="preserve"> </w:t>
          </w:r>
        </w:sdtContent>
      </w:sdt>
    </w:p>
    <w:p w14:paraId="562ECA8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50"/>
          <w:id w:val="1250"/>
          <w:text w:multiLine="1"/>
        </w:sdtPr>
        <w:sdtContent>
          <w:r>
            <w:t xml:space="preserve"> </w:t>
          </w:r>
        </w:sdtContent>
      </w:sdt>
    </w:p>
    <w:p w14:paraId="5C1D7D3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51"/>
          <w:id w:val="1251"/>
          <w:text w:multiLine="1"/>
        </w:sdtPr>
        <w:sdtContent>
          <w:r>
            <w:t xml:space="preserve"> </w:t>
          </w:r>
        </w:sdtContent>
      </w:sdt>
    </w:p>
    <w:p w14:paraId="72592900" w14:textId="77777777" w:rsidR="0060008A" w:rsidRDefault="00000000">
      <w:pPr>
        <w:spacing w:before="153"/>
      </w:pPr>
      <w:r>
        <w:t>Chi ha effettuato gli interventi?</w:t>
      </w:r>
    </w:p>
    <w:p w14:paraId="6186E18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52"/>
          <w:id w:val="1252"/>
          <w:text w:multiLine="1"/>
        </w:sdtPr>
        <w:sdtContent>
          <w:r>
            <w:t xml:space="preserve"> </w:t>
          </w:r>
        </w:sdtContent>
      </w:sdt>
    </w:p>
    <w:p w14:paraId="0E86F40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53"/>
          <w:id w:val="1253"/>
          <w:text w:multiLine="1"/>
        </w:sdtPr>
        <w:sdtContent>
          <w:r>
            <w:t xml:space="preserve"> </w:t>
          </w:r>
        </w:sdtContent>
      </w:sdt>
    </w:p>
    <w:p w14:paraId="6A4D61C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54"/>
          <w:id w:val="1254"/>
          <w:text w:multiLine="1"/>
        </w:sdtPr>
        <w:sdtContent>
          <w:r>
            <w:t xml:space="preserve"> </w:t>
          </w:r>
        </w:sdtContent>
      </w:sdt>
    </w:p>
    <w:p w14:paraId="35ADCF76" w14:textId="77777777" w:rsidR="0060008A" w:rsidRDefault="00000000">
      <w:pPr>
        <w:spacing w:before="153"/>
      </w:pPr>
      <w:r>
        <w:t>Era presente durante gli interventi sopra descritti?</w:t>
      </w:r>
    </w:p>
    <w:p w14:paraId="67FCC179" w14:textId="77777777" w:rsidR="0060008A" w:rsidRDefault="00000000">
      <w:sdt>
        <w:sdtPr>
          <w:alias w:val="Seleziona la risposta"/>
          <w:tag w:val="checkbox_1255"/>
          <w:id w:val="125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256"/>
          <w:id w:val="12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66973677" w14:textId="77777777" w:rsidR="0060008A" w:rsidRDefault="00000000">
      <w:pPr>
        <w:spacing w:before="153"/>
      </w:pPr>
      <w:r>
        <w:t>Ha partecipato attivamente agli interventi sopra descritti?</w:t>
      </w:r>
    </w:p>
    <w:p w14:paraId="52116891" w14:textId="77777777" w:rsidR="0060008A" w:rsidRDefault="00000000">
      <w:sdt>
        <w:sdtPr>
          <w:alias w:val="Seleziona la risposta"/>
          <w:tag w:val="checkbox_1257"/>
          <w:id w:val="125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258"/>
          <w:id w:val="125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00E56DC1" w14:textId="77777777" w:rsidR="0060008A" w:rsidRDefault="00000000">
      <w:pPr>
        <w:pStyle w:val="Question"/>
        <w:spacing w:before="153" w:after="26"/>
      </w:pPr>
      <w:r>
        <w:t>C2.3 È a conoscenza di interventi di bonifica di MCA nelle abitazioni sopra elencate?</w:t>
      </w:r>
    </w:p>
    <w:p w14:paraId="7CB027E0" w14:textId="77777777" w:rsidR="0060008A" w:rsidRDefault="00000000">
      <w:sdt>
        <w:sdtPr>
          <w:alias w:val="Seleziona la risposta"/>
          <w:tag w:val="checkbox_1259"/>
          <w:id w:val="12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260"/>
          <w:id w:val="126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261"/>
          <w:id w:val="126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CF6C75F" w14:textId="77777777" w:rsidR="0060008A" w:rsidRDefault="00000000">
      <w:r>
        <w:br w:type="page"/>
      </w:r>
    </w:p>
    <w:p w14:paraId="724B446D" w14:textId="77777777" w:rsidR="0060008A" w:rsidRDefault="00000000">
      <w:pPr>
        <w:pStyle w:val="Source"/>
        <w:spacing w:after="180"/>
      </w:pPr>
      <w:bookmarkStart w:id="7" w:name="Fonte_153"/>
      <w:r>
        <w:rPr>
          <w:b/>
        </w:rPr>
        <w:t>C / ESPOSIZIONE EXTRA-LAVORATIVA  •  FONTE: INAIL 2026, PAGINA 153</w:t>
      </w:r>
      <w:bookmarkEnd w:id="7"/>
    </w:p>
    <w:p w14:paraId="4C8CFD49" w14:textId="77777777" w:rsidR="0060008A" w:rsidRDefault="00000000">
      <w:r>
        <w:t>Se sì, specificare i dettagli:</w:t>
      </w:r>
    </w:p>
    <w:p w14:paraId="57DDC4B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62"/>
          <w:id w:val="1262"/>
          <w:text w:multiLine="1"/>
        </w:sdtPr>
        <w:sdtContent>
          <w:r>
            <w:t xml:space="preserve"> </w:t>
          </w:r>
        </w:sdtContent>
      </w:sdt>
    </w:p>
    <w:p w14:paraId="71D1841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63"/>
          <w:id w:val="1263"/>
          <w:text w:multiLine="1"/>
        </w:sdtPr>
        <w:sdtContent>
          <w:r>
            <w:t xml:space="preserve"> </w:t>
          </w:r>
        </w:sdtContent>
      </w:sdt>
    </w:p>
    <w:p w14:paraId="0DC542B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264"/>
          <w:id w:val="1264"/>
          <w:text w:multiLine="1"/>
        </w:sdtPr>
        <w:sdtContent>
          <w:r>
            <w:t xml:space="preserve"> </w:t>
          </w:r>
        </w:sdtContent>
      </w:sdt>
    </w:p>
    <w:p w14:paraId="639E4B83" w14:textId="77777777" w:rsidR="0060008A" w:rsidRDefault="00000000">
      <w:pPr>
        <w:pStyle w:val="Question"/>
        <w:spacing w:before="153" w:after="26"/>
      </w:pPr>
      <w:r>
        <w:t>C2.4 Vicino alla sua abitazione (nel raggio di 500 metri) ricorda la presenza di: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4307"/>
        <w:gridCol w:w="1812"/>
        <w:gridCol w:w="1812"/>
        <w:gridCol w:w="1763"/>
      </w:tblGrid>
      <w:tr w:rsidR="0060008A" w14:paraId="1B60B55D" w14:textId="77777777">
        <w:trPr>
          <w:cantSplit/>
          <w:trHeight w:val="670"/>
          <w:tblHeader/>
          <w:jc w:val="center"/>
        </w:trPr>
        <w:tc>
          <w:tcPr>
            <w:tcW w:w="4307" w:type="dxa"/>
            <w:shd w:val="clear" w:color="auto" w:fill="173B50"/>
            <w:vAlign w:val="center"/>
          </w:tcPr>
          <w:p w14:paraId="4AC3CE49" w14:textId="77777777" w:rsidR="0060008A" w:rsidRDefault="00000000">
            <w:pPr>
              <w:spacing w:line="228" w:lineRule="exact"/>
              <w:jc w:val="center"/>
            </w:pPr>
            <w:sdt>
              <w:sdtPr>
                <w:alias w:val="Campo di compilazione"/>
                <w:tag w:val="field_1265"/>
                <w:id w:val="1265"/>
                <w:text w:multiLine="1"/>
              </w:sdtPr>
              <w:sdtContent>
                <w:r>
                  <w:rPr>
                    <w:color w:val="FFFFFF"/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shd w:val="clear" w:color="auto" w:fill="173B50"/>
            <w:vAlign w:val="center"/>
          </w:tcPr>
          <w:p w14:paraId="54CD9D5C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Nome azienda/ sito</w:t>
            </w:r>
          </w:p>
        </w:tc>
        <w:tc>
          <w:tcPr>
            <w:tcW w:w="1812" w:type="dxa"/>
            <w:shd w:val="clear" w:color="auto" w:fill="173B50"/>
            <w:vAlign w:val="center"/>
          </w:tcPr>
          <w:p w14:paraId="6F1AC04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Distanza da abitazione</w:t>
            </w:r>
          </w:p>
        </w:tc>
        <w:tc>
          <w:tcPr>
            <w:tcW w:w="1763" w:type="dxa"/>
            <w:shd w:val="clear" w:color="auto" w:fill="173B50"/>
            <w:vAlign w:val="center"/>
          </w:tcPr>
          <w:p w14:paraId="704ED57B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</w:t>
            </w:r>
          </w:p>
        </w:tc>
      </w:tr>
      <w:tr w:rsidR="0060008A" w14:paraId="272970A6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681A76F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66"/>
                <w:id w:val="126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Impianto chimico o petrolchimico</w:t>
            </w:r>
          </w:p>
        </w:tc>
        <w:tc>
          <w:tcPr>
            <w:tcW w:w="1812" w:type="dxa"/>
            <w:vAlign w:val="center"/>
          </w:tcPr>
          <w:p w14:paraId="5A53CFA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67"/>
                <w:id w:val="126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5C53252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68"/>
                <w:id w:val="126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7CC4DB9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69"/>
                <w:id w:val="126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25F3777C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7BD351B7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70"/>
                <w:id w:val="127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Impianto siderurgico o metallurgico</w:t>
            </w:r>
          </w:p>
        </w:tc>
        <w:tc>
          <w:tcPr>
            <w:tcW w:w="1812" w:type="dxa"/>
            <w:vAlign w:val="center"/>
          </w:tcPr>
          <w:p w14:paraId="74F2C94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1"/>
                <w:id w:val="127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21205C9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2"/>
                <w:id w:val="127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718C144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3"/>
                <w:id w:val="127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2290C85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083B9BC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74"/>
                <w:id w:val="127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Centrale termoelettrica</w:t>
            </w:r>
          </w:p>
        </w:tc>
        <w:tc>
          <w:tcPr>
            <w:tcW w:w="1812" w:type="dxa"/>
            <w:vAlign w:val="center"/>
          </w:tcPr>
          <w:p w14:paraId="71D4D37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5"/>
                <w:id w:val="127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0CC0C3A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6"/>
                <w:id w:val="127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5A1EFEFD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7"/>
                <w:id w:val="127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0B16F780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2BD237A3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78"/>
                <w:id w:val="127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Centrale geotermica</w:t>
            </w:r>
          </w:p>
        </w:tc>
        <w:tc>
          <w:tcPr>
            <w:tcW w:w="1812" w:type="dxa"/>
            <w:vAlign w:val="center"/>
          </w:tcPr>
          <w:p w14:paraId="3AAD42A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79"/>
                <w:id w:val="127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23E2E3B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0"/>
                <w:id w:val="128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52470EF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1"/>
                <w:id w:val="128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0824D9C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0B21991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82"/>
                <w:id w:val="128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Porto commerciale</w:t>
            </w:r>
          </w:p>
        </w:tc>
        <w:tc>
          <w:tcPr>
            <w:tcW w:w="1812" w:type="dxa"/>
            <w:vAlign w:val="center"/>
          </w:tcPr>
          <w:p w14:paraId="22FA7B3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3"/>
                <w:id w:val="128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7E55DCD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4"/>
                <w:id w:val="128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3F0651F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5"/>
                <w:id w:val="128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4ED8281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51E84950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86"/>
                <w:id w:val="12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Cantiere navale</w:t>
            </w:r>
          </w:p>
        </w:tc>
        <w:tc>
          <w:tcPr>
            <w:tcW w:w="1812" w:type="dxa"/>
            <w:vAlign w:val="center"/>
          </w:tcPr>
          <w:p w14:paraId="575174C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7"/>
                <w:id w:val="128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6AF9D3A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8"/>
                <w:id w:val="128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0D3993F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89"/>
                <w:id w:val="128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AEFC07D" w14:textId="77777777">
        <w:trPr>
          <w:cantSplit/>
          <w:trHeight w:val="577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56B475AA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90"/>
                <w:id w:val="129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Impianto produzione di MCA (cemento-amianto, tessuti in amianto)</w:t>
            </w:r>
          </w:p>
        </w:tc>
        <w:tc>
          <w:tcPr>
            <w:tcW w:w="1812" w:type="dxa"/>
            <w:vAlign w:val="center"/>
          </w:tcPr>
          <w:p w14:paraId="6412DCB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1"/>
                <w:id w:val="129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42A9354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2"/>
                <w:id w:val="129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706E1A3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3"/>
                <w:id w:val="129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8A582CF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6AB84A7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94"/>
                <w:id w:val="129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Cava o miniera (specificare la tipologia)</w:t>
            </w:r>
          </w:p>
        </w:tc>
        <w:tc>
          <w:tcPr>
            <w:tcW w:w="1812" w:type="dxa"/>
            <w:vAlign w:val="center"/>
          </w:tcPr>
          <w:p w14:paraId="3B0D5C8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5"/>
                <w:id w:val="129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0AA42BD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6"/>
                <w:id w:val="129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5733C8A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7"/>
                <w:id w:val="129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732E3CF4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00983EBB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298"/>
                <w:id w:val="129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Linee ferroviarie</w:t>
            </w:r>
          </w:p>
        </w:tc>
        <w:tc>
          <w:tcPr>
            <w:tcW w:w="1812" w:type="dxa"/>
            <w:vAlign w:val="center"/>
          </w:tcPr>
          <w:p w14:paraId="6BAB456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299"/>
                <w:id w:val="129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2492667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0"/>
                <w:id w:val="130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1F71FE1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1"/>
                <w:id w:val="130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0F8EF547" w14:textId="77777777">
        <w:trPr>
          <w:cantSplit/>
          <w:trHeight w:val="577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4FE5531A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02"/>
                <w:id w:val="130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Costruzione o riparazione carrozze ferroviarie</w:t>
            </w:r>
          </w:p>
        </w:tc>
        <w:tc>
          <w:tcPr>
            <w:tcW w:w="1812" w:type="dxa"/>
            <w:vAlign w:val="center"/>
          </w:tcPr>
          <w:p w14:paraId="2BB1ED0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3"/>
                <w:id w:val="130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63DF048D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4"/>
                <w:id w:val="130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7DBE7B5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5"/>
                <w:id w:val="130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64155C9A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7A6466A7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06"/>
                <w:id w:val="130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Attività di commercio di MCA (ante 1992)</w:t>
            </w:r>
          </w:p>
        </w:tc>
        <w:tc>
          <w:tcPr>
            <w:tcW w:w="1812" w:type="dxa"/>
            <w:vAlign w:val="center"/>
          </w:tcPr>
          <w:p w14:paraId="78C307E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7"/>
                <w:id w:val="130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6D13373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8"/>
                <w:id w:val="130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1539C3B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09"/>
                <w:id w:val="130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1FB11EA1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228E7117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10"/>
                <w:id w:val="13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Affioramenti naturali noti di amianto</w:t>
            </w:r>
          </w:p>
        </w:tc>
        <w:tc>
          <w:tcPr>
            <w:tcW w:w="1812" w:type="dxa"/>
            <w:vAlign w:val="center"/>
          </w:tcPr>
          <w:p w14:paraId="4D953D7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1"/>
                <w:id w:val="131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716414A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2"/>
                <w:id w:val="131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277A739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3"/>
                <w:id w:val="131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EBE2E94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68F0D7DC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14"/>
                <w:id w:val="13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Arsenali militari</w:t>
            </w:r>
          </w:p>
        </w:tc>
        <w:tc>
          <w:tcPr>
            <w:tcW w:w="1812" w:type="dxa"/>
            <w:vAlign w:val="center"/>
          </w:tcPr>
          <w:p w14:paraId="7A95F6C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5"/>
                <w:id w:val="131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6629F52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6"/>
                <w:id w:val="131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72AFD65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7"/>
                <w:id w:val="131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0C62AB5" w14:textId="77777777">
        <w:trPr>
          <w:cantSplit/>
          <w:trHeight w:val="464"/>
          <w:jc w:val="center"/>
        </w:trPr>
        <w:tc>
          <w:tcPr>
            <w:tcW w:w="4307" w:type="dxa"/>
            <w:shd w:val="clear" w:color="auto" w:fill="EFF5F7"/>
            <w:vAlign w:val="center"/>
          </w:tcPr>
          <w:p w14:paraId="410DCA7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18"/>
                <w:id w:val="13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Altro (specificare)</w:t>
            </w:r>
          </w:p>
        </w:tc>
        <w:tc>
          <w:tcPr>
            <w:tcW w:w="1812" w:type="dxa"/>
            <w:vAlign w:val="center"/>
          </w:tcPr>
          <w:p w14:paraId="491E1EB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19"/>
                <w:id w:val="131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12" w:type="dxa"/>
            <w:vAlign w:val="center"/>
          </w:tcPr>
          <w:p w14:paraId="238DFFC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20"/>
                <w:id w:val="132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763" w:type="dxa"/>
            <w:vAlign w:val="center"/>
          </w:tcPr>
          <w:p w14:paraId="1999EA8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21"/>
                <w:id w:val="132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0D614569" w14:textId="77777777" w:rsidR="0060008A" w:rsidRDefault="0060008A">
      <w:pPr>
        <w:spacing w:after="40" w:line="40" w:lineRule="exact"/>
      </w:pPr>
    </w:p>
    <w:p w14:paraId="67B096F2" w14:textId="77777777" w:rsidR="0060008A" w:rsidRDefault="00000000">
      <w:pPr>
        <w:spacing w:before="180"/>
      </w:pPr>
      <w:r>
        <w:t>Se è stata selezionata almeno una voce nella tabella C2.4, specificare le circostanze, riferite agli impianti, strutture o siti sopra indicati, che si ritiene possano aver determinato un’esposizione ad amianto.</w:t>
      </w:r>
    </w:p>
    <w:p w14:paraId="7C9BBEE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22"/>
          <w:id w:val="1322"/>
          <w:text w:multiLine="1"/>
        </w:sdtPr>
        <w:sdtContent>
          <w:r>
            <w:t xml:space="preserve"> </w:t>
          </w:r>
        </w:sdtContent>
      </w:sdt>
    </w:p>
    <w:p w14:paraId="7DF7302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23"/>
          <w:id w:val="1323"/>
          <w:text w:multiLine="1"/>
        </w:sdtPr>
        <w:sdtContent>
          <w:r>
            <w:t xml:space="preserve"> </w:t>
          </w:r>
        </w:sdtContent>
      </w:sdt>
    </w:p>
    <w:p w14:paraId="0EFE533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24"/>
          <w:id w:val="1324"/>
          <w:text w:multiLine="1"/>
        </w:sdtPr>
        <w:sdtContent>
          <w:r>
            <w:t xml:space="preserve"> </w:t>
          </w:r>
        </w:sdtContent>
      </w:sdt>
    </w:p>
    <w:p w14:paraId="4DCADD6A" w14:textId="77777777" w:rsidR="0060008A" w:rsidRDefault="00000000">
      <w:r>
        <w:br w:type="page"/>
      </w:r>
    </w:p>
    <w:p w14:paraId="7A9CF815" w14:textId="77777777" w:rsidR="0060008A" w:rsidRDefault="00000000">
      <w:pPr>
        <w:pStyle w:val="Source"/>
        <w:spacing w:after="180"/>
      </w:pPr>
      <w:bookmarkStart w:id="8" w:name="Fonte_154"/>
      <w:r>
        <w:rPr>
          <w:b/>
        </w:rPr>
        <w:t>C / ESPOSIZIONE EXTRA-LAVORATIVA  •  FONTE: INAIL 2026, PAGINA 154</w:t>
      </w:r>
      <w:bookmarkEnd w:id="8"/>
    </w:p>
    <w:p w14:paraId="72E62FE4" w14:textId="77777777" w:rsidR="0060008A" w:rsidRDefault="00000000">
      <w:pPr>
        <w:pStyle w:val="Question"/>
        <w:spacing w:after="26"/>
      </w:pPr>
      <w:r>
        <w:t>C2.5 È a conoscenza di interventi di bonifica di MCA nei luoghi sopra riportati?</w:t>
      </w:r>
    </w:p>
    <w:p w14:paraId="03C83E2F" w14:textId="77777777" w:rsidR="0060008A" w:rsidRDefault="00000000">
      <w:sdt>
        <w:sdtPr>
          <w:alias w:val="Seleziona la risposta"/>
          <w:tag w:val="checkbox_1325"/>
          <w:id w:val="13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326"/>
          <w:id w:val="13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327"/>
          <w:id w:val="13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4064A65" w14:textId="77777777" w:rsidR="0060008A" w:rsidRDefault="00000000">
      <w:pPr>
        <w:spacing w:before="54"/>
      </w:pPr>
      <w:r>
        <w:t>Se sì, specificare i dettagli:</w:t>
      </w:r>
    </w:p>
    <w:p w14:paraId="7060DCC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28"/>
          <w:id w:val="1328"/>
          <w:text w:multiLine="1"/>
        </w:sdtPr>
        <w:sdtContent>
          <w:r>
            <w:t xml:space="preserve"> </w:t>
          </w:r>
        </w:sdtContent>
      </w:sdt>
    </w:p>
    <w:p w14:paraId="4F03BC0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29"/>
          <w:id w:val="1329"/>
          <w:text w:multiLine="1"/>
        </w:sdtPr>
        <w:sdtContent>
          <w:r>
            <w:t xml:space="preserve"> </w:t>
          </w:r>
        </w:sdtContent>
      </w:sdt>
    </w:p>
    <w:p w14:paraId="5D522A3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30"/>
          <w:id w:val="1330"/>
          <w:text w:multiLine="1"/>
        </w:sdtPr>
        <w:sdtContent>
          <w:r>
            <w:t xml:space="preserve"> </w:t>
          </w:r>
        </w:sdtContent>
      </w:sdt>
    </w:p>
    <w:p w14:paraId="342B7F77" w14:textId="77777777" w:rsidR="0060008A" w:rsidRDefault="00000000">
      <w:pPr>
        <w:pStyle w:val="Question"/>
        <w:spacing w:before="180" w:after="26"/>
      </w:pPr>
      <w:r>
        <w:t>C3. Storia scolastica</w:t>
      </w:r>
    </w:p>
    <w:p w14:paraId="03C5C423" w14:textId="77777777" w:rsidR="0060008A" w:rsidRDefault="00000000">
      <w:pPr>
        <w:pStyle w:val="Question"/>
        <w:spacing w:before="150" w:after="26"/>
      </w:pPr>
      <w:r>
        <w:t>C3.1 Elencare le scuole di ogni ordine e grado frequentate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2222"/>
        <w:gridCol w:w="2620"/>
        <w:gridCol w:w="2421"/>
        <w:gridCol w:w="2432"/>
      </w:tblGrid>
      <w:tr w:rsidR="0060008A" w14:paraId="61B40B12" w14:textId="77777777">
        <w:trPr>
          <w:cantSplit/>
          <w:trHeight w:val="774"/>
          <w:tblHeader/>
          <w:jc w:val="center"/>
        </w:trPr>
        <w:tc>
          <w:tcPr>
            <w:tcW w:w="2222" w:type="dxa"/>
            <w:shd w:val="clear" w:color="auto" w:fill="173B50"/>
            <w:vAlign w:val="center"/>
          </w:tcPr>
          <w:p w14:paraId="5502264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w="2620" w:type="dxa"/>
            <w:shd w:val="clear" w:color="auto" w:fill="173B50"/>
            <w:vAlign w:val="center"/>
          </w:tcPr>
          <w:p w14:paraId="4E82D758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Nome della scuola e/o indirizzo</w:t>
            </w:r>
          </w:p>
        </w:tc>
        <w:tc>
          <w:tcPr>
            <w:tcW w:w="2421" w:type="dxa"/>
            <w:shd w:val="clear" w:color="auto" w:fill="173B50"/>
            <w:vAlign w:val="center"/>
          </w:tcPr>
          <w:p w14:paraId="0C8C203E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Città</w:t>
            </w:r>
          </w:p>
        </w:tc>
        <w:tc>
          <w:tcPr>
            <w:tcW w:w="2432" w:type="dxa"/>
            <w:shd w:val="clear" w:color="auto" w:fill="173B50"/>
            <w:vAlign w:val="center"/>
          </w:tcPr>
          <w:p w14:paraId="76BD92C2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Note</w:t>
            </w:r>
          </w:p>
        </w:tc>
      </w:tr>
      <w:tr w:rsidR="0060008A" w14:paraId="4C8EDF14" w14:textId="77777777">
        <w:trPr>
          <w:cantSplit/>
          <w:trHeight w:val="361"/>
          <w:jc w:val="center"/>
        </w:trPr>
        <w:tc>
          <w:tcPr>
            <w:tcW w:w="2222" w:type="dxa"/>
            <w:vAlign w:val="center"/>
          </w:tcPr>
          <w:p w14:paraId="53198F4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1"/>
                <w:id w:val="133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620" w:type="dxa"/>
            <w:vAlign w:val="center"/>
          </w:tcPr>
          <w:p w14:paraId="169A533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2"/>
                <w:id w:val="133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39761B5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3"/>
                <w:id w:val="133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0304070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4"/>
                <w:id w:val="133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86DB202" w14:textId="77777777">
        <w:trPr>
          <w:cantSplit/>
          <w:trHeight w:val="361"/>
          <w:jc w:val="center"/>
        </w:trPr>
        <w:tc>
          <w:tcPr>
            <w:tcW w:w="2222" w:type="dxa"/>
            <w:vAlign w:val="center"/>
          </w:tcPr>
          <w:p w14:paraId="2010D0F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5"/>
                <w:id w:val="133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620" w:type="dxa"/>
            <w:vAlign w:val="center"/>
          </w:tcPr>
          <w:p w14:paraId="402C93C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6"/>
                <w:id w:val="133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092D23A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7"/>
                <w:id w:val="133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23BDEE5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8"/>
                <w:id w:val="133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DEC6708" w14:textId="77777777">
        <w:trPr>
          <w:cantSplit/>
          <w:trHeight w:val="361"/>
          <w:jc w:val="center"/>
        </w:trPr>
        <w:tc>
          <w:tcPr>
            <w:tcW w:w="2222" w:type="dxa"/>
            <w:vAlign w:val="center"/>
          </w:tcPr>
          <w:p w14:paraId="3352E33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39"/>
                <w:id w:val="133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620" w:type="dxa"/>
            <w:vAlign w:val="center"/>
          </w:tcPr>
          <w:p w14:paraId="0DE3DC2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0"/>
                <w:id w:val="134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79815A7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1"/>
                <w:id w:val="134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727998E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2"/>
                <w:id w:val="134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5304021" w14:textId="77777777">
        <w:trPr>
          <w:cantSplit/>
          <w:trHeight w:val="361"/>
          <w:jc w:val="center"/>
        </w:trPr>
        <w:tc>
          <w:tcPr>
            <w:tcW w:w="2222" w:type="dxa"/>
            <w:vAlign w:val="center"/>
          </w:tcPr>
          <w:p w14:paraId="31397AE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3"/>
                <w:id w:val="134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620" w:type="dxa"/>
            <w:vAlign w:val="center"/>
          </w:tcPr>
          <w:p w14:paraId="052C66A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4"/>
                <w:id w:val="134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1369F44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5"/>
                <w:id w:val="134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62CBF2D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6"/>
                <w:id w:val="134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3CBC0E8" w14:textId="77777777">
        <w:trPr>
          <w:cantSplit/>
          <w:trHeight w:val="361"/>
          <w:jc w:val="center"/>
        </w:trPr>
        <w:tc>
          <w:tcPr>
            <w:tcW w:w="2222" w:type="dxa"/>
            <w:vAlign w:val="center"/>
          </w:tcPr>
          <w:p w14:paraId="67190EE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7"/>
                <w:id w:val="134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620" w:type="dxa"/>
            <w:vAlign w:val="center"/>
          </w:tcPr>
          <w:p w14:paraId="475D706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8"/>
                <w:id w:val="134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66AD4FD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49"/>
                <w:id w:val="134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21DCEF0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350"/>
                <w:id w:val="135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2AB44F70" w14:textId="77777777" w:rsidR="0060008A" w:rsidRDefault="0060008A">
      <w:pPr>
        <w:spacing w:after="40" w:line="40" w:lineRule="exact"/>
      </w:pPr>
    </w:p>
    <w:p w14:paraId="62583648" w14:textId="77777777" w:rsidR="0060008A" w:rsidRDefault="00000000">
      <w:pPr>
        <w:pStyle w:val="Question"/>
        <w:spacing w:before="180" w:after="26"/>
      </w:pPr>
      <w:r>
        <w:t>C3.2 Ricorda presenza e/o utilizzo di manufatti contenenti amianto (cemento-amianto utilizzato come pareti divisorie interne, pavimenti in vinil-amianto, prefabbricati in cemento-amianto) in ambito scolastico?</w:t>
      </w:r>
    </w:p>
    <w:p w14:paraId="6D2743A4" w14:textId="77777777" w:rsidR="0060008A" w:rsidRDefault="00000000">
      <w:sdt>
        <w:sdtPr>
          <w:alias w:val="Seleziona la risposta"/>
          <w:tag w:val="checkbox_1351"/>
          <w:id w:val="135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352"/>
          <w:id w:val="135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353"/>
          <w:id w:val="135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65AE277" w14:textId="77777777" w:rsidR="0060008A" w:rsidRDefault="00000000">
      <w:pPr>
        <w:pStyle w:val="Question"/>
        <w:spacing w:before="153" w:after="26"/>
      </w:pPr>
      <w:r>
        <w:t>C3.3 È a conoscenza di interventi di bonifica di MCA nelle strutture scolastiche da lei frequentate?</w:t>
      </w:r>
    </w:p>
    <w:p w14:paraId="37AEBAAF" w14:textId="77777777" w:rsidR="0060008A" w:rsidRDefault="00000000">
      <w:sdt>
        <w:sdtPr>
          <w:alias w:val="Seleziona la risposta"/>
          <w:tag w:val="checkbox_1354"/>
          <w:id w:val="13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355"/>
          <w:id w:val="135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356"/>
          <w:id w:val="13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53CA20B" w14:textId="77777777" w:rsidR="0060008A" w:rsidRDefault="00000000">
      <w:pPr>
        <w:spacing w:before="54"/>
      </w:pPr>
      <w:r>
        <w:t>Se sì, specificare i dettagli:</w:t>
      </w:r>
    </w:p>
    <w:p w14:paraId="42214B0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57"/>
          <w:id w:val="1357"/>
          <w:text w:multiLine="1"/>
        </w:sdtPr>
        <w:sdtContent>
          <w:r>
            <w:t xml:space="preserve"> </w:t>
          </w:r>
        </w:sdtContent>
      </w:sdt>
    </w:p>
    <w:p w14:paraId="1247120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58"/>
          <w:id w:val="1358"/>
          <w:text w:multiLine="1"/>
        </w:sdtPr>
        <w:sdtContent>
          <w:r>
            <w:t xml:space="preserve"> </w:t>
          </w:r>
        </w:sdtContent>
      </w:sdt>
    </w:p>
    <w:p w14:paraId="4B8B2D8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59"/>
          <w:id w:val="1359"/>
          <w:text w:multiLine="1"/>
        </w:sdtPr>
        <w:sdtContent>
          <w:r>
            <w:t xml:space="preserve"> </w:t>
          </w:r>
        </w:sdtContent>
      </w:sdt>
    </w:p>
    <w:p w14:paraId="355F24A2" w14:textId="77777777" w:rsidR="0060008A" w:rsidRDefault="00000000">
      <w:r>
        <w:br w:type="page"/>
      </w:r>
    </w:p>
    <w:p w14:paraId="1E0D2D5A" w14:textId="77777777" w:rsidR="0060008A" w:rsidRDefault="00000000">
      <w:pPr>
        <w:pStyle w:val="Source"/>
        <w:spacing w:after="180"/>
      </w:pPr>
      <w:bookmarkStart w:id="9" w:name="Fonte_155"/>
      <w:r>
        <w:rPr>
          <w:b/>
        </w:rPr>
        <w:t>C / ESPOSIZIONE EXTRA-LAVORATIVA  •  FONTE: INAIL 2026, PAGINA 155</w:t>
      </w:r>
      <w:bookmarkEnd w:id="9"/>
    </w:p>
    <w:p w14:paraId="7A9188A5" w14:textId="77777777" w:rsidR="0060008A" w:rsidRDefault="00000000">
      <w:pPr>
        <w:pStyle w:val="Question"/>
        <w:spacing w:after="26"/>
      </w:pPr>
      <w:r>
        <w:t>C4. Attività nel tempo libero e abitudini di vita</w:t>
      </w:r>
    </w:p>
    <w:p w14:paraId="3C340F90" w14:textId="77777777" w:rsidR="0060008A" w:rsidRDefault="00000000">
      <w:pPr>
        <w:pStyle w:val="Question"/>
        <w:spacing w:before="150" w:after="26"/>
      </w:pPr>
      <w:r>
        <w:t>C4.1 Ha mai svolto attività nel tempo libero che comportassero l’uso di amianto o di MCA?</w:t>
      </w:r>
    </w:p>
    <w:p w14:paraId="3445D743" w14:textId="77777777" w:rsidR="0060008A" w:rsidRDefault="00000000">
      <w:sdt>
        <w:sdtPr>
          <w:alias w:val="Seleziona la risposta"/>
          <w:tag w:val="checkbox_1360"/>
          <w:id w:val="136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361"/>
          <w:id w:val="136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362"/>
          <w:id w:val="136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65FF7E8" w14:textId="77777777" w:rsidR="0060008A" w:rsidRDefault="00000000">
      <w:pPr>
        <w:spacing w:before="54"/>
      </w:pPr>
      <w:r>
        <w:t>Se sì, specificare quali (periodo e frequenza):</w:t>
      </w:r>
    </w:p>
    <w:p w14:paraId="5AB685E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63"/>
          <w:id w:val="1363"/>
          <w:text w:multiLine="1"/>
        </w:sdtPr>
        <w:sdtContent>
          <w:r>
            <w:t xml:space="preserve"> </w:t>
          </w:r>
        </w:sdtContent>
      </w:sdt>
    </w:p>
    <w:p w14:paraId="273CBEA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64"/>
          <w:id w:val="1364"/>
          <w:text w:multiLine="1"/>
        </w:sdtPr>
        <w:sdtContent>
          <w:r>
            <w:t xml:space="preserve"> </w:t>
          </w:r>
        </w:sdtContent>
      </w:sdt>
    </w:p>
    <w:p w14:paraId="606BA3B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365"/>
          <w:id w:val="1365"/>
          <w:text w:multiLine="1"/>
        </w:sdtPr>
        <w:sdtContent>
          <w:r>
            <w:t xml:space="preserve"> </w:t>
          </w:r>
        </w:sdtContent>
      </w:sdt>
    </w:p>
    <w:p w14:paraId="1C73F45A" w14:textId="77777777" w:rsidR="0060008A" w:rsidRDefault="00000000">
      <w:pPr>
        <w:pStyle w:val="Question"/>
        <w:spacing w:before="153" w:after="26"/>
      </w:pPr>
      <w:r>
        <w:t>C4.2 Ha mai svolto, nel tempo libero, attività di riparazione o manutenzione tra quelle riportate di seguito?</w:t>
      </w:r>
    </w:p>
    <w:p w14:paraId="2771F0DF" w14:textId="77777777" w:rsidR="0060008A" w:rsidRDefault="00000000">
      <w:pPr>
        <w:pStyle w:val="Titolo2"/>
        <w:spacing w:before="0" w:after="0"/>
      </w:pPr>
      <w:r>
        <w:rPr>
          <w:rFonts w:ascii="Calibri" w:hAnsi="Calibri"/>
          <w:sz w:val="21"/>
        </w:rPr>
        <w:t>Nota: per eventuali approfondimenti consultare il capitolo “Esposizioni non professionali” del Manuale Inail, dove sono descritti i principali utilizzi di amianto e MCA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2831"/>
        <w:gridCol w:w="1870"/>
        <w:gridCol w:w="4993"/>
      </w:tblGrid>
      <w:tr w:rsidR="0060008A" w14:paraId="46C27105" w14:textId="77777777">
        <w:trPr>
          <w:cantSplit/>
          <w:trHeight w:val="516"/>
          <w:tblHeader/>
          <w:jc w:val="center"/>
        </w:trPr>
        <w:tc>
          <w:tcPr>
            <w:tcW w:w="2831" w:type="dxa"/>
            <w:shd w:val="clear" w:color="auto" w:fill="173B50"/>
            <w:vAlign w:val="center"/>
          </w:tcPr>
          <w:p w14:paraId="59325C20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Attività</w:t>
            </w:r>
          </w:p>
        </w:tc>
        <w:tc>
          <w:tcPr>
            <w:tcW w:w="1870" w:type="dxa"/>
            <w:shd w:val="clear" w:color="auto" w:fill="173B50"/>
            <w:vAlign w:val="center"/>
          </w:tcPr>
          <w:p w14:paraId="7C050B8B" w14:textId="77777777" w:rsidR="0060008A" w:rsidRDefault="00000000">
            <w:pPr>
              <w:spacing w:line="228" w:lineRule="exact"/>
              <w:jc w:val="center"/>
            </w:pPr>
            <w:sdt>
              <w:sdtPr>
                <w:alias w:val="Campo di compilazione"/>
                <w:tag w:val="field_1366"/>
                <w:id w:val="1366"/>
                <w:text w:multiLine="1"/>
              </w:sdtPr>
              <w:sdtContent>
                <w:r>
                  <w:rPr>
                    <w:color w:val="FFFFFF"/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4993" w:type="dxa"/>
            <w:shd w:val="clear" w:color="auto" w:fill="173B50"/>
            <w:vAlign w:val="center"/>
          </w:tcPr>
          <w:p w14:paraId="6898BE1E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Se sì, specificare</w:t>
            </w:r>
          </w:p>
        </w:tc>
      </w:tr>
      <w:tr w:rsidR="0060008A" w14:paraId="25BFFE64" w14:textId="77777777">
        <w:trPr>
          <w:cantSplit/>
          <w:trHeight w:val="1087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2C76AAC7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Lavori in muratura (concernenti ad es. canne fumarie, serbatoi e lastre cemento-amianto)?</w:t>
            </w:r>
          </w:p>
        </w:tc>
        <w:tc>
          <w:tcPr>
            <w:tcW w:w="1870" w:type="dxa"/>
            <w:vAlign w:val="center"/>
          </w:tcPr>
          <w:p w14:paraId="5F826597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67"/>
                <w:id w:val="136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68"/>
                <w:id w:val="136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69"/>
                <w:id w:val="136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28802EC5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0"/>
                <w:id w:val="137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588EF808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1"/>
                <w:id w:val="137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7FCE3B25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2"/>
                <w:id w:val="137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BAEA6C0" w14:textId="77777777">
        <w:trPr>
          <w:cantSplit/>
          <w:trHeight w:val="1087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518F1739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Riparazioni idrauliche/ elettriche (sostituzione tubature, guarnizioni contenenti amianto)?</w:t>
            </w:r>
          </w:p>
        </w:tc>
        <w:tc>
          <w:tcPr>
            <w:tcW w:w="1870" w:type="dxa"/>
            <w:vAlign w:val="center"/>
          </w:tcPr>
          <w:p w14:paraId="797AB7D3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73"/>
                <w:id w:val="137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74"/>
                <w:id w:val="137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75"/>
                <w:id w:val="137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73EB1CD9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6"/>
                <w:id w:val="137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1DBEB322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7"/>
                <w:id w:val="137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37EAF465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78"/>
                <w:id w:val="137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20B74217" w14:textId="77777777">
        <w:trPr>
          <w:cantSplit/>
          <w:trHeight w:val="1087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063FE859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Isolamento termico/ manutenzione caldaia (utilizzo di guarnizioni, cartoni in amianto)?</w:t>
            </w:r>
          </w:p>
        </w:tc>
        <w:tc>
          <w:tcPr>
            <w:tcW w:w="1870" w:type="dxa"/>
            <w:vAlign w:val="center"/>
          </w:tcPr>
          <w:p w14:paraId="5CC15494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79"/>
                <w:id w:val="137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80"/>
                <w:id w:val="138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81"/>
                <w:id w:val="138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7FD69F15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82"/>
                <w:id w:val="138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67A1E95B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83"/>
                <w:id w:val="138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4982244C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84"/>
                <w:id w:val="138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5088CE3" w14:textId="77777777">
        <w:trPr>
          <w:cantSplit/>
          <w:trHeight w:val="1087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316F34F6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Riparazione auto o mezzi meccanici (manutenzione/ sostituzione freni/frizioni contenenti amianto)?</w:t>
            </w:r>
          </w:p>
        </w:tc>
        <w:tc>
          <w:tcPr>
            <w:tcW w:w="1870" w:type="dxa"/>
            <w:vAlign w:val="center"/>
          </w:tcPr>
          <w:p w14:paraId="124F9B9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85"/>
                <w:id w:val="138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86"/>
                <w:id w:val="13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87"/>
                <w:id w:val="138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13107148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88"/>
                <w:id w:val="138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78D69BF0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89"/>
                <w:id w:val="138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5C293CA6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90"/>
                <w:id w:val="139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92D9FB5" w14:textId="77777777">
        <w:trPr>
          <w:cantSplit/>
          <w:trHeight w:val="1523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2411BF7A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Riparazione piccoli elettrodomestici, ad esempio TV, radio, phon, ecc. (uso di cartone in amianto come isolante delle resistenze)?</w:t>
            </w:r>
          </w:p>
        </w:tc>
        <w:tc>
          <w:tcPr>
            <w:tcW w:w="1870" w:type="dxa"/>
            <w:vAlign w:val="center"/>
          </w:tcPr>
          <w:p w14:paraId="57EB6B1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91"/>
                <w:id w:val="139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92"/>
                <w:id w:val="139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93"/>
                <w:id w:val="139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7D77F491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94"/>
                <w:id w:val="139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7DEE6D1C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95"/>
                <w:id w:val="139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3EDCD6EA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396"/>
                <w:id w:val="139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7524298" w14:textId="77777777">
        <w:trPr>
          <w:cantSplit/>
          <w:trHeight w:val="998"/>
          <w:jc w:val="center"/>
        </w:trPr>
        <w:tc>
          <w:tcPr>
            <w:tcW w:w="2831" w:type="dxa"/>
            <w:shd w:val="clear" w:color="auto" w:fill="EFF5F7"/>
            <w:vAlign w:val="center"/>
          </w:tcPr>
          <w:p w14:paraId="2654AE49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Altre riparazioni?</w:t>
            </w:r>
          </w:p>
        </w:tc>
        <w:tc>
          <w:tcPr>
            <w:tcW w:w="1870" w:type="dxa"/>
            <w:vAlign w:val="center"/>
          </w:tcPr>
          <w:p w14:paraId="19AEDD98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397"/>
                <w:id w:val="139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98"/>
                <w:id w:val="139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</w:t>
            </w:r>
            <w:r>
              <w:rPr>
                <w:sz w:val="19"/>
              </w:rPr>
              <w:br/>
            </w:r>
            <w:sdt>
              <w:sdtPr>
                <w:alias w:val="Seleziona la risposta"/>
                <w:tag w:val="checkbox_1399"/>
                <w:id w:val="139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4993" w:type="dxa"/>
          </w:tcPr>
          <w:p w14:paraId="6477D719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400"/>
                <w:id w:val="140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6483D3D7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401"/>
                <w:id w:val="140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  <w:p w14:paraId="3062BF51" w14:textId="77777777" w:rsidR="0060008A" w:rsidRDefault="00000000">
            <w:pPr>
              <w:pBdr>
                <w:bottom w:val="single" w:sz="4" w:space="0" w:color="9AB2BF"/>
                <w:between w:val="single" w:sz="4" w:space="0" w:color="9AB2BF"/>
              </w:pBdr>
              <w:spacing w:line="260" w:lineRule="exact"/>
            </w:pPr>
            <w:sdt>
              <w:sdtPr>
                <w:alias w:val="Campo di compilazione"/>
                <w:tag w:val="field_1402"/>
                <w:id w:val="140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09D19597" w14:textId="77777777" w:rsidR="0060008A" w:rsidRDefault="0060008A">
      <w:pPr>
        <w:spacing w:after="40" w:line="40" w:lineRule="exact"/>
      </w:pPr>
    </w:p>
    <w:p w14:paraId="48648990" w14:textId="77777777" w:rsidR="0060008A" w:rsidRDefault="00000000">
      <w:r>
        <w:br w:type="page"/>
      </w:r>
    </w:p>
    <w:p w14:paraId="53FE2CA2" w14:textId="77777777" w:rsidR="0060008A" w:rsidRDefault="00000000">
      <w:pPr>
        <w:pStyle w:val="Source"/>
        <w:spacing w:after="180"/>
      </w:pPr>
      <w:bookmarkStart w:id="10" w:name="Fonte_156"/>
      <w:r>
        <w:rPr>
          <w:b/>
        </w:rPr>
        <w:t>C / ESPOSIZIONE EXTRA-LAVORATIVA  •  FONTE: INAIL 2026, PAGINA 156</w:t>
      </w:r>
      <w:bookmarkEnd w:id="10"/>
    </w:p>
    <w:p w14:paraId="59031C17" w14:textId="77777777" w:rsidR="0060008A" w:rsidRDefault="00000000">
      <w:pPr>
        <w:pStyle w:val="Question"/>
        <w:spacing w:after="26"/>
      </w:pPr>
      <w:r>
        <w:t>C4.3 Ha mai usato attrezzi domestici presumibilmente in MCA, quali: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4000"/>
        <w:gridCol w:w="2919"/>
        <w:gridCol w:w="2776"/>
      </w:tblGrid>
      <w:tr w:rsidR="0060008A" w14:paraId="5E033740" w14:textId="77777777">
        <w:trPr>
          <w:cantSplit/>
          <w:trHeight w:val="521"/>
          <w:tblHeader/>
          <w:jc w:val="center"/>
        </w:trPr>
        <w:tc>
          <w:tcPr>
            <w:tcW w:w="4000" w:type="dxa"/>
            <w:shd w:val="clear" w:color="auto" w:fill="173B50"/>
            <w:vAlign w:val="center"/>
          </w:tcPr>
          <w:p w14:paraId="67598501" w14:textId="77777777" w:rsidR="0060008A" w:rsidRDefault="00000000">
            <w:pPr>
              <w:spacing w:line="228" w:lineRule="exact"/>
              <w:jc w:val="center"/>
            </w:pPr>
            <w:sdt>
              <w:sdtPr>
                <w:alias w:val="Campo di compilazione"/>
                <w:tag w:val="field_1403"/>
                <w:id w:val="1403"/>
                <w:text w:multiLine="1"/>
              </w:sdtPr>
              <w:sdtContent>
                <w:r>
                  <w:rPr>
                    <w:color w:val="FFFFFF"/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919" w:type="dxa"/>
            <w:shd w:val="clear" w:color="auto" w:fill="173B50"/>
            <w:vAlign w:val="center"/>
          </w:tcPr>
          <w:p w14:paraId="705071B8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 (dal ___ al ___)</w:t>
            </w:r>
          </w:p>
        </w:tc>
        <w:tc>
          <w:tcPr>
            <w:tcW w:w="2776" w:type="dxa"/>
            <w:shd w:val="clear" w:color="auto" w:fill="173B50"/>
            <w:vAlign w:val="center"/>
          </w:tcPr>
          <w:p w14:paraId="5927916F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Descriverne caratteristiche e colore</w:t>
            </w:r>
          </w:p>
        </w:tc>
      </w:tr>
      <w:tr w:rsidR="0060008A" w14:paraId="2ED6F95C" w14:textId="77777777">
        <w:trPr>
          <w:cantSplit/>
          <w:trHeight w:val="361"/>
          <w:jc w:val="center"/>
        </w:trPr>
        <w:tc>
          <w:tcPr>
            <w:tcW w:w="4000" w:type="dxa"/>
            <w:shd w:val="clear" w:color="auto" w:fill="EFF5F7"/>
            <w:vAlign w:val="center"/>
          </w:tcPr>
          <w:p w14:paraId="3C6B699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04"/>
                <w:id w:val="140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Guanti di protezione per il calore</w:t>
            </w:r>
          </w:p>
        </w:tc>
        <w:tc>
          <w:tcPr>
            <w:tcW w:w="2919" w:type="dxa"/>
            <w:vAlign w:val="center"/>
          </w:tcPr>
          <w:p w14:paraId="7FBFA44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05"/>
                <w:id w:val="140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760EBF8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06"/>
                <w:id w:val="140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05E22A09" w14:textId="77777777">
        <w:trPr>
          <w:cantSplit/>
          <w:trHeight w:val="361"/>
          <w:jc w:val="center"/>
        </w:trPr>
        <w:tc>
          <w:tcPr>
            <w:tcW w:w="4000" w:type="dxa"/>
            <w:shd w:val="clear" w:color="auto" w:fill="EFF5F7"/>
            <w:vAlign w:val="center"/>
          </w:tcPr>
          <w:p w14:paraId="08290B61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07"/>
                <w:id w:val="140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Pannelli di protezione dal calore</w:t>
            </w:r>
          </w:p>
        </w:tc>
        <w:tc>
          <w:tcPr>
            <w:tcW w:w="2919" w:type="dxa"/>
            <w:vAlign w:val="center"/>
          </w:tcPr>
          <w:p w14:paraId="29A62A4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08"/>
                <w:id w:val="140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66AFEB4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09"/>
                <w:id w:val="140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21C3A935" w14:textId="77777777">
        <w:trPr>
          <w:cantSplit/>
          <w:trHeight w:val="361"/>
          <w:jc w:val="center"/>
        </w:trPr>
        <w:tc>
          <w:tcPr>
            <w:tcW w:w="4000" w:type="dxa"/>
            <w:shd w:val="clear" w:color="auto" w:fill="EFF5F7"/>
            <w:vAlign w:val="center"/>
          </w:tcPr>
          <w:p w14:paraId="50735EE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10"/>
                <w:id w:val="14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Piano di appoggio per il ferro da stiro</w:t>
            </w:r>
          </w:p>
        </w:tc>
        <w:tc>
          <w:tcPr>
            <w:tcW w:w="2919" w:type="dxa"/>
            <w:vAlign w:val="center"/>
          </w:tcPr>
          <w:p w14:paraId="750DAB1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1"/>
                <w:id w:val="141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286ABC3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2"/>
                <w:id w:val="141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B0D52D5" w14:textId="77777777">
        <w:trPr>
          <w:cantSplit/>
          <w:trHeight w:val="361"/>
          <w:jc w:val="center"/>
        </w:trPr>
        <w:tc>
          <w:tcPr>
            <w:tcW w:w="4000" w:type="dxa"/>
            <w:shd w:val="clear" w:color="auto" w:fill="EFF5F7"/>
            <w:vAlign w:val="center"/>
          </w:tcPr>
          <w:p w14:paraId="6A3F0934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13"/>
                <w:id w:val="14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Copriasse da stiro</w:t>
            </w:r>
          </w:p>
        </w:tc>
        <w:tc>
          <w:tcPr>
            <w:tcW w:w="2919" w:type="dxa"/>
            <w:vAlign w:val="center"/>
          </w:tcPr>
          <w:p w14:paraId="0F50FD8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4"/>
                <w:id w:val="141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311A5A7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5"/>
                <w:id w:val="141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82EF449" w14:textId="77777777">
        <w:trPr>
          <w:cantSplit/>
          <w:trHeight w:val="361"/>
          <w:jc w:val="center"/>
        </w:trPr>
        <w:tc>
          <w:tcPr>
            <w:tcW w:w="4000" w:type="dxa"/>
            <w:shd w:val="clear" w:color="auto" w:fill="EFF5F7"/>
            <w:vAlign w:val="center"/>
          </w:tcPr>
          <w:p w14:paraId="292F99C9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16"/>
                <w:id w:val="14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Altro (specificare)</w:t>
            </w:r>
          </w:p>
        </w:tc>
        <w:tc>
          <w:tcPr>
            <w:tcW w:w="2919" w:type="dxa"/>
            <w:vAlign w:val="center"/>
          </w:tcPr>
          <w:p w14:paraId="222B76C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7"/>
                <w:id w:val="141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7878AA6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18"/>
                <w:id w:val="141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4C5E6285" w14:textId="77777777" w:rsidR="0060008A" w:rsidRDefault="0060008A">
      <w:pPr>
        <w:spacing w:after="40" w:line="40" w:lineRule="exact"/>
      </w:pPr>
    </w:p>
    <w:p w14:paraId="5BF66587" w14:textId="77777777" w:rsidR="0060008A" w:rsidRDefault="00000000">
      <w:pPr>
        <w:pStyle w:val="Question"/>
        <w:spacing w:before="180" w:after="26"/>
      </w:pPr>
      <w:r>
        <w:t>C4.4 Ha mai usato la pasta modellante denominata DAS?</w:t>
      </w:r>
    </w:p>
    <w:p w14:paraId="16A1C463" w14:textId="77777777" w:rsidR="0060008A" w:rsidRDefault="00000000">
      <w:sdt>
        <w:sdtPr>
          <w:alias w:val="Seleziona la risposta"/>
          <w:tag w:val="checkbox_1419"/>
          <w:id w:val="141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20"/>
          <w:id w:val="14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421"/>
          <w:id w:val="14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6F7C35C" w14:textId="77777777" w:rsidR="0060008A" w:rsidRDefault="00000000">
      <w:pPr>
        <w:spacing w:before="54"/>
      </w:pPr>
      <w:r>
        <w:t xml:space="preserve">Se sì, in polvere o in panetti?   </w:t>
      </w:r>
      <w:sdt>
        <w:sdtPr>
          <w:alias w:val="Seleziona la risposta"/>
          <w:tag w:val="checkbox_1422"/>
          <w:id w:val="142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In polvere   </w:t>
      </w:r>
      <w:sdt>
        <w:sdtPr>
          <w:alias w:val="Seleziona la risposta"/>
          <w:tag w:val="checkbox_1423"/>
          <w:id w:val="14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In panetti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4000"/>
        <w:gridCol w:w="2919"/>
        <w:gridCol w:w="2776"/>
      </w:tblGrid>
      <w:tr w:rsidR="0060008A" w14:paraId="5810E51A" w14:textId="77777777">
        <w:trPr>
          <w:cantSplit/>
          <w:trHeight w:val="516"/>
          <w:tblHeader/>
          <w:jc w:val="center"/>
        </w:trPr>
        <w:tc>
          <w:tcPr>
            <w:tcW w:w="4000" w:type="dxa"/>
            <w:shd w:val="clear" w:color="auto" w:fill="173B50"/>
            <w:vAlign w:val="center"/>
          </w:tcPr>
          <w:p w14:paraId="7A0E7F81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w="2919" w:type="dxa"/>
            <w:shd w:val="clear" w:color="auto" w:fill="173B50"/>
            <w:vAlign w:val="center"/>
          </w:tcPr>
          <w:p w14:paraId="193E64F6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Frequenza</w:t>
            </w:r>
          </w:p>
        </w:tc>
        <w:tc>
          <w:tcPr>
            <w:tcW w:w="2776" w:type="dxa"/>
            <w:shd w:val="clear" w:color="auto" w:fill="173B50"/>
            <w:vAlign w:val="center"/>
          </w:tcPr>
          <w:p w14:paraId="09B3F6D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Dettagli</w:t>
            </w:r>
          </w:p>
        </w:tc>
      </w:tr>
      <w:tr w:rsidR="0060008A" w14:paraId="37A42A85" w14:textId="77777777">
        <w:trPr>
          <w:cantSplit/>
          <w:trHeight w:val="361"/>
          <w:jc w:val="center"/>
        </w:trPr>
        <w:tc>
          <w:tcPr>
            <w:tcW w:w="4000" w:type="dxa"/>
            <w:vAlign w:val="center"/>
          </w:tcPr>
          <w:p w14:paraId="1B31F83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24"/>
                <w:id w:val="142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919" w:type="dxa"/>
            <w:vAlign w:val="center"/>
          </w:tcPr>
          <w:p w14:paraId="670CA47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25"/>
                <w:id w:val="142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6B0EF39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26"/>
                <w:id w:val="142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3000068F" w14:textId="77777777" w:rsidR="0060008A" w:rsidRDefault="0060008A">
      <w:pPr>
        <w:spacing w:after="40" w:line="40" w:lineRule="exact"/>
      </w:pPr>
    </w:p>
    <w:p w14:paraId="0C08786A" w14:textId="77777777" w:rsidR="0060008A" w:rsidRDefault="00000000">
      <w:pPr>
        <w:pStyle w:val="Question"/>
        <w:spacing w:before="180" w:after="26"/>
      </w:pPr>
      <w:r>
        <w:t>C4.5 Ha mai usato stucchi per il modellismo?</w:t>
      </w:r>
    </w:p>
    <w:p w14:paraId="3C003387" w14:textId="77777777" w:rsidR="0060008A" w:rsidRDefault="00000000">
      <w:sdt>
        <w:sdtPr>
          <w:alias w:val="Seleziona la risposta"/>
          <w:tag w:val="checkbox_1427"/>
          <w:id w:val="14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28"/>
          <w:id w:val="142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429"/>
          <w:id w:val="142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4000"/>
        <w:gridCol w:w="2919"/>
        <w:gridCol w:w="2776"/>
      </w:tblGrid>
      <w:tr w:rsidR="0060008A" w14:paraId="76FB5E9B" w14:textId="77777777">
        <w:trPr>
          <w:cantSplit/>
          <w:trHeight w:val="516"/>
          <w:tblHeader/>
          <w:jc w:val="center"/>
        </w:trPr>
        <w:tc>
          <w:tcPr>
            <w:tcW w:w="4000" w:type="dxa"/>
            <w:shd w:val="clear" w:color="auto" w:fill="173B50"/>
            <w:vAlign w:val="center"/>
          </w:tcPr>
          <w:p w14:paraId="6EC5A4A5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w="2919" w:type="dxa"/>
            <w:shd w:val="clear" w:color="auto" w:fill="173B50"/>
            <w:vAlign w:val="center"/>
          </w:tcPr>
          <w:p w14:paraId="2F4A4FA5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Frequenza</w:t>
            </w:r>
          </w:p>
        </w:tc>
        <w:tc>
          <w:tcPr>
            <w:tcW w:w="2776" w:type="dxa"/>
            <w:shd w:val="clear" w:color="auto" w:fill="173B50"/>
            <w:vAlign w:val="center"/>
          </w:tcPr>
          <w:p w14:paraId="50DE309A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Dettagli</w:t>
            </w:r>
          </w:p>
        </w:tc>
      </w:tr>
      <w:tr w:rsidR="0060008A" w14:paraId="131769C0" w14:textId="77777777">
        <w:trPr>
          <w:cantSplit/>
          <w:trHeight w:val="361"/>
          <w:jc w:val="center"/>
        </w:trPr>
        <w:tc>
          <w:tcPr>
            <w:tcW w:w="4000" w:type="dxa"/>
            <w:vAlign w:val="center"/>
          </w:tcPr>
          <w:p w14:paraId="2469584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0"/>
                <w:id w:val="143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919" w:type="dxa"/>
            <w:vAlign w:val="center"/>
          </w:tcPr>
          <w:p w14:paraId="786C218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1"/>
                <w:id w:val="143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67506AA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2"/>
                <w:id w:val="143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04409444" w14:textId="77777777" w:rsidR="0060008A" w:rsidRDefault="0060008A">
      <w:pPr>
        <w:spacing w:after="40" w:line="40" w:lineRule="exact"/>
      </w:pPr>
    </w:p>
    <w:p w14:paraId="3C8499F1" w14:textId="77777777" w:rsidR="0060008A" w:rsidRDefault="00000000">
      <w:pPr>
        <w:pStyle w:val="Question"/>
        <w:spacing w:before="180" w:after="26"/>
      </w:pPr>
      <w:r>
        <w:t>C4.6 Ha mai frequentato assiduamente locali di uso collettivo o mezzi di trasporto?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3211"/>
        <w:gridCol w:w="1754"/>
        <w:gridCol w:w="1461"/>
        <w:gridCol w:w="1461"/>
        <w:gridCol w:w="1808"/>
      </w:tblGrid>
      <w:tr w:rsidR="0060008A" w14:paraId="0BEF1744" w14:textId="77777777">
        <w:trPr>
          <w:cantSplit/>
          <w:trHeight w:val="774"/>
          <w:tblHeader/>
          <w:jc w:val="center"/>
        </w:trPr>
        <w:tc>
          <w:tcPr>
            <w:tcW w:w="3211" w:type="dxa"/>
            <w:shd w:val="clear" w:color="auto" w:fill="173B50"/>
            <w:vAlign w:val="center"/>
          </w:tcPr>
          <w:p w14:paraId="461296F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Tipologia</w:t>
            </w:r>
          </w:p>
        </w:tc>
        <w:tc>
          <w:tcPr>
            <w:tcW w:w="1754" w:type="dxa"/>
            <w:shd w:val="clear" w:color="auto" w:fill="173B50"/>
            <w:vAlign w:val="center"/>
          </w:tcPr>
          <w:p w14:paraId="5235F7C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 (dal ___ al ___)</w:t>
            </w:r>
          </w:p>
        </w:tc>
        <w:tc>
          <w:tcPr>
            <w:tcW w:w="1461" w:type="dxa"/>
            <w:shd w:val="clear" w:color="auto" w:fill="173B50"/>
            <w:vAlign w:val="center"/>
          </w:tcPr>
          <w:p w14:paraId="7B6EEDF8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Nome</w:t>
            </w:r>
          </w:p>
        </w:tc>
        <w:tc>
          <w:tcPr>
            <w:tcW w:w="1461" w:type="dxa"/>
            <w:shd w:val="clear" w:color="auto" w:fill="173B50"/>
            <w:vAlign w:val="center"/>
          </w:tcPr>
          <w:p w14:paraId="69AC462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Comune</w:t>
            </w:r>
          </w:p>
        </w:tc>
        <w:tc>
          <w:tcPr>
            <w:tcW w:w="1808" w:type="dxa"/>
            <w:shd w:val="clear" w:color="auto" w:fill="173B50"/>
            <w:vAlign w:val="center"/>
          </w:tcPr>
          <w:p w14:paraId="110BC772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Era abbonato?</w:t>
            </w:r>
          </w:p>
        </w:tc>
      </w:tr>
      <w:tr w:rsidR="0060008A" w14:paraId="4507B7DC" w14:textId="77777777">
        <w:trPr>
          <w:cantSplit/>
          <w:trHeight w:val="361"/>
          <w:jc w:val="center"/>
        </w:trPr>
        <w:tc>
          <w:tcPr>
            <w:tcW w:w="3211" w:type="dxa"/>
            <w:shd w:val="clear" w:color="auto" w:fill="EFF5F7"/>
            <w:vAlign w:val="center"/>
          </w:tcPr>
          <w:p w14:paraId="6E5C3DAE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33"/>
                <w:id w:val="14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Cinema, teatri e sale da ballo</w:t>
            </w:r>
          </w:p>
        </w:tc>
        <w:tc>
          <w:tcPr>
            <w:tcW w:w="1754" w:type="dxa"/>
            <w:vAlign w:val="center"/>
          </w:tcPr>
          <w:p w14:paraId="63B71BF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4"/>
                <w:id w:val="143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02B8D85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5"/>
                <w:id w:val="143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084FE33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6"/>
                <w:id w:val="143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08" w:type="dxa"/>
            <w:vAlign w:val="center"/>
          </w:tcPr>
          <w:p w14:paraId="7BCB65A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7"/>
                <w:id w:val="143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67B17ED1" w14:textId="77777777">
        <w:trPr>
          <w:cantSplit/>
          <w:trHeight w:val="361"/>
          <w:jc w:val="center"/>
        </w:trPr>
        <w:tc>
          <w:tcPr>
            <w:tcW w:w="3211" w:type="dxa"/>
            <w:shd w:val="clear" w:color="auto" w:fill="EFF5F7"/>
            <w:vAlign w:val="center"/>
          </w:tcPr>
          <w:p w14:paraId="54255BBF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38"/>
                <w:id w:val="14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Impianti sportivi e piscine</w:t>
            </w:r>
          </w:p>
        </w:tc>
        <w:tc>
          <w:tcPr>
            <w:tcW w:w="1754" w:type="dxa"/>
            <w:vAlign w:val="center"/>
          </w:tcPr>
          <w:p w14:paraId="383D8CA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39"/>
                <w:id w:val="143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2C49831D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0"/>
                <w:id w:val="144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1B37BBF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1"/>
                <w:id w:val="144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08" w:type="dxa"/>
            <w:vAlign w:val="center"/>
          </w:tcPr>
          <w:p w14:paraId="4432B0B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2"/>
                <w:id w:val="144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774BBFD" w14:textId="77777777">
        <w:trPr>
          <w:cantSplit/>
          <w:trHeight w:val="577"/>
          <w:jc w:val="center"/>
        </w:trPr>
        <w:tc>
          <w:tcPr>
            <w:tcW w:w="3211" w:type="dxa"/>
            <w:shd w:val="clear" w:color="auto" w:fill="EFF5F7"/>
            <w:vAlign w:val="center"/>
          </w:tcPr>
          <w:p w14:paraId="1F5B162F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43"/>
                <w:id w:val="144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Centri di incontro, oratori, bocciofile, ecc.</w:t>
            </w:r>
          </w:p>
        </w:tc>
        <w:tc>
          <w:tcPr>
            <w:tcW w:w="1754" w:type="dxa"/>
            <w:vAlign w:val="center"/>
          </w:tcPr>
          <w:p w14:paraId="046EBF0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4"/>
                <w:id w:val="144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27A31AA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5"/>
                <w:id w:val="144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374156F9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6"/>
                <w:id w:val="144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08" w:type="dxa"/>
            <w:vAlign w:val="center"/>
          </w:tcPr>
          <w:p w14:paraId="60B2690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7"/>
                <w:id w:val="144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175EF0F3" w14:textId="77777777">
        <w:trPr>
          <w:cantSplit/>
          <w:trHeight w:val="361"/>
          <w:jc w:val="center"/>
        </w:trPr>
        <w:tc>
          <w:tcPr>
            <w:tcW w:w="3211" w:type="dxa"/>
            <w:shd w:val="clear" w:color="auto" w:fill="EFF5F7"/>
            <w:vAlign w:val="center"/>
          </w:tcPr>
          <w:p w14:paraId="145CAF7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48"/>
                <w:id w:val="144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Treni, metro, bus, traghetti</w:t>
            </w:r>
          </w:p>
        </w:tc>
        <w:tc>
          <w:tcPr>
            <w:tcW w:w="1754" w:type="dxa"/>
            <w:vAlign w:val="center"/>
          </w:tcPr>
          <w:p w14:paraId="42C3C71D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49"/>
                <w:id w:val="144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6BBA726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0"/>
                <w:id w:val="145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6AC4F06D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1"/>
                <w:id w:val="145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08" w:type="dxa"/>
            <w:vAlign w:val="center"/>
          </w:tcPr>
          <w:p w14:paraId="2048793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2"/>
                <w:id w:val="145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578AF4B" w14:textId="77777777">
        <w:trPr>
          <w:cantSplit/>
          <w:trHeight w:val="361"/>
          <w:jc w:val="center"/>
        </w:trPr>
        <w:tc>
          <w:tcPr>
            <w:tcW w:w="3211" w:type="dxa"/>
            <w:shd w:val="clear" w:color="auto" w:fill="EFF5F7"/>
            <w:vAlign w:val="center"/>
          </w:tcPr>
          <w:p w14:paraId="304E5612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53"/>
                <w:id w:val="145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Altro (specificare)</w:t>
            </w:r>
          </w:p>
        </w:tc>
        <w:tc>
          <w:tcPr>
            <w:tcW w:w="1754" w:type="dxa"/>
            <w:vAlign w:val="center"/>
          </w:tcPr>
          <w:p w14:paraId="4848C86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4"/>
                <w:id w:val="145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2B3E004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5"/>
                <w:id w:val="145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461" w:type="dxa"/>
            <w:vAlign w:val="center"/>
          </w:tcPr>
          <w:p w14:paraId="049D4EE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6"/>
                <w:id w:val="145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1808" w:type="dxa"/>
            <w:vAlign w:val="center"/>
          </w:tcPr>
          <w:p w14:paraId="21E7D23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57"/>
                <w:id w:val="145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11E9C13E" w14:textId="77777777" w:rsidR="0060008A" w:rsidRDefault="0060008A">
      <w:pPr>
        <w:spacing w:after="40" w:line="40" w:lineRule="exact"/>
      </w:pPr>
    </w:p>
    <w:p w14:paraId="4FA717B4" w14:textId="77777777" w:rsidR="0060008A" w:rsidRDefault="00000000">
      <w:r>
        <w:br w:type="page"/>
      </w:r>
    </w:p>
    <w:p w14:paraId="5845265C" w14:textId="77777777" w:rsidR="0060008A" w:rsidRDefault="00000000">
      <w:pPr>
        <w:pStyle w:val="Source"/>
        <w:spacing w:after="180"/>
      </w:pPr>
      <w:bookmarkStart w:id="11" w:name="Fonte_157"/>
      <w:r>
        <w:rPr>
          <w:b/>
        </w:rPr>
        <w:t>C / ESPOSIZIONE EXTRA-LAVORATIVA  •  FONTE: INAIL 2026, PAGINA 157</w:t>
      </w:r>
      <w:bookmarkEnd w:id="11"/>
    </w:p>
    <w:p w14:paraId="6FDD8CAF" w14:textId="77777777" w:rsidR="0060008A" w:rsidRDefault="00000000">
      <w:pPr>
        <w:pStyle w:val="Question"/>
        <w:spacing w:after="26"/>
      </w:pPr>
      <w:r>
        <w:t>C4.7 È a conoscenza di interventi di bonifica di MCA nelle strutture sopra riportate?</w:t>
      </w:r>
    </w:p>
    <w:p w14:paraId="216AF9AE" w14:textId="77777777" w:rsidR="0060008A" w:rsidRDefault="00000000">
      <w:sdt>
        <w:sdtPr>
          <w:alias w:val="Seleziona la risposta"/>
          <w:tag w:val="checkbox_1458"/>
          <w:id w:val="145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59"/>
          <w:id w:val="14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1FF95577" w14:textId="77777777" w:rsidR="0060008A" w:rsidRDefault="00000000">
      <w:pPr>
        <w:spacing w:before="54"/>
      </w:pPr>
      <w:r>
        <w:t>Se sì, specificare i dettagli:</w:t>
      </w:r>
    </w:p>
    <w:p w14:paraId="3B50741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60"/>
          <w:id w:val="1460"/>
          <w:text w:multiLine="1"/>
        </w:sdtPr>
        <w:sdtContent>
          <w:r>
            <w:t xml:space="preserve"> </w:t>
          </w:r>
        </w:sdtContent>
      </w:sdt>
    </w:p>
    <w:p w14:paraId="1883A47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61"/>
          <w:id w:val="1461"/>
          <w:text w:multiLine="1"/>
        </w:sdtPr>
        <w:sdtContent>
          <w:r>
            <w:t xml:space="preserve"> </w:t>
          </w:r>
        </w:sdtContent>
      </w:sdt>
    </w:p>
    <w:p w14:paraId="0D48ABC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62"/>
          <w:id w:val="1462"/>
          <w:text w:multiLine="1"/>
        </w:sdtPr>
        <w:sdtContent>
          <w:r>
            <w:t xml:space="preserve"> </w:t>
          </w:r>
        </w:sdtContent>
      </w:sdt>
    </w:p>
    <w:p w14:paraId="37F34052" w14:textId="77777777" w:rsidR="0060008A" w:rsidRDefault="00000000">
      <w:pPr>
        <w:pStyle w:val="Question"/>
        <w:spacing w:before="153" w:after="26"/>
      </w:pPr>
      <w:r>
        <w:t>C4.8 Ha mai usato talco cosmetico?</w:t>
      </w:r>
    </w:p>
    <w:p w14:paraId="09F75EC3" w14:textId="77777777" w:rsidR="0060008A" w:rsidRDefault="00000000">
      <w:sdt>
        <w:sdtPr>
          <w:alias w:val="Seleziona la risposta"/>
          <w:tag w:val="checkbox_1463"/>
          <w:id w:val="146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64"/>
          <w:id w:val="146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465"/>
          <w:id w:val="146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1FB1190" w14:textId="77777777" w:rsidR="0060008A" w:rsidRDefault="00000000">
      <w:pPr>
        <w:spacing w:before="54"/>
      </w:pPr>
      <w:r>
        <w:t>Se sì: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4000"/>
        <w:gridCol w:w="2918"/>
        <w:gridCol w:w="2776"/>
      </w:tblGrid>
      <w:tr w:rsidR="0060008A" w14:paraId="7B047022" w14:textId="77777777">
        <w:trPr>
          <w:cantSplit/>
          <w:trHeight w:val="516"/>
          <w:tblHeader/>
          <w:jc w:val="center"/>
        </w:trPr>
        <w:tc>
          <w:tcPr>
            <w:tcW w:w="4000" w:type="dxa"/>
            <w:shd w:val="clear" w:color="auto" w:fill="173B50"/>
            <w:vAlign w:val="center"/>
          </w:tcPr>
          <w:p w14:paraId="47DDC064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w="2918" w:type="dxa"/>
            <w:shd w:val="clear" w:color="auto" w:fill="173B50"/>
            <w:vAlign w:val="center"/>
          </w:tcPr>
          <w:p w14:paraId="212A9891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Frequenza</w:t>
            </w:r>
          </w:p>
        </w:tc>
        <w:tc>
          <w:tcPr>
            <w:tcW w:w="2776" w:type="dxa"/>
            <w:shd w:val="clear" w:color="auto" w:fill="173B50"/>
            <w:vAlign w:val="center"/>
          </w:tcPr>
          <w:p w14:paraId="7A2BBD27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Dettagli (marca del talco)</w:t>
            </w:r>
          </w:p>
        </w:tc>
      </w:tr>
      <w:tr w:rsidR="0060008A" w14:paraId="1F83415B" w14:textId="77777777">
        <w:trPr>
          <w:cantSplit/>
          <w:trHeight w:val="361"/>
          <w:jc w:val="center"/>
        </w:trPr>
        <w:tc>
          <w:tcPr>
            <w:tcW w:w="4000" w:type="dxa"/>
            <w:vAlign w:val="center"/>
          </w:tcPr>
          <w:p w14:paraId="744EC90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66"/>
                <w:id w:val="146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918" w:type="dxa"/>
            <w:vAlign w:val="center"/>
          </w:tcPr>
          <w:p w14:paraId="0D82008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67"/>
                <w:id w:val="146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776" w:type="dxa"/>
            <w:vAlign w:val="center"/>
          </w:tcPr>
          <w:p w14:paraId="4F5C35A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68"/>
                <w:id w:val="146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096EF2F0" w14:textId="77777777" w:rsidR="0060008A" w:rsidRDefault="0060008A">
      <w:pPr>
        <w:spacing w:after="40" w:line="40" w:lineRule="exact"/>
      </w:pPr>
    </w:p>
    <w:p w14:paraId="006AA17B" w14:textId="77777777" w:rsidR="0060008A" w:rsidRDefault="00000000">
      <w:pPr>
        <w:pStyle w:val="Question"/>
        <w:spacing w:before="180" w:after="26"/>
      </w:pPr>
      <w:r>
        <w:t>C4.9 Ha mai svolto attività di volontariato (c/o Protezione Civile, Croce Rossa, ONG, ecc.) in zone di guerra o in aree colpite da calamità naturali?</w:t>
      </w:r>
    </w:p>
    <w:p w14:paraId="15C19951" w14:textId="77777777" w:rsidR="0060008A" w:rsidRDefault="00000000">
      <w:sdt>
        <w:sdtPr>
          <w:alias w:val="Seleziona la risposta"/>
          <w:tag w:val="checkbox_1469"/>
          <w:id w:val="146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70"/>
          <w:id w:val="14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3F2383A8" w14:textId="77777777" w:rsidR="0060008A" w:rsidRDefault="00000000">
      <w:pPr>
        <w:spacing w:before="54"/>
      </w:pPr>
      <w:r>
        <w:t>In queste occasioni è venuto a contatto con manufatti in cemento-amianto?</w:t>
      </w:r>
    </w:p>
    <w:p w14:paraId="507E9118" w14:textId="77777777" w:rsidR="0060008A" w:rsidRDefault="00000000">
      <w:sdt>
        <w:sdtPr>
          <w:alias w:val="Seleziona la risposta"/>
          <w:tag w:val="checkbox_1471"/>
          <w:id w:val="147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472"/>
          <w:id w:val="147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22912BC6" w14:textId="77777777" w:rsidR="0060008A" w:rsidRDefault="00000000">
      <w:pPr>
        <w:spacing w:before="153"/>
      </w:pPr>
      <w:r>
        <w:t>Se sì, indicare le circostanze:</w:t>
      </w:r>
    </w:p>
    <w:p w14:paraId="36490D8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73"/>
          <w:id w:val="1473"/>
          <w:text w:multiLine="1"/>
        </w:sdtPr>
        <w:sdtContent>
          <w:r>
            <w:t xml:space="preserve"> </w:t>
          </w:r>
        </w:sdtContent>
      </w:sdt>
    </w:p>
    <w:p w14:paraId="2B99535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74"/>
          <w:id w:val="1474"/>
          <w:text w:multiLine="1"/>
        </w:sdtPr>
        <w:sdtContent>
          <w:r>
            <w:t xml:space="preserve"> </w:t>
          </w:r>
        </w:sdtContent>
      </w:sdt>
    </w:p>
    <w:p w14:paraId="341EA27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475"/>
          <w:id w:val="1475"/>
          <w:text w:multiLine="1"/>
        </w:sdtPr>
        <w:sdtContent>
          <w:r>
            <w:t xml:space="preserve"> </w:t>
          </w:r>
        </w:sdtContent>
      </w:sdt>
    </w:p>
    <w:p w14:paraId="164ABC98" w14:textId="77777777" w:rsidR="0060008A" w:rsidRDefault="00000000">
      <w:r>
        <w:br w:type="page"/>
      </w:r>
    </w:p>
    <w:p w14:paraId="4C31CA24" w14:textId="77777777" w:rsidR="0060008A" w:rsidRDefault="00000000">
      <w:pPr>
        <w:pStyle w:val="Source"/>
        <w:spacing w:after="180"/>
      </w:pPr>
      <w:bookmarkStart w:id="12" w:name="Fonte_158"/>
      <w:r>
        <w:rPr>
          <w:b/>
        </w:rPr>
        <w:t>D / SALUTE  •  FONTE: INAIL 2026, PAGINA 158</w:t>
      </w:r>
      <w:bookmarkEnd w:id="12"/>
    </w:p>
    <w:p w14:paraId="2D24A663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D: SALUTE</w:t>
      </w:r>
    </w:p>
    <w:p w14:paraId="720FFF99" w14:textId="77777777" w:rsidR="0060008A" w:rsidRDefault="00000000">
      <w:pPr>
        <w:pStyle w:val="Question"/>
        <w:spacing w:before="150" w:after="26"/>
      </w:pPr>
      <w:r>
        <w:t>D1. È stato sottoposto per motivi diagnostici a radiazioni per una delle seguenti sedi?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3228"/>
        <w:gridCol w:w="2870"/>
        <w:gridCol w:w="3596"/>
      </w:tblGrid>
      <w:tr w:rsidR="0060008A" w14:paraId="1AE44A77" w14:textId="77777777">
        <w:trPr>
          <w:cantSplit/>
          <w:trHeight w:val="516"/>
          <w:tblHeader/>
          <w:jc w:val="center"/>
        </w:trPr>
        <w:tc>
          <w:tcPr>
            <w:tcW w:w="3228" w:type="dxa"/>
            <w:shd w:val="clear" w:color="auto" w:fill="173B50"/>
            <w:vAlign w:val="center"/>
          </w:tcPr>
          <w:p w14:paraId="6ACD9667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Sede</w:t>
            </w:r>
          </w:p>
        </w:tc>
        <w:tc>
          <w:tcPr>
            <w:tcW w:w="2870" w:type="dxa"/>
            <w:shd w:val="clear" w:color="auto" w:fill="173B50"/>
            <w:vAlign w:val="center"/>
          </w:tcPr>
          <w:p w14:paraId="6C0FD724" w14:textId="77777777" w:rsidR="0060008A" w:rsidRDefault="00000000">
            <w:pPr>
              <w:spacing w:line="228" w:lineRule="exact"/>
              <w:jc w:val="center"/>
            </w:pPr>
            <w:sdt>
              <w:sdtPr>
                <w:alias w:val="Campo di compilazione"/>
                <w:tag w:val="field_1476"/>
                <w:id w:val="1476"/>
                <w:text w:multiLine="1"/>
              </w:sdtPr>
              <w:sdtContent>
                <w:r>
                  <w:rPr>
                    <w:color w:val="FFFFFF"/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shd w:val="clear" w:color="auto" w:fill="173B50"/>
            <w:vAlign w:val="center"/>
          </w:tcPr>
          <w:p w14:paraId="36BD654F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Se sì, specificare la motivazione</w:t>
            </w:r>
          </w:p>
        </w:tc>
      </w:tr>
      <w:tr w:rsidR="0060008A" w14:paraId="64C358B6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430964A3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Testa</w:t>
            </w:r>
          </w:p>
        </w:tc>
        <w:tc>
          <w:tcPr>
            <w:tcW w:w="2870" w:type="dxa"/>
            <w:vAlign w:val="center"/>
          </w:tcPr>
          <w:p w14:paraId="5A669DE6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77"/>
                <w:id w:val="147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78"/>
                <w:id w:val="147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79"/>
                <w:id w:val="147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2DC474D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80"/>
                <w:id w:val="148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92E127B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352F1A94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Torace</w:t>
            </w:r>
          </w:p>
        </w:tc>
        <w:tc>
          <w:tcPr>
            <w:tcW w:w="2870" w:type="dxa"/>
            <w:vAlign w:val="center"/>
          </w:tcPr>
          <w:p w14:paraId="6B1B7F26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81"/>
                <w:id w:val="148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82"/>
                <w:id w:val="148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83"/>
                <w:id w:val="148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18E9B76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84"/>
                <w:id w:val="148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9D663D0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5787E2A2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Addome</w:t>
            </w:r>
          </w:p>
        </w:tc>
        <w:tc>
          <w:tcPr>
            <w:tcW w:w="2870" w:type="dxa"/>
            <w:vAlign w:val="center"/>
          </w:tcPr>
          <w:p w14:paraId="130E348D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85"/>
                <w:id w:val="148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86"/>
                <w:id w:val="148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87"/>
                <w:id w:val="148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2302B49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88"/>
                <w:id w:val="148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538E6BD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70BFF86D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Rene, vescica, ureteri</w:t>
            </w:r>
          </w:p>
        </w:tc>
        <w:tc>
          <w:tcPr>
            <w:tcW w:w="2870" w:type="dxa"/>
            <w:vAlign w:val="center"/>
          </w:tcPr>
          <w:p w14:paraId="0FAA73F3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89"/>
                <w:id w:val="148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90"/>
                <w:id w:val="149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91"/>
                <w:id w:val="149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192ED89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92"/>
                <w:id w:val="149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93B20E9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62F8A31F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Colonna vertebrale</w:t>
            </w:r>
          </w:p>
        </w:tc>
        <w:tc>
          <w:tcPr>
            <w:tcW w:w="2870" w:type="dxa"/>
            <w:vAlign w:val="center"/>
          </w:tcPr>
          <w:p w14:paraId="7796BA85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93"/>
                <w:id w:val="149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94"/>
                <w:id w:val="149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95"/>
                <w:id w:val="149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6C7E6D7C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496"/>
                <w:id w:val="149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08B76179" w14:textId="77777777">
        <w:trPr>
          <w:cantSplit/>
          <w:trHeight w:val="464"/>
          <w:jc w:val="center"/>
        </w:trPr>
        <w:tc>
          <w:tcPr>
            <w:tcW w:w="3228" w:type="dxa"/>
            <w:shd w:val="clear" w:color="auto" w:fill="EFF5F7"/>
            <w:vAlign w:val="center"/>
          </w:tcPr>
          <w:p w14:paraId="7C6A7603" w14:textId="77777777" w:rsidR="0060008A" w:rsidRDefault="00000000">
            <w:pPr>
              <w:spacing w:line="228" w:lineRule="exact"/>
            </w:pPr>
            <w:r>
              <w:rPr>
                <w:sz w:val="19"/>
              </w:rPr>
              <w:t>Altre sedi (specificare)</w:t>
            </w:r>
          </w:p>
        </w:tc>
        <w:tc>
          <w:tcPr>
            <w:tcW w:w="2870" w:type="dxa"/>
            <w:vAlign w:val="center"/>
          </w:tcPr>
          <w:p w14:paraId="1B3E5C76" w14:textId="77777777" w:rsidR="0060008A" w:rsidRDefault="00000000">
            <w:pPr>
              <w:spacing w:line="228" w:lineRule="exact"/>
            </w:pPr>
            <w:sdt>
              <w:sdtPr>
                <w:alias w:val="Seleziona la risposta"/>
                <w:tag w:val="checkbox_1497"/>
                <w:id w:val="149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Sì   </w:t>
            </w:r>
            <w:sdt>
              <w:sdtPr>
                <w:alias w:val="Seleziona la risposta"/>
                <w:tag w:val="checkbox_1498"/>
                <w:id w:val="149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   </w:t>
            </w:r>
            <w:sdt>
              <w:sdtPr>
                <w:alias w:val="Seleziona la risposta"/>
                <w:tag w:val="checkbox_1499"/>
                <w:id w:val="149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sz w:val="19"/>
                  </w:rPr>
                  <w:t>☐</w:t>
                </w:r>
              </w:sdtContent>
            </w:sdt>
            <w:r>
              <w:rPr>
                <w:sz w:val="19"/>
              </w:rPr>
              <w:t xml:space="preserve"> Non so</w:t>
            </w:r>
          </w:p>
        </w:tc>
        <w:tc>
          <w:tcPr>
            <w:tcW w:w="3596" w:type="dxa"/>
            <w:vAlign w:val="center"/>
          </w:tcPr>
          <w:p w14:paraId="426DC8A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0"/>
                <w:id w:val="150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7E231846" w14:textId="77777777" w:rsidR="0060008A" w:rsidRDefault="0060008A">
      <w:pPr>
        <w:spacing w:after="40" w:line="40" w:lineRule="exact"/>
      </w:pPr>
    </w:p>
    <w:p w14:paraId="236733E9" w14:textId="77777777" w:rsidR="0060008A" w:rsidRDefault="00000000">
      <w:pPr>
        <w:pStyle w:val="Question"/>
        <w:spacing w:before="180" w:after="26"/>
      </w:pPr>
      <w:r>
        <w:t>D2. È mai stato sottoposto a trattamenti terapeutici con raggi X?</w:t>
      </w:r>
    </w:p>
    <w:p w14:paraId="493F3C7F" w14:textId="77777777" w:rsidR="0060008A" w:rsidRDefault="00000000">
      <w:sdt>
        <w:sdtPr>
          <w:alias w:val="Seleziona la risposta"/>
          <w:tag w:val="checkbox_1501"/>
          <w:id w:val="15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02"/>
          <w:id w:val="15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03"/>
          <w:id w:val="15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A00BF96" w14:textId="77777777" w:rsidR="0060008A" w:rsidRDefault="00000000">
      <w:pPr>
        <w:spacing w:before="54"/>
      </w:pPr>
      <w:r>
        <w:t>Se sì, compilare la tabella in caso di risposta affermativa.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2422"/>
        <w:gridCol w:w="2421"/>
        <w:gridCol w:w="2421"/>
        <w:gridCol w:w="2432"/>
      </w:tblGrid>
      <w:tr w:rsidR="0060008A" w14:paraId="1F8C0877" w14:textId="77777777">
        <w:trPr>
          <w:cantSplit/>
          <w:trHeight w:val="516"/>
          <w:tblHeader/>
          <w:jc w:val="center"/>
        </w:trPr>
        <w:tc>
          <w:tcPr>
            <w:tcW w:w="2422" w:type="dxa"/>
            <w:shd w:val="clear" w:color="auto" w:fill="173B50"/>
            <w:vAlign w:val="center"/>
          </w:tcPr>
          <w:p w14:paraId="29C2A31A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Sede</w:t>
            </w:r>
          </w:p>
        </w:tc>
        <w:tc>
          <w:tcPr>
            <w:tcW w:w="2421" w:type="dxa"/>
            <w:shd w:val="clear" w:color="auto" w:fill="173B50"/>
            <w:vAlign w:val="center"/>
          </w:tcPr>
          <w:p w14:paraId="2AF7EC78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Anno di inizio</w:t>
            </w:r>
          </w:p>
        </w:tc>
        <w:tc>
          <w:tcPr>
            <w:tcW w:w="2421" w:type="dxa"/>
            <w:shd w:val="clear" w:color="auto" w:fill="173B50"/>
            <w:vAlign w:val="center"/>
          </w:tcPr>
          <w:p w14:paraId="04379123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Durata (in mesi)</w:t>
            </w:r>
          </w:p>
        </w:tc>
        <w:tc>
          <w:tcPr>
            <w:tcW w:w="2432" w:type="dxa"/>
            <w:shd w:val="clear" w:color="auto" w:fill="173B50"/>
            <w:vAlign w:val="center"/>
          </w:tcPr>
          <w:p w14:paraId="62C7A183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Motivo</w:t>
            </w:r>
          </w:p>
        </w:tc>
      </w:tr>
      <w:tr w:rsidR="0060008A" w14:paraId="2AA1A8E5" w14:textId="77777777">
        <w:trPr>
          <w:cantSplit/>
          <w:trHeight w:val="340"/>
          <w:jc w:val="center"/>
        </w:trPr>
        <w:tc>
          <w:tcPr>
            <w:tcW w:w="2422" w:type="dxa"/>
            <w:vAlign w:val="center"/>
          </w:tcPr>
          <w:p w14:paraId="5A2D89F5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4"/>
                <w:id w:val="150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201255D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5"/>
                <w:id w:val="150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7A74112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6"/>
                <w:id w:val="150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51C26B7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7"/>
                <w:id w:val="150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A7F4440" w14:textId="77777777">
        <w:trPr>
          <w:cantSplit/>
          <w:trHeight w:val="340"/>
          <w:jc w:val="center"/>
        </w:trPr>
        <w:tc>
          <w:tcPr>
            <w:tcW w:w="2422" w:type="dxa"/>
            <w:vAlign w:val="center"/>
          </w:tcPr>
          <w:p w14:paraId="16D92BE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8"/>
                <w:id w:val="150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247677DE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09"/>
                <w:id w:val="150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6FE13A8A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0"/>
                <w:id w:val="151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2E8FB77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1"/>
                <w:id w:val="151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05A66154" w14:textId="77777777">
        <w:trPr>
          <w:cantSplit/>
          <w:trHeight w:val="340"/>
          <w:jc w:val="center"/>
        </w:trPr>
        <w:tc>
          <w:tcPr>
            <w:tcW w:w="2422" w:type="dxa"/>
            <w:vAlign w:val="center"/>
          </w:tcPr>
          <w:p w14:paraId="5F6A1F2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2"/>
                <w:id w:val="151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053A9F3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3"/>
                <w:id w:val="151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21" w:type="dxa"/>
            <w:vAlign w:val="center"/>
          </w:tcPr>
          <w:p w14:paraId="34FBF99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4"/>
                <w:id w:val="151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432" w:type="dxa"/>
            <w:vAlign w:val="center"/>
          </w:tcPr>
          <w:p w14:paraId="41A22D08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15"/>
                <w:id w:val="151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5AF089B0" w14:textId="77777777" w:rsidR="0060008A" w:rsidRDefault="0060008A">
      <w:pPr>
        <w:spacing w:after="40" w:line="40" w:lineRule="exact"/>
      </w:pPr>
    </w:p>
    <w:p w14:paraId="58DF0B4A" w14:textId="77777777" w:rsidR="0060008A" w:rsidRDefault="00000000">
      <w:pPr>
        <w:pStyle w:val="Question"/>
        <w:spacing w:before="180" w:after="26"/>
      </w:pPr>
      <w:r>
        <w:t>D3. Ha mai sofferto di importanti malattie dell’apparto respiratorio (tubercolosi, asma, ecc.)?</w:t>
      </w:r>
    </w:p>
    <w:p w14:paraId="7FC0F45D" w14:textId="77777777" w:rsidR="0060008A" w:rsidRDefault="00000000">
      <w:sdt>
        <w:sdtPr>
          <w:alias w:val="Seleziona la risposta"/>
          <w:tag w:val="checkbox_1516"/>
          <w:id w:val="151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17"/>
          <w:id w:val="151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18"/>
          <w:id w:val="151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86B95DD" w14:textId="77777777" w:rsidR="0060008A" w:rsidRDefault="00000000">
      <w:pPr>
        <w:spacing w:before="54"/>
      </w:pPr>
      <w:r>
        <w:t>Se sì, specificare:</w:t>
      </w:r>
    </w:p>
    <w:p w14:paraId="4260FF5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19"/>
          <w:id w:val="1519"/>
          <w:text w:multiLine="1"/>
        </w:sdtPr>
        <w:sdtContent>
          <w:r>
            <w:t xml:space="preserve"> </w:t>
          </w:r>
        </w:sdtContent>
      </w:sdt>
    </w:p>
    <w:p w14:paraId="1E30DEC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20"/>
          <w:id w:val="1520"/>
          <w:text w:multiLine="1"/>
        </w:sdtPr>
        <w:sdtContent>
          <w:r>
            <w:t xml:space="preserve"> </w:t>
          </w:r>
        </w:sdtContent>
      </w:sdt>
    </w:p>
    <w:p w14:paraId="53DF9C9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21"/>
          <w:id w:val="1521"/>
          <w:text w:multiLine="1"/>
        </w:sdtPr>
        <w:sdtContent>
          <w:r>
            <w:t xml:space="preserve"> </w:t>
          </w:r>
        </w:sdtContent>
      </w:sdt>
    </w:p>
    <w:p w14:paraId="4487F379" w14:textId="77777777" w:rsidR="0060008A" w:rsidRDefault="00000000">
      <w:pPr>
        <w:pStyle w:val="Question"/>
        <w:spacing w:before="180" w:after="26"/>
      </w:pPr>
      <w:r>
        <w:t>D4. Ha mai subito importanti traumi del torace?</w:t>
      </w:r>
    </w:p>
    <w:p w14:paraId="2E944AE4" w14:textId="77777777" w:rsidR="0060008A" w:rsidRDefault="00000000">
      <w:sdt>
        <w:sdtPr>
          <w:alias w:val="Seleziona la risposta"/>
          <w:tag w:val="checkbox_1522"/>
          <w:id w:val="152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23"/>
          <w:id w:val="15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24"/>
          <w:id w:val="152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A09CFD1" w14:textId="77777777" w:rsidR="0060008A" w:rsidRDefault="00000000">
      <w:r>
        <w:br w:type="page"/>
      </w:r>
    </w:p>
    <w:p w14:paraId="3576473D" w14:textId="77777777" w:rsidR="0060008A" w:rsidRDefault="00000000">
      <w:pPr>
        <w:pStyle w:val="Source"/>
        <w:spacing w:after="180"/>
      </w:pPr>
      <w:bookmarkStart w:id="13" w:name="Fonte_159"/>
      <w:r>
        <w:rPr>
          <w:b/>
        </w:rPr>
        <w:t>D / SALUTE  •  FONTE: INAIL 2026, PAGINA 159</w:t>
      </w:r>
      <w:bookmarkEnd w:id="13"/>
    </w:p>
    <w:p w14:paraId="1597BF7C" w14:textId="77777777" w:rsidR="0060008A" w:rsidRDefault="00000000">
      <w:pPr>
        <w:pStyle w:val="Question"/>
        <w:spacing w:after="26"/>
      </w:pPr>
      <w:r>
        <w:t>D5. È titolare di rendita INAIL per Malattia Professionale?</w:t>
      </w:r>
    </w:p>
    <w:p w14:paraId="7999C718" w14:textId="77777777" w:rsidR="0060008A" w:rsidRDefault="00000000">
      <w:sdt>
        <w:sdtPr>
          <w:alias w:val="Seleziona la risposta"/>
          <w:tag w:val="checkbox_1525"/>
          <w:id w:val="15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26"/>
          <w:id w:val="15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27"/>
          <w:id w:val="15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B77D5C3" w14:textId="77777777" w:rsidR="0060008A" w:rsidRDefault="00000000">
      <w:pPr>
        <w:spacing w:before="54"/>
      </w:pPr>
      <w:r>
        <w:t>Se sì, per quale malattia e da quando?</w:t>
      </w:r>
    </w:p>
    <w:p w14:paraId="5F505EF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28"/>
          <w:id w:val="1528"/>
          <w:text w:multiLine="1"/>
        </w:sdtPr>
        <w:sdtContent>
          <w:r>
            <w:t xml:space="preserve"> </w:t>
          </w:r>
        </w:sdtContent>
      </w:sdt>
    </w:p>
    <w:p w14:paraId="29594F9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29"/>
          <w:id w:val="1529"/>
          <w:text w:multiLine="1"/>
        </w:sdtPr>
        <w:sdtContent>
          <w:r>
            <w:t xml:space="preserve"> </w:t>
          </w:r>
        </w:sdtContent>
      </w:sdt>
    </w:p>
    <w:p w14:paraId="624EACA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30"/>
          <w:id w:val="1530"/>
          <w:text w:multiLine="1"/>
        </w:sdtPr>
        <w:sdtContent>
          <w:r>
            <w:t xml:space="preserve"> </w:t>
          </w:r>
        </w:sdtContent>
      </w:sdt>
    </w:p>
    <w:p w14:paraId="7F42F608" w14:textId="77777777" w:rsidR="0060008A" w:rsidRDefault="00000000">
      <w:pPr>
        <w:pStyle w:val="Question"/>
        <w:spacing w:before="180" w:after="26"/>
      </w:pPr>
      <w:r>
        <w:t>D6. Nella sua famiglia ci sono stati casi di patologia oncologica?</w:t>
      </w:r>
    </w:p>
    <w:p w14:paraId="46E58FE9" w14:textId="77777777" w:rsidR="0060008A" w:rsidRDefault="00000000">
      <w:sdt>
        <w:sdtPr>
          <w:alias w:val="Seleziona la risposta"/>
          <w:tag w:val="checkbox_1531"/>
          <w:id w:val="153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32"/>
          <w:id w:val="15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33"/>
          <w:id w:val="153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FCEB2FC" w14:textId="77777777" w:rsidR="0060008A" w:rsidRDefault="00000000">
      <w:pPr>
        <w:spacing w:before="54"/>
      </w:pPr>
      <w:r>
        <w:t>Compilare la tabella in caso di risposta affermativa.</w:t>
      </w:r>
    </w:p>
    <w:tbl>
      <w:tblPr>
        <w:tblW w:w="0" w:type="auto"/>
        <w:jc w:val="center"/>
        <w:tblBorders>
          <w:top w:val="single" w:sz="4" w:space="0" w:color="9AB2BF"/>
          <w:left w:val="single" w:sz="4" w:space="0" w:color="9AB2BF"/>
          <w:bottom w:val="single" w:sz="4" w:space="0" w:color="9AB2BF"/>
          <w:right w:val="single" w:sz="4" w:space="0" w:color="9AB2BF"/>
          <w:insideH w:val="single" w:sz="4" w:space="0" w:color="9AB2BF"/>
          <w:insideV w:val="single" w:sz="4" w:space="0" w:color="9AB2BF"/>
        </w:tblBorders>
        <w:tblLayout w:type="fixed"/>
        <w:tblCellMar>
          <w:top w:w="35" w:type="dxa"/>
          <w:left w:w="65" w:type="dxa"/>
          <w:bottom w:w="35" w:type="dxa"/>
          <w:right w:w="65" w:type="dxa"/>
        </w:tblCellMar>
        <w:tblLook w:val="04A0" w:firstRow="1" w:lastRow="0" w:firstColumn="1" w:lastColumn="0" w:noHBand="0" w:noVBand="1"/>
      </w:tblPr>
      <w:tblGrid>
        <w:gridCol w:w="3228"/>
        <w:gridCol w:w="2870"/>
        <w:gridCol w:w="3596"/>
      </w:tblGrid>
      <w:tr w:rsidR="0060008A" w14:paraId="30455893" w14:textId="77777777">
        <w:trPr>
          <w:cantSplit/>
          <w:trHeight w:val="516"/>
          <w:tblHeader/>
          <w:jc w:val="center"/>
        </w:trPr>
        <w:tc>
          <w:tcPr>
            <w:tcW w:w="3228" w:type="dxa"/>
            <w:shd w:val="clear" w:color="auto" w:fill="173B50"/>
            <w:vAlign w:val="center"/>
          </w:tcPr>
          <w:p w14:paraId="67B5697A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Grado di parentela</w:t>
            </w:r>
          </w:p>
        </w:tc>
        <w:tc>
          <w:tcPr>
            <w:tcW w:w="2870" w:type="dxa"/>
            <w:shd w:val="clear" w:color="auto" w:fill="173B50"/>
            <w:vAlign w:val="center"/>
          </w:tcPr>
          <w:p w14:paraId="359C57F2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Sede del tumore*</w:t>
            </w:r>
          </w:p>
        </w:tc>
        <w:tc>
          <w:tcPr>
            <w:tcW w:w="3596" w:type="dxa"/>
            <w:shd w:val="clear" w:color="auto" w:fill="173B50"/>
            <w:vAlign w:val="center"/>
          </w:tcPr>
          <w:p w14:paraId="49E6A499" w14:textId="77777777" w:rsidR="0060008A" w:rsidRDefault="00000000">
            <w:pPr>
              <w:spacing w:line="228" w:lineRule="exact"/>
              <w:jc w:val="center"/>
            </w:pPr>
            <w:r>
              <w:rPr>
                <w:b/>
                <w:color w:val="FFFFFF"/>
                <w:sz w:val="19"/>
              </w:rPr>
              <w:t>Anno della diagnosi</w:t>
            </w:r>
          </w:p>
        </w:tc>
      </w:tr>
      <w:tr w:rsidR="0060008A" w14:paraId="385F4DB8" w14:textId="77777777">
        <w:trPr>
          <w:cantSplit/>
          <w:trHeight w:val="340"/>
          <w:jc w:val="center"/>
        </w:trPr>
        <w:tc>
          <w:tcPr>
            <w:tcW w:w="3228" w:type="dxa"/>
            <w:vAlign w:val="center"/>
          </w:tcPr>
          <w:p w14:paraId="6F63D4D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4"/>
                <w:id w:val="153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870" w:type="dxa"/>
            <w:vAlign w:val="center"/>
          </w:tcPr>
          <w:p w14:paraId="63E858D3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5"/>
                <w:id w:val="153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vAlign w:val="center"/>
          </w:tcPr>
          <w:p w14:paraId="63A47D1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6"/>
                <w:id w:val="153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55F489EF" w14:textId="77777777">
        <w:trPr>
          <w:cantSplit/>
          <w:trHeight w:val="340"/>
          <w:jc w:val="center"/>
        </w:trPr>
        <w:tc>
          <w:tcPr>
            <w:tcW w:w="3228" w:type="dxa"/>
            <w:vAlign w:val="center"/>
          </w:tcPr>
          <w:p w14:paraId="3B35636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7"/>
                <w:id w:val="153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870" w:type="dxa"/>
            <w:vAlign w:val="center"/>
          </w:tcPr>
          <w:p w14:paraId="0A34802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8"/>
                <w:id w:val="153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vAlign w:val="center"/>
          </w:tcPr>
          <w:p w14:paraId="1B242D8F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39"/>
                <w:id w:val="1539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25C4225" w14:textId="77777777">
        <w:trPr>
          <w:cantSplit/>
          <w:trHeight w:val="340"/>
          <w:jc w:val="center"/>
        </w:trPr>
        <w:tc>
          <w:tcPr>
            <w:tcW w:w="3228" w:type="dxa"/>
            <w:vAlign w:val="center"/>
          </w:tcPr>
          <w:p w14:paraId="215C7E80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0"/>
                <w:id w:val="1540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870" w:type="dxa"/>
            <w:vAlign w:val="center"/>
          </w:tcPr>
          <w:p w14:paraId="746DC4D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1"/>
                <w:id w:val="1541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vAlign w:val="center"/>
          </w:tcPr>
          <w:p w14:paraId="3224A1B4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2"/>
                <w:id w:val="1542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40BB627F" w14:textId="77777777">
        <w:trPr>
          <w:cantSplit/>
          <w:trHeight w:val="340"/>
          <w:jc w:val="center"/>
        </w:trPr>
        <w:tc>
          <w:tcPr>
            <w:tcW w:w="3228" w:type="dxa"/>
            <w:vAlign w:val="center"/>
          </w:tcPr>
          <w:p w14:paraId="6862516B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3"/>
                <w:id w:val="1543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870" w:type="dxa"/>
            <w:vAlign w:val="center"/>
          </w:tcPr>
          <w:p w14:paraId="1EDA56C1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4"/>
                <w:id w:val="1544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vAlign w:val="center"/>
          </w:tcPr>
          <w:p w14:paraId="393EFEA2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5"/>
                <w:id w:val="1545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  <w:tr w:rsidR="0060008A" w14:paraId="33181F7C" w14:textId="77777777">
        <w:trPr>
          <w:cantSplit/>
          <w:trHeight w:val="340"/>
          <w:jc w:val="center"/>
        </w:trPr>
        <w:tc>
          <w:tcPr>
            <w:tcW w:w="3228" w:type="dxa"/>
            <w:vAlign w:val="center"/>
          </w:tcPr>
          <w:p w14:paraId="6FBE6D36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6"/>
                <w:id w:val="1546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2870" w:type="dxa"/>
            <w:vAlign w:val="center"/>
          </w:tcPr>
          <w:p w14:paraId="7770B0F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7"/>
                <w:id w:val="1547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  <w:tc>
          <w:tcPr>
            <w:tcW w:w="3596" w:type="dxa"/>
            <w:vAlign w:val="center"/>
          </w:tcPr>
          <w:p w14:paraId="3941F9C7" w14:textId="77777777" w:rsidR="0060008A" w:rsidRDefault="00000000">
            <w:pPr>
              <w:spacing w:line="228" w:lineRule="exact"/>
            </w:pPr>
            <w:sdt>
              <w:sdtPr>
                <w:alias w:val="Campo di compilazione"/>
                <w:tag w:val="field_1548"/>
                <w:id w:val="1548"/>
                <w:text w:multiLine="1"/>
              </w:sdtPr>
              <w:sdtContent>
                <w:r>
                  <w:rPr>
                    <w:sz w:val="19"/>
                  </w:rPr>
                  <w:t xml:space="preserve"> </w:t>
                </w:r>
              </w:sdtContent>
            </w:sdt>
          </w:p>
        </w:tc>
      </w:tr>
    </w:tbl>
    <w:p w14:paraId="3F7CA9DE" w14:textId="77777777" w:rsidR="0060008A" w:rsidRDefault="0060008A">
      <w:pPr>
        <w:spacing w:after="40" w:line="40" w:lineRule="exact"/>
      </w:pPr>
    </w:p>
    <w:p w14:paraId="2C8D90FA" w14:textId="77777777" w:rsidR="0060008A" w:rsidRDefault="00000000">
      <w:pPr>
        <w:pStyle w:val="FormNote"/>
        <w:spacing w:before="180"/>
      </w:pPr>
      <w:r>
        <w:t>*In caso di diagnosi di mesotelioma, raccogliere i dati anagrafici del familiare:</w:t>
      </w:r>
    </w:p>
    <w:p w14:paraId="4DFF8CC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49"/>
          <w:id w:val="1549"/>
          <w:text w:multiLine="1"/>
        </w:sdtPr>
        <w:sdtContent>
          <w:r>
            <w:t xml:space="preserve"> </w:t>
          </w:r>
        </w:sdtContent>
      </w:sdt>
    </w:p>
    <w:p w14:paraId="5FC9875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50"/>
          <w:id w:val="1550"/>
          <w:text w:multiLine="1"/>
        </w:sdtPr>
        <w:sdtContent>
          <w:r>
            <w:t xml:space="preserve"> </w:t>
          </w:r>
        </w:sdtContent>
      </w:sdt>
    </w:p>
    <w:p w14:paraId="5159D98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51"/>
          <w:id w:val="1551"/>
          <w:text w:multiLine="1"/>
        </w:sdtPr>
        <w:sdtContent>
          <w:r>
            <w:t xml:space="preserve"> </w:t>
          </w:r>
        </w:sdtContent>
      </w:sdt>
    </w:p>
    <w:p w14:paraId="7EFB612A" w14:textId="77777777" w:rsidR="0060008A" w:rsidRDefault="00000000">
      <w:r>
        <w:br w:type="page"/>
      </w:r>
    </w:p>
    <w:p w14:paraId="0CCB86E4" w14:textId="77777777" w:rsidR="0060008A" w:rsidRDefault="00000000">
      <w:pPr>
        <w:pStyle w:val="Source"/>
        <w:spacing w:after="180"/>
      </w:pPr>
      <w:bookmarkStart w:id="14" w:name="Fonte_160"/>
      <w:r>
        <w:rPr>
          <w:b/>
        </w:rPr>
        <w:t>E / ATTENDIBILITÀ DELLE RISPOSTE  •  FONTE: INAIL 2026, PAGINA 160</w:t>
      </w:r>
      <w:bookmarkEnd w:id="14"/>
    </w:p>
    <w:p w14:paraId="77028B67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E: ATTENDIBILITÀ DELLE RISPOSTE</w:t>
      </w:r>
    </w:p>
    <w:p w14:paraId="37AADF8F" w14:textId="77777777" w:rsidR="0060008A" w:rsidRDefault="00000000">
      <w:pPr>
        <w:pStyle w:val="Question"/>
        <w:spacing w:before="150" w:after="26"/>
      </w:pPr>
      <w:r>
        <w:t>E1. Completezza delle informazioni:</w:t>
      </w:r>
    </w:p>
    <w:p w14:paraId="314F5594" w14:textId="77777777" w:rsidR="0060008A" w:rsidRDefault="00000000">
      <w:sdt>
        <w:sdtPr>
          <w:alias w:val="Seleziona la risposta"/>
          <w:tag w:val="checkbox_1552"/>
          <w:id w:val="155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Scarsa   </w:t>
      </w:r>
      <w:sdt>
        <w:sdtPr>
          <w:alias w:val="Seleziona la risposta"/>
          <w:tag w:val="checkbox_1553"/>
          <w:id w:val="155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Parziale   </w:t>
      </w:r>
      <w:sdt>
        <w:sdtPr>
          <w:alias w:val="Seleziona la risposta"/>
          <w:tag w:val="checkbox_1554"/>
          <w:id w:val="15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Sufficiente   </w:t>
      </w:r>
      <w:sdt>
        <w:sdtPr>
          <w:alias w:val="Seleziona la risposta"/>
          <w:tag w:val="checkbox_1555"/>
          <w:id w:val="155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Buona</w:t>
      </w:r>
    </w:p>
    <w:p w14:paraId="4B92E66E" w14:textId="77777777" w:rsidR="0060008A" w:rsidRDefault="00000000">
      <w:pPr>
        <w:pStyle w:val="Question"/>
        <w:spacing w:before="180" w:after="26"/>
      </w:pPr>
      <w:r>
        <w:t>E2. Atteggiamento nei confronti dell'intervista:</w:t>
      </w:r>
    </w:p>
    <w:p w14:paraId="5D9EF7BB" w14:textId="77777777" w:rsidR="0060008A" w:rsidRDefault="00000000">
      <w:sdt>
        <w:sdtPr>
          <w:alias w:val="Seleziona la risposta"/>
          <w:tag w:val="checkbox_1556"/>
          <w:id w:val="15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Favorevole   </w:t>
      </w:r>
      <w:sdt>
        <w:sdtPr>
          <w:alias w:val="Seleziona la risposta"/>
          <w:tag w:val="checkbox_1557"/>
          <w:id w:val="155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Con qualche riserva   </w:t>
      </w:r>
      <w:sdt>
        <w:sdtPr>
          <w:alias w:val="Seleziona la risposta"/>
          <w:tag w:val="checkbox_1558"/>
          <w:id w:val="155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Negativo</w:t>
      </w:r>
    </w:p>
    <w:p w14:paraId="36929EBF" w14:textId="77777777" w:rsidR="0060008A" w:rsidRDefault="00000000">
      <w:pPr>
        <w:pStyle w:val="Question"/>
        <w:spacing w:before="180" w:after="26"/>
      </w:pPr>
      <w:r>
        <w:t>E3. Motivazione a collaborare:</w:t>
      </w:r>
    </w:p>
    <w:p w14:paraId="31E0C8C0" w14:textId="77777777" w:rsidR="0060008A" w:rsidRDefault="00000000">
      <w:sdt>
        <w:sdtPr>
          <w:alias w:val="Seleziona la risposta"/>
          <w:tag w:val="checkbox_1559"/>
          <w:id w:val="155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Buona   </w:t>
      </w:r>
      <w:sdt>
        <w:sdtPr>
          <w:alias w:val="Seleziona la risposta"/>
          <w:tag w:val="checkbox_1560"/>
          <w:id w:val="156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Discreta   </w:t>
      </w:r>
      <w:sdt>
        <w:sdtPr>
          <w:alias w:val="Seleziona la risposta"/>
          <w:tag w:val="checkbox_1561"/>
          <w:id w:val="156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Bassa</w:t>
      </w:r>
    </w:p>
    <w:p w14:paraId="17822C8B" w14:textId="77777777" w:rsidR="0060008A" w:rsidRDefault="00000000">
      <w:pPr>
        <w:pStyle w:val="Question"/>
        <w:spacing w:before="180" w:after="26"/>
      </w:pPr>
      <w:r>
        <w:t>E4. Stadio della malattia:</w:t>
      </w:r>
    </w:p>
    <w:p w14:paraId="77F38C36" w14:textId="77777777" w:rsidR="0060008A" w:rsidRDefault="00000000">
      <w:sdt>
        <w:sdtPr>
          <w:alias w:val="Seleziona la risposta"/>
          <w:tag w:val="checkbox_1562"/>
          <w:id w:val="156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Iniziale   </w:t>
      </w:r>
      <w:sdt>
        <w:sdtPr>
          <w:alias w:val="Seleziona la risposta"/>
          <w:tag w:val="checkbox_1563"/>
          <w:id w:val="156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Avanzato   </w:t>
      </w:r>
      <w:sdt>
        <w:sdtPr>
          <w:alias w:val="Seleziona la risposta"/>
          <w:tag w:val="checkbox_1564"/>
          <w:id w:val="156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applicabile (intervista a rispondente sostituto)</w:t>
      </w:r>
    </w:p>
    <w:p w14:paraId="5556EAE7" w14:textId="77777777" w:rsidR="0060008A" w:rsidRDefault="00000000">
      <w:pPr>
        <w:pStyle w:val="Question"/>
        <w:spacing w:before="180" w:after="26"/>
      </w:pPr>
      <w:r>
        <w:t>E5. Sarebbe disponibile a essere contattato per partecipare a un progetto di ricerca volto a valutare gli aspetti psicologici legati alla sua condizione?</w:t>
      </w:r>
    </w:p>
    <w:p w14:paraId="027E805B" w14:textId="77777777" w:rsidR="0060008A" w:rsidRDefault="00000000">
      <w:sdt>
        <w:sdtPr>
          <w:alias w:val="Seleziona la risposta"/>
          <w:tag w:val="checkbox_1565"/>
          <w:id w:val="156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66"/>
          <w:id w:val="156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67"/>
          <w:id w:val="156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applicabile (intervista a rispondente sostituto)</w:t>
      </w:r>
    </w:p>
    <w:p w14:paraId="4A0ECDC4" w14:textId="77777777" w:rsidR="0060008A" w:rsidRDefault="00000000">
      <w:pPr>
        <w:pStyle w:val="Question"/>
        <w:spacing w:before="180" w:after="26"/>
      </w:pPr>
      <w:r>
        <w:t>E6. Esistono altri parenti o compagni di lavoro del soggetto (o dell’eventuale rispondente sostituto) che possano fornire informazioni più dettagliate su alcuni periodi?</w:t>
      </w:r>
    </w:p>
    <w:p w14:paraId="34F8C693" w14:textId="77777777" w:rsidR="0060008A" w:rsidRDefault="00000000">
      <w:sdt>
        <w:sdtPr>
          <w:alias w:val="Seleziona la risposta"/>
          <w:tag w:val="checkbox_1568"/>
          <w:id w:val="156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69"/>
          <w:id w:val="156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70"/>
          <w:id w:val="15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6E6D53C" w14:textId="77777777" w:rsidR="0060008A" w:rsidRDefault="00000000">
      <w:pPr>
        <w:spacing w:before="54"/>
      </w:pPr>
      <w:r>
        <w:t>Se sì, riportare, se possibile, nominativo, indirizzo e numero di telefono:</w:t>
      </w:r>
    </w:p>
    <w:p w14:paraId="208F44D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71"/>
          <w:id w:val="1571"/>
          <w:text w:multiLine="1"/>
        </w:sdtPr>
        <w:sdtContent>
          <w:r>
            <w:t xml:space="preserve"> </w:t>
          </w:r>
        </w:sdtContent>
      </w:sdt>
    </w:p>
    <w:p w14:paraId="335121C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72"/>
          <w:id w:val="1572"/>
          <w:text w:multiLine="1"/>
        </w:sdtPr>
        <w:sdtContent>
          <w:r>
            <w:t xml:space="preserve"> </w:t>
          </w:r>
        </w:sdtContent>
      </w:sdt>
    </w:p>
    <w:p w14:paraId="4A8AC80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73"/>
          <w:id w:val="1573"/>
          <w:text w:multiLine="1"/>
        </w:sdtPr>
        <w:sdtContent>
          <w:r>
            <w:t xml:space="preserve"> </w:t>
          </w:r>
        </w:sdtContent>
      </w:sdt>
    </w:p>
    <w:p w14:paraId="4928BFD6" w14:textId="77777777" w:rsidR="0060008A" w:rsidRDefault="00000000">
      <w:pPr>
        <w:pStyle w:val="Question"/>
        <w:spacing w:before="180" w:after="26"/>
      </w:pPr>
      <w:r>
        <w:t>E7. Il paziente è stato informato circa la possibilità di presentare richiesta di indennizzo all’Inail?</w:t>
      </w:r>
    </w:p>
    <w:p w14:paraId="3B5441EB" w14:textId="77777777" w:rsidR="0060008A" w:rsidRDefault="00000000">
      <w:sdt>
        <w:sdtPr>
          <w:alias w:val="Seleziona la risposta"/>
          <w:tag w:val="checkbox_1574"/>
          <w:id w:val="157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75"/>
          <w:id w:val="157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76"/>
          <w:id w:val="157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A71B1A9" w14:textId="77777777" w:rsidR="0060008A" w:rsidRDefault="00000000">
      <w:pPr>
        <w:spacing w:before="46"/>
      </w:pPr>
      <w:r>
        <w:t>Nota: informare il paziente (o l’eventuale rispondente sostituto) della possibilità di fare richiesta di indennizzo all’Inail per esposizione professionale o per esposizioni non professionale attraverso il Fondo Vittime.</w:t>
      </w:r>
    </w:p>
    <w:p w14:paraId="66B95957" w14:textId="77777777" w:rsidR="0060008A" w:rsidRDefault="00000000">
      <w:r>
        <w:br w:type="page"/>
      </w:r>
    </w:p>
    <w:p w14:paraId="6FA53A3D" w14:textId="77777777" w:rsidR="0060008A" w:rsidRDefault="00000000">
      <w:pPr>
        <w:pStyle w:val="Source"/>
        <w:spacing w:after="180"/>
      </w:pPr>
      <w:bookmarkStart w:id="15" w:name="Fonte_161"/>
      <w:r>
        <w:rPr>
          <w:b/>
        </w:rPr>
        <w:t>E / ATTENDIBILITÀ DELLE RISPOSTE  •  FONTE: INAIL 2026, PAGINA 161</w:t>
      </w:r>
      <w:bookmarkEnd w:id="15"/>
    </w:p>
    <w:p w14:paraId="30B83BFC" w14:textId="77777777" w:rsidR="0060008A" w:rsidRDefault="00000000">
      <w:pPr>
        <w:pStyle w:val="Question"/>
        <w:spacing w:after="26"/>
      </w:pPr>
      <w:r>
        <w:t>E8. È stato redatto il Primo certificato di Malattia Professionale?</w:t>
      </w:r>
    </w:p>
    <w:p w14:paraId="26E1F5E9" w14:textId="77777777" w:rsidR="0060008A" w:rsidRDefault="00000000">
      <w:sdt>
        <w:sdtPr>
          <w:alias w:val="Seleziona la risposta"/>
          <w:tag w:val="checkbox_1577"/>
          <w:id w:val="157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578"/>
          <w:id w:val="157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579"/>
          <w:id w:val="157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5A3AA6F" w14:textId="77777777" w:rsidR="0060008A" w:rsidRDefault="00000000">
      <w:pPr>
        <w:spacing w:before="54"/>
      </w:pPr>
      <w:r>
        <w:t>Se sì, indicare:</w:t>
      </w:r>
    </w:p>
    <w:p w14:paraId="32CE4668" w14:textId="77777777" w:rsidR="0060008A" w:rsidRDefault="00000000">
      <w:r>
        <w:t xml:space="preserve">Data: ____ / ____ / </w:t>
      </w:r>
      <w:sdt>
        <w:sdtPr>
          <w:alias w:val="Campo di compilazione"/>
          <w:tag w:val="field_1580"/>
          <w:id w:val="1580"/>
          <w:text w:multiLine="1"/>
        </w:sdtPr>
        <w:sdtContent>
          <w:r>
            <w:t>________</w:t>
          </w:r>
        </w:sdtContent>
      </w:sdt>
    </w:p>
    <w:p w14:paraId="2E6FD4B5" w14:textId="77777777" w:rsidR="0060008A" w:rsidRDefault="00000000">
      <w:r>
        <w:t xml:space="preserve">Medico certificatore (Dr./Dr.ssa, nome e cognome): </w:t>
      </w:r>
      <w:sdt>
        <w:sdtPr>
          <w:alias w:val="Campo di compilazione"/>
          <w:tag w:val="field_1581"/>
          <w:id w:val="1581"/>
          <w:text w:multiLine="1"/>
        </w:sdtPr>
        <w:sdtContent>
          <w:r>
            <w:t>___________________________________</w:t>
          </w:r>
        </w:sdtContent>
      </w:sdt>
    </w:p>
    <w:p w14:paraId="133FDDD4" w14:textId="77777777" w:rsidR="0060008A" w:rsidRDefault="00000000">
      <w:pPr>
        <w:spacing w:before="173"/>
      </w:pPr>
      <w:r>
        <w:t>Note:</w:t>
      </w:r>
    </w:p>
    <w:p w14:paraId="142DB8B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82"/>
          <w:id w:val="1582"/>
          <w:text w:multiLine="1"/>
        </w:sdtPr>
        <w:sdtContent>
          <w:r>
            <w:t xml:space="preserve"> </w:t>
          </w:r>
        </w:sdtContent>
      </w:sdt>
    </w:p>
    <w:p w14:paraId="39147F9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83"/>
          <w:id w:val="1583"/>
          <w:text w:multiLine="1"/>
        </w:sdtPr>
        <w:sdtContent>
          <w:r>
            <w:t xml:space="preserve"> </w:t>
          </w:r>
        </w:sdtContent>
      </w:sdt>
    </w:p>
    <w:p w14:paraId="626F199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84"/>
          <w:id w:val="1584"/>
          <w:text w:multiLine="1"/>
        </w:sdtPr>
        <w:sdtContent>
          <w:r>
            <w:t xml:space="preserve"> </w:t>
          </w:r>
        </w:sdtContent>
      </w:sdt>
    </w:p>
    <w:p w14:paraId="5B35CB5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85"/>
          <w:id w:val="1585"/>
          <w:text w:multiLine="1"/>
        </w:sdtPr>
        <w:sdtContent>
          <w:r>
            <w:t xml:space="preserve"> </w:t>
          </w:r>
        </w:sdtContent>
      </w:sdt>
    </w:p>
    <w:p w14:paraId="39C68A6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86"/>
          <w:id w:val="1586"/>
          <w:text w:multiLine="1"/>
        </w:sdtPr>
        <w:sdtContent>
          <w:r>
            <w:t xml:space="preserve"> </w:t>
          </w:r>
        </w:sdtContent>
      </w:sdt>
    </w:p>
    <w:p w14:paraId="10B80A9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87"/>
          <w:id w:val="1587"/>
          <w:text w:multiLine="1"/>
        </w:sdtPr>
        <w:sdtContent>
          <w:r>
            <w:t xml:space="preserve"> </w:t>
          </w:r>
        </w:sdtContent>
      </w:sdt>
    </w:p>
    <w:p w14:paraId="7F7B7B7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88"/>
          <w:id w:val="1588"/>
          <w:text w:multiLine="1"/>
        </w:sdtPr>
        <w:sdtContent>
          <w:r>
            <w:t xml:space="preserve"> </w:t>
          </w:r>
        </w:sdtContent>
      </w:sdt>
    </w:p>
    <w:p w14:paraId="3F3CE6B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89"/>
          <w:id w:val="1589"/>
          <w:text w:multiLine="1"/>
        </w:sdtPr>
        <w:sdtContent>
          <w:r>
            <w:t xml:space="preserve"> </w:t>
          </w:r>
        </w:sdtContent>
      </w:sdt>
    </w:p>
    <w:p w14:paraId="1E6CBE6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590"/>
          <w:id w:val="1590"/>
          <w:text w:multiLine="1"/>
        </w:sdtPr>
        <w:sdtContent>
          <w:r>
            <w:t xml:space="preserve"> </w:t>
          </w:r>
        </w:sdtContent>
      </w:sdt>
    </w:p>
    <w:p w14:paraId="4CD10B72" w14:textId="77777777" w:rsidR="0060008A" w:rsidRDefault="00000000">
      <w:r>
        <w:br w:type="page"/>
      </w:r>
    </w:p>
    <w:p w14:paraId="0AB0FDB1" w14:textId="77777777" w:rsidR="0060008A" w:rsidRDefault="00000000">
      <w:pPr>
        <w:pStyle w:val="Source"/>
        <w:spacing w:after="180"/>
      </w:pPr>
      <w:bookmarkStart w:id="16" w:name="Fonte_162"/>
      <w:r>
        <w:rPr>
          <w:b/>
        </w:rPr>
        <w:t>F / INDUSTRIA E ARTIGIANATO  •  FONTE: INAIL 2026, PAGINA 162</w:t>
      </w:r>
      <w:bookmarkEnd w:id="16"/>
    </w:p>
    <w:p w14:paraId="43012AA5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F: STORIA PROFESSIONALE</w:t>
      </w:r>
    </w:p>
    <w:p w14:paraId="1ECDD063" w14:textId="77777777" w:rsidR="0060008A" w:rsidRDefault="00000000">
      <w:pPr>
        <w:pStyle w:val="Titolo2"/>
        <w:spacing w:before="180" w:after="80"/>
      </w:pPr>
      <w:r>
        <w:rPr>
          <w:rFonts w:ascii="Calibri" w:hAnsi="Calibri"/>
          <w:color w:val="173B50"/>
        </w:rPr>
        <w:t>SCHEDA INDUSTRIA / ARTIGIANATO</w:t>
      </w:r>
    </w:p>
    <w:p w14:paraId="58C034A3" w14:textId="77777777" w:rsidR="0060008A" w:rsidRDefault="00000000">
      <w:pPr>
        <w:spacing w:before="54"/>
      </w:pPr>
      <w:r>
        <w:t>(scheda da utilizzare per ogni periodo lavorativo svolto dal soggetto in questi settori)</w:t>
      </w:r>
    </w:p>
    <w:p w14:paraId="60B046C7" w14:textId="77777777" w:rsidR="0060008A" w:rsidRDefault="00000000">
      <w:pPr>
        <w:spacing w:before="180"/>
      </w:pPr>
      <w:r>
        <w:t>Scheda relativa all’impiego svolto presso l’azienda</w:t>
      </w:r>
      <w:sdt>
        <w:sdtPr>
          <w:alias w:val="Campo di compilazione"/>
          <w:tag w:val="field_1591"/>
          <w:id w:val="1591"/>
          <w:text w:multiLine="1"/>
        </w:sdtPr>
        <w:sdtContent>
          <w:r>
            <w:t>___________________________________________</w:t>
          </w:r>
        </w:sdtContent>
      </w:sdt>
    </w:p>
    <w:p w14:paraId="659819E8" w14:textId="77777777" w:rsidR="0060008A" w:rsidRDefault="00000000">
      <w:r>
        <w:t>Nel periodo</w:t>
      </w:r>
      <w:sdt>
        <w:sdtPr>
          <w:alias w:val="Campo di compilazione"/>
          <w:tag w:val="field_1592"/>
          <w:id w:val="1592"/>
          <w:text w:multiLine="1"/>
        </w:sdtPr>
        <w:sdtContent>
          <w:r>
            <w:t>________________________________</w:t>
          </w:r>
        </w:sdtContent>
      </w:sdt>
    </w:p>
    <w:p w14:paraId="1726BC6A" w14:textId="77777777" w:rsidR="0060008A" w:rsidRDefault="00000000">
      <w:r>
        <w:t>Indirizzo</w:t>
      </w:r>
      <w:sdt>
        <w:sdtPr>
          <w:alias w:val="Campo di compilazione"/>
          <w:tag w:val="field_1593"/>
          <w:id w:val="1593"/>
          <w:text w:multiLine="1"/>
        </w:sdtPr>
        <w:sdtContent>
          <w:r>
            <w:t>_____________________________________________</w:t>
          </w:r>
        </w:sdtContent>
      </w:sdt>
    </w:p>
    <w:p w14:paraId="4416EDE6" w14:textId="77777777" w:rsidR="0060008A" w:rsidRDefault="00000000">
      <w:r>
        <w:t>N. totale di dipendenti</w:t>
      </w:r>
      <w:sdt>
        <w:sdtPr>
          <w:alias w:val="Campo di compilazione"/>
          <w:tag w:val="field_1594"/>
          <w:id w:val="1594"/>
          <w:text w:multiLine="1"/>
        </w:sdtPr>
        <w:sdtContent>
          <w:r>
            <w:t>_______________</w:t>
          </w:r>
        </w:sdtContent>
      </w:sdt>
    </w:p>
    <w:p w14:paraId="3EB15DA8" w14:textId="77777777" w:rsidR="0060008A" w:rsidRDefault="00000000">
      <w:r>
        <w:t xml:space="preserve">Azienda attiva </w:t>
      </w:r>
      <w:sdt>
        <w:sdtPr>
          <w:alias w:val="Seleziona la risposta"/>
          <w:tag w:val="checkbox_1595"/>
          <w:id w:val="159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chiusa </w:t>
      </w:r>
      <w:sdt>
        <w:sdtPr>
          <w:alias w:val="Seleziona la risposta"/>
          <w:tag w:val="checkbox_1596"/>
          <w:id w:val="15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non so </w:t>
      </w:r>
      <w:sdt>
        <w:sdtPr>
          <w:alias w:val="Seleziona la risposta"/>
          <w:tag w:val="checkbox_1597"/>
          <w:id w:val="159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</w:p>
    <w:p w14:paraId="3562CC5A" w14:textId="77777777" w:rsidR="0060008A" w:rsidRDefault="00000000">
      <w:pPr>
        <w:pStyle w:val="Question"/>
        <w:spacing w:before="180" w:after="26"/>
      </w:pPr>
      <w:r>
        <w:t>F1. Tipo di produzione /prodotti finiti</w:t>
      </w:r>
    </w:p>
    <w:p w14:paraId="2A4655C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98"/>
          <w:id w:val="1598"/>
          <w:text w:multiLine="1"/>
        </w:sdtPr>
        <w:sdtContent>
          <w:r>
            <w:t xml:space="preserve"> </w:t>
          </w:r>
        </w:sdtContent>
      </w:sdt>
    </w:p>
    <w:p w14:paraId="6754F51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599"/>
          <w:id w:val="1599"/>
          <w:text w:multiLine="1"/>
        </w:sdtPr>
        <w:sdtContent>
          <w:r>
            <w:t xml:space="preserve"> </w:t>
          </w:r>
        </w:sdtContent>
      </w:sdt>
    </w:p>
    <w:p w14:paraId="414BC96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00"/>
          <w:id w:val="1600"/>
          <w:text w:multiLine="1"/>
        </w:sdtPr>
        <w:sdtContent>
          <w:r>
            <w:t xml:space="preserve"> </w:t>
          </w:r>
        </w:sdtContent>
      </w:sdt>
    </w:p>
    <w:p w14:paraId="137B326B" w14:textId="77777777" w:rsidR="0060008A" w:rsidRDefault="00000000">
      <w:pPr>
        <w:pStyle w:val="Question"/>
        <w:spacing w:before="180" w:after="26"/>
      </w:pPr>
      <w:r>
        <w:t>F2. Rapporto di lavoro:</w:t>
      </w:r>
    </w:p>
    <w:p w14:paraId="7849E1D9" w14:textId="77777777" w:rsidR="0060008A" w:rsidRDefault="00000000">
      <w:sdt>
        <w:sdtPr>
          <w:alias w:val="Seleziona la risposta"/>
          <w:tag w:val="checkbox_1601"/>
          <w:id w:val="16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 tempo pieno</w:t>
      </w:r>
    </w:p>
    <w:p w14:paraId="456A3DC3" w14:textId="77777777" w:rsidR="0060008A" w:rsidRDefault="00000000">
      <w:sdt>
        <w:sdtPr>
          <w:alias w:val="Seleziona la risposta"/>
          <w:tag w:val="checkbox_1602"/>
          <w:id w:val="16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 tempo parziale ore al giorno</w:t>
      </w:r>
      <w:sdt>
        <w:sdtPr>
          <w:alias w:val="Campo di compilazione"/>
          <w:tag w:val="field_1603"/>
          <w:id w:val="1603"/>
          <w:text w:multiLine="1"/>
        </w:sdtPr>
        <w:sdtContent>
          <w:r>
            <w:t>____________________________________</w:t>
          </w:r>
        </w:sdtContent>
      </w:sdt>
    </w:p>
    <w:p w14:paraId="17D04C77" w14:textId="77777777" w:rsidR="0060008A" w:rsidRDefault="00000000">
      <w:sdt>
        <w:sdtPr>
          <w:alias w:val="Seleziona la risposta"/>
          <w:tag w:val="checkbox_1604"/>
          <w:id w:val="160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stagionale mesi nell’anno</w:t>
      </w:r>
      <w:sdt>
        <w:sdtPr>
          <w:alias w:val="Campo di compilazione"/>
          <w:tag w:val="field_1605"/>
          <w:id w:val="1605"/>
          <w:text w:multiLine="1"/>
        </w:sdtPr>
        <w:sdtContent>
          <w:r>
            <w:t>_________________________________</w:t>
          </w:r>
        </w:sdtContent>
      </w:sdt>
    </w:p>
    <w:p w14:paraId="2D1236EA" w14:textId="77777777" w:rsidR="0060008A" w:rsidRDefault="00000000">
      <w:pPr>
        <w:pStyle w:val="Question"/>
        <w:spacing w:before="180" w:after="26"/>
      </w:pPr>
      <w:r>
        <w:t>F3. Descrizione generale dell’ambiente di lavoro nel suo complesso e tempo trascorso (dimensioni, numero di reparti, suddivisione fisica dei locali, presenza di superfici finestrate e se apribili, ecc..)</w:t>
      </w:r>
    </w:p>
    <w:p w14:paraId="2ED1860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06"/>
          <w:id w:val="1606"/>
          <w:text w:multiLine="1"/>
        </w:sdtPr>
        <w:sdtContent>
          <w:r>
            <w:t xml:space="preserve"> </w:t>
          </w:r>
        </w:sdtContent>
      </w:sdt>
    </w:p>
    <w:p w14:paraId="370E836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07"/>
          <w:id w:val="1607"/>
          <w:text w:multiLine="1"/>
        </w:sdtPr>
        <w:sdtContent>
          <w:r>
            <w:t xml:space="preserve"> </w:t>
          </w:r>
        </w:sdtContent>
      </w:sdt>
    </w:p>
    <w:p w14:paraId="42D47C6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08"/>
          <w:id w:val="1608"/>
          <w:text w:multiLine="1"/>
        </w:sdtPr>
        <w:sdtContent>
          <w:r>
            <w:t xml:space="preserve"> </w:t>
          </w:r>
        </w:sdtContent>
      </w:sdt>
    </w:p>
    <w:p w14:paraId="6CB58822" w14:textId="77777777" w:rsidR="0060008A" w:rsidRDefault="00000000">
      <w:pPr>
        <w:pStyle w:val="Question"/>
        <w:spacing w:before="180" w:after="26"/>
      </w:pPr>
      <w:r>
        <w:t>F4. Descrizione del reparto in cui lavorava (dimensioni locali, presenza finestre, presenza di impianti di aspirazione e loro tipologia: se condotte a pavimento, sul soffitto o lungo le tramezzature interne)</w:t>
      </w:r>
    </w:p>
    <w:p w14:paraId="0B345ED7" w14:textId="77777777" w:rsidR="0060008A" w:rsidRDefault="00000000">
      <w:pPr>
        <w:spacing w:before="156"/>
        <w:ind w:left="102" w:hanging="102"/>
      </w:pPr>
      <w:r>
        <w:t>• Dimensioni</w:t>
      </w:r>
      <w:sdt>
        <w:sdtPr>
          <w:alias w:val="Campo di compilazione"/>
          <w:tag w:val="field_1609"/>
          <w:id w:val="1609"/>
          <w:text w:multiLine="1"/>
        </w:sdtPr>
        <w:sdtContent>
          <w:r>
            <w:t>___________________________________</w:t>
          </w:r>
        </w:sdtContent>
      </w:sdt>
      <w:r>
        <w:t xml:space="preserve"> Numero di dipendenti </w:t>
      </w:r>
      <w:sdt>
        <w:sdtPr>
          <w:alias w:val="Campo di compilazione"/>
          <w:tag w:val="field_1610"/>
          <w:id w:val="1610"/>
          <w:text w:multiLine="1"/>
        </w:sdtPr>
        <w:sdtContent>
          <w:r>
            <w:t>________________________</w:t>
          </w:r>
        </w:sdtContent>
      </w:sdt>
    </w:p>
    <w:p w14:paraId="73271387" w14:textId="77777777" w:rsidR="0060008A" w:rsidRDefault="00000000">
      <w:pPr>
        <w:ind w:left="102" w:hanging="102"/>
      </w:pPr>
      <w:r>
        <w:t>• Tipo dei macchinari e numero per ciascuna tipologia.</w:t>
      </w:r>
    </w:p>
    <w:p w14:paraId="3D250F7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1"/>
          <w:id w:val="1611"/>
          <w:text w:multiLine="1"/>
        </w:sdtPr>
        <w:sdtContent>
          <w:r>
            <w:t xml:space="preserve"> </w:t>
          </w:r>
        </w:sdtContent>
      </w:sdt>
    </w:p>
    <w:p w14:paraId="51CE1D0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2"/>
          <w:id w:val="1612"/>
          <w:text w:multiLine="1"/>
        </w:sdtPr>
        <w:sdtContent>
          <w:r>
            <w:t xml:space="preserve"> </w:t>
          </w:r>
        </w:sdtContent>
      </w:sdt>
    </w:p>
    <w:p w14:paraId="6B3C20C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3"/>
          <w:id w:val="1613"/>
          <w:text w:multiLine="1"/>
        </w:sdtPr>
        <w:sdtContent>
          <w:r>
            <w:t xml:space="preserve"> </w:t>
          </w:r>
        </w:sdtContent>
      </w:sdt>
    </w:p>
    <w:p w14:paraId="7CC27BEF" w14:textId="77777777" w:rsidR="0060008A" w:rsidRDefault="00000000">
      <w:r>
        <w:br w:type="page"/>
      </w:r>
    </w:p>
    <w:p w14:paraId="4C197397" w14:textId="77777777" w:rsidR="0060008A" w:rsidRDefault="00000000">
      <w:pPr>
        <w:pStyle w:val="Source"/>
        <w:spacing w:after="180"/>
      </w:pPr>
      <w:bookmarkStart w:id="17" w:name="Fonte_163"/>
      <w:r>
        <w:rPr>
          <w:b/>
        </w:rPr>
        <w:t>F / INDUSTRIA E ARTIGIANATO  •  FONTE: INAIL 2026, PAGINA 163</w:t>
      </w:r>
      <w:bookmarkEnd w:id="17"/>
    </w:p>
    <w:p w14:paraId="077433C3" w14:textId="77777777" w:rsidR="0060008A" w:rsidRDefault="00000000">
      <w:pPr>
        <w:pStyle w:val="Question"/>
        <w:spacing w:after="26"/>
      </w:pPr>
      <w:r>
        <w:t>F5. Descriva la sua attività lavorativa, con particolare riferimento ai compiti più frequentemente svolti. Indicare anche le attrezzature utilizzate per l’eventuale pulizia finale della propria postazione di lavoro.</w:t>
      </w:r>
    </w:p>
    <w:p w14:paraId="0FF2736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4"/>
          <w:id w:val="1614"/>
          <w:text w:multiLine="1"/>
        </w:sdtPr>
        <w:sdtContent>
          <w:r>
            <w:t xml:space="preserve"> </w:t>
          </w:r>
        </w:sdtContent>
      </w:sdt>
    </w:p>
    <w:p w14:paraId="63419BF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5"/>
          <w:id w:val="1615"/>
          <w:text w:multiLine="1"/>
        </w:sdtPr>
        <w:sdtContent>
          <w:r>
            <w:t xml:space="preserve"> </w:t>
          </w:r>
        </w:sdtContent>
      </w:sdt>
    </w:p>
    <w:p w14:paraId="67094E5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6"/>
          <w:id w:val="1616"/>
          <w:text w:multiLine="1"/>
        </w:sdtPr>
        <w:sdtContent>
          <w:r>
            <w:t xml:space="preserve"> </w:t>
          </w:r>
        </w:sdtContent>
      </w:sdt>
    </w:p>
    <w:p w14:paraId="6B101462" w14:textId="77777777" w:rsidR="0060008A" w:rsidRDefault="00000000">
      <w:pPr>
        <w:spacing w:before="155"/>
      </w:pPr>
      <w:r>
        <w:t>Macchine e materiale utilizzati</w:t>
      </w:r>
    </w:p>
    <w:p w14:paraId="62EAE23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7"/>
          <w:id w:val="1617"/>
          <w:text w:multiLine="1"/>
        </w:sdtPr>
        <w:sdtContent>
          <w:r>
            <w:t xml:space="preserve"> </w:t>
          </w:r>
        </w:sdtContent>
      </w:sdt>
    </w:p>
    <w:p w14:paraId="67F475E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8"/>
          <w:id w:val="1618"/>
          <w:text w:multiLine="1"/>
        </w:sdtPr>
        <w:sdtContent>
          <w:r>
            <w:t xml:space="preserve"> </w:t>
          </w:r>
        </w:sdtContent>
      </w:sdt>
    </w:p>
    <w:p w14:paraId="285BDB5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19"/>
          <w:id w:val="1619"/>
          <w:text w:multiLine="1"/>
        </w:sdtPr>
        <w:sdtContent>
          <w:r>
            <w:t xml:space="preserve"> </w:t>
          </w:r>
        </w:sdtContent>
      </w:sdt>
    </w:p>
    <w:p w14:paraId="66F94EF9" w14:textId="77777777" w:rsidR="0060008A" w:rsidRDefault="00000000">
      <w:pPr>
        <w:spacing w:before="180"/>
      </w:pPr>
      <w:r>
        <w:t>Anni di utilizzo</w:t>
      </w:r>
      <w:sdt>
        <w:sdtPr>
          <w:alias w:val="Campo di compilazione"/>
          <w:tag w:val="field_1620"/>
          <w:id w:val="1620"/>
          <w:text w:multiLine="1"/>
        </w:sdtPr>
        <w:sdtContent>
          <w:r>
            <w:t>_____________________________________________</w:t>
          </w:r>
        </w:sdtContent>
      </w:sdt>
    </w:p>
    <w:p w14:paraId="0557882B" w14:textId="77777777" w:rsidR="0060008A" w:rsidRDefault="00000000">
      <w:pPr>
        <w:spacing w:before="180"/>
      </w:pPr>
      <w:r>
        <w:t>Eventuali lavori insoliti o particolari, frequenza e durata</w:t>
      </w:r>
    </w:p>
    <w:p w14:paraId="0A0F87B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1"/>
          <w:id w:val="1621"/>
          <w:text w:multiLine="1"/>
        </w:sdtPr>
        <w:sdtContent>
          <w:r>
            <w:t xml:space="preserve"> </w:t>
          </w:r>
        </w:sdtContent>
      </w:sdt>
    </w:p>
    <w:p w14:paraId="10D5D31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2"/>
          <w:id w:val="1622"/>
          <w:text w:multiLine="1"/>
        </w:sdtPr>
        <w:sdtContent>
          <w:r>
            <w:t xml:space="preserve"> </w:t>
          </w:r>
        </w:sdtContent>
      </w:sdt>
    </w:p>
    <w:p w14:paraId="760F025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3"/>
          <w:id w:val="1623"/>
          <w:text w:multiLine="1"/>
        </w:sdtPr>
        <w:sdtContent>
          <w:r>
            <w:t xml:space="preserve"> </w:t>
          </w:r>
        </w:sdtContent>
      </w:sdt>
    </w:p>
    <w:p w14:paraId="38DAF67D" w14:textId="77777777" w:rsidR="0060008A" w:rsidRDefault="00000000">
      <w:pPr>
        <w:pStyle w:val="Question"/>
        <w:spacing w:before="180" w:after="26"/>
      </w:pPr>
      <w:r>
        <w:t>F6. Tipo di attività eventualmente svolta da altri nelle vicinanze</w:t>
      </w:r>
    </w:p>
    <w:p w14:paraId="432EFC8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4"/>
          <w:id w:val="1624"/>
          <w:text w:multiLine="1"/>
        </w:sdtPr>
        <w:sdtContent>
          <w:r>
            <w:t xml:space="preserve"> </w:t>
          </w:r>
        </w:sdtContent>
      </w:sdt>
    </w:p>
    <w:p w14:paraId="7C9B1FE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5"/>
          <w:id w:val="1625"/>
          <w:text w:multiLine="1"/>
        </w:sdtPr>
        <w:sdtContent>
          <w:r>
            <w:t xml:space="preserve"> </w:t>
          </w:r>
        </w:sdtContent>
      </w:sdt>
    </w:p>
    <w:p w14:paraId="6623149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26"/>
          <w:id w:val="1626"/>
          <w:text w:multiLine="1"/>
        </w:sdtPr>
        <w:sdtContent>
          <w:r>
            <w:t xml:space="preserve"> </w:t>
          </w:r>
        </w:sdtContent>
      </w:sdt>
    </w:p>
    <w:p w14:paraId="6AD8D511" w14:textId="77777777" w:rsidR="0060008A" w:rsidRDefault="00000000">
      <w:pPr>
        <w:pStyle w:val="Question"/>
        <w:spacing w:before="180" w:after="26"/>
      </w:pPr>
      <w:r>
        <w:t>F7. Ricorda la presenza di polveri, gas, vapori?</w:t>
      </w:r>
    </w:p>
    <w:p w14:paraId="1B72D794" w14:textId="77777777" w:rsidR="0060008A" w:rsidRDefault="00000000">
      <w:sdt>
        <w:sdtPr>
          <w:alias w:val="Seleziona la risposta"/>
          <w:tag w:val="checkbox_1627"/>
          <w:id w:val="16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28"/>
          <w:id w:val="162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29"/>
          <w:id w:val="162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FC4F98C" w14:textId="77777777" w:rsidR="0060008A" w:rsidRDefault="00000000">
      <w:pPr>
        <w:spacing w:before="56"/>
      </w:pPr>
      <w:r>
        <w:t>Se sì specificare quale fosse la tipologia, da dove provenivano, e se può descriverne colore ed eventuale odore?</w:t>
      </w:r>
    </w:p>
    <w:p w14:paraId="62A62CD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0"/>
          <w:id w:val="1630"/>
          <w:text w:multiLine="1"/>
        </w:sdtPr>
        <w:sdtContent>
          <w:r>
            <w:t xml:space="preserve"> </w:t>
          </w:r>
        </w:sdtContent>
      </w:sdt>
    </w:p>
    <w:p w14:paraId="1C137B7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1"/>
          <w:id w:val="1631"/>
          <w:text w:multiLine="1"/>
        </w:sdtPr>
        <w:sdtContent>
          <w:r>
            <w:t xml:space="preserve"> </w:t>
          </w:r>
        </w:sdtContent>
      </w:sdt>
    </w:p>
    <w:p w14:paraId="3275518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2"/>
          <w:id w:val="1632"/>
          <w:text w:multiLine="1"/>
        </w:sdtPr>
        <w:sdtContent>
          <w:r>
            <w:t xml:space="preserve"> </w:t>
          </w:r>
        </w:sdtContent>
      </w:sdt>
    </w:p>
    <w:p w14:paraId="59C4E608" w14:textId="77777777" w:rsidR="0060008A" w:rsidRDefault="00000000">
      <w:pPr>
        <w:spacing w:before="155"/>
      </w:pPr>
      <w:r>
        <w:t>C’erano impianti di aspirazione funzionanti?</w:t>
      </w:r>
    </w:p>
    <w:p w14:paraId="71B999C5" w14:textId="77777777" w:rsidR="0060008A" w:rsidRDefault="00000000">
      <w:sdt>
        <w:sdtPr>
          <w:alias w:val="Seleziona la risposta"/>
          <w:tag w:val="checkbox_1633"/>
          <w:id w:val="163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34"/>
          <w:id w:val="163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35"/>
          <w:id w:val="163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84D04BD" w14:textId="77777777" w:rsidR="0060008A" w:rsidRDefault="00000000">
      <w:pPr>
        <w:spacing w:before="56"/>
      </w:pPr>
      <w:r>
        <w:t>Se sì, di che tipo e dove erano posizionati?</w:t>
      </w:r>
    </w:p>
    <w:p w14:paraId="3DBBAF5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6"/>
          <w:id w:val="1636"/>
          <w:text w:multiLine="1"/>
        </w:sdtPr>
        <w:sdtContent>
          <w:r>
            <w:t xml:space="preserve"> </w:t>
          </w:r>
        </w:sdtContent>
      </w:sdt>
    </w:p>
    <w:p w14:paraId="644246A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7"/>
          <w:id w:val="1637"/>
          <w:text w:multiLine="1"/>
        </w:sdtPr>
        <w:sdtContent>
          <w:r>
            <w:t xml:space="preserve"> </w:t>
          </w:r>
        </w:sdtContent>
      </w:sdt>
    </w:p>
    <w:p w14:paraId="5D9CD79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38"/>
          <w:id w:val="1638"/>
          <w:text w:multiLine="1"/>
        </w:sdtPr>
        <w:sdtContent>
          <w:r>
            <w:t xml:space="preserve"> </w:t>
          </w:r>
        </w:sdtContent>
      </w:sdt>
    </w:p>
    <w:p w14:paraId="6507D023" w14:textId="77777777" w:rsidR="0060008A" w:rsidRDefault="00000000">
      <w:r>
        <w:br w:type="page"/>
      </w:r>
    </w:p>
    <w:p w14:paraId="77C8BA75" w14:textId="77777777" w:rsidR="0060008A" w:rsidRDefault="00000000">
      <w:pPr>
        <w:pStyle w:val="Source"/>
        <w:spacing w:after="180"/>
      </w:pPr>
      <w:bookmarkStart w:id="18" w:name="Fonte_164"/>
      <w:r>
        <w:rPr>
          <w:b/>
        </w:rPr>
        <w:t>F / INDUSTRIA E ARTIGIANATO  •  FONTE: INAIL 2026, PAGINA 164</w:t>
      </w:r>
      <w:bookmarkEnd w:id="18"/>
    </w:p>
    <w:p w14:paraId="6AA62259" w14:textId="77777777" w:rsidR="0060008A" w:rsidRDefault="00000000">
      <w:r>
        <w:t>Utilizzava dispositivi di protezione individuale (DPI) contro le polveri?</w:t>
      </w:r>
    </w:p>
    <w:p w14:paraId="02809650" w14:textId="77777777" w:rsidR="0060008A" w:rsidRDefault="00000000">
      <w:sdt>
        <w:sdtPr>
          <w:alias w:val="Seleziona la risposta"/>
          <w:tag w:val="checkbox_1639"/>
          <w:id w:val="163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40"/>
          <w:id w:val="164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41"/>
          <w:id w:val="164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A1336B5" w14:textId="77777777" w:rsidR="0060008A" w:rsidRDefault="00000000">
      <w:pPr>
        <w:spacing w:before="56"/>
      </w:pPr>
      <w:r>
        <w:t>Se sì, di che tipo e in che periodo</w:t>
      </w:r>
    </w:p>
    <w:p w14:paraId="6E2687B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2"/>
          <w:id w:val="1642"/>
          <w:text w:multiLine="1"/>
        </w:sdtPr>
        <w:sdtContent>
          <w:r>
            <w:t xml:space="preserve"> </w:t>
          </w:r>
        </w:sdtContent>
      </w:sdt>
    </w:p>
    <w:p w14:paraId="5731264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3"/>
          <w:id w:val="1643"/>
          <w:text w:multiLine="1"/>
        </w:sdtPr>
        <w:sdtContent>
          <w:r>
            <w:t xml:space="preserve"> </w:t>
          </w:r>
        </w:sdtContent>
      </w:sdt>
    </w:p>
    <w:p w14:paraId="139792C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4"/>
          <w:id w:val="1644"/>
          <w:text w:multiLine="1"/>
        </w:sdtPr>
        <w:sdtContent>
          <w:r>
            <w:t xml:space="preserve"> </w:t>
          </w:r>
        </w:sdtContent>
      </w:sdt>
    </w:p>
    <w:p w14:paraId="38E662E3" w14:textId="77777777" w:rsidR="0060008A" w:rsidRDefault="00000000">
      <w:pPr>
        <w:spacing w:before="180"/>
      </w:pPr>
      <w:r>
        <w:t>Per quale lavoro utilizzava le suddette protezioni?</w:t>
      </w:r>
    </w:p>
    <w:p w14:paraId="796C77B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5"/>
          <w:id w:val="1645"/>
          <w:text w:multiLine="1"/>
        </w:sdtPr>
        <w:sdtContent>
          <w:r>
            <w:t xml:space="preserve"> </w:t>
          </w:r>
        </w:sdtContent>
      </w:sdt>
    </w:p>
    <w:p w14:paraId="51391B0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6"/>
          <w:id w:val="1646"/>
          <w:text w:multiLine="1"/>
        </w:sdtPr>
        <w:sdtContent>
          <w:r>
            <w:t xml:space="preserve"> </w:t>
          </w:r>
        </w:sdtContent>
      </w:sdt>
    </w:p>
    <w:p w14:paraId="16CF492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47"/>
          <w:id w:val="1647"/>
          <w:text w:multiLine="1"/>
        </w:sdtPr>
        <w:sdtContent>
          <w:r>
            <w:t xml:space="preserve"> </w:t>
          </w:r>
        </w:sdtContent>
      </w:sdt>
    </w:p>
    <w:p w14:paraId="2935C33F" w14:textId="77777777" w:rsidR="0060008A" w:rsidRDefault="00000000">
      <w:pPr>
        <w:pStyle w:val="Question"/>
        <w:spacing w:before="180" w:after="26"/>
      </w:pPr>
      <w:r>
        <w:t>F8. Ricorda la presenza di fonti di calore?</w:t>
      </w:r>
    </w:p>
    <w:p w14:paraId="0E900136" w14:textId="77777777" w:rsidR="0060008A" w:rsidRDefault="00000000">
      <w:sdt>
        <w:sdtPr>
          <w:alias w:val="Seleziona la risposta"/>
          <w:tag w:val="checkbox_1648"/>
          <w:id w:val="16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49"/>
          <w:id w:val="164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50"/>
          <w:id w:val="165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58B265F" w14:textId="77777777" w:rsidR="0060008A" w:rsidRDefault="00000000">
      <w:pPr>
        <w:spacing w:before="56"/>
      </w:pPr>
      <w:r>
        <w:t>Se sì, specificare e indicare se vi entrava in contatto per motivi di lavoro</w:t>
      </w:r>
    </w:p>
    <w:p w14:paraId="064BD55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1"/>
          <w:id w:val="1651"/>
          <w:text w:multiLine="1"/>
        </w:sdtPr>
        <w:sdtContent>
          <w:r>
            <w:t xml:space="preserve"> </w:t>
          </w:r>
        </w:sdtContent>
      </w:sdt>
    </w:p>
    <w:p w14:paraId="26453C3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2"/>
          <w:id w:val="1652"/>
          <w:text w:multiLine="1"/>
        </w:sdtPr>
        <w:sdtContent>
          <w:r>
            <w:t xml:space="preserve"> </w:t>
          </w:r>
        </w:sdtContent>
      </w:sdt>
    </w:p>
    <w:p w14:paraId="49248F6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3"/>
          <w:id w:val="1653"/>
          <w:text w:multiLine="1"/>
        </w:sdtPr>
        <w:sdtContent>
          <w:r>
            <w:t xml:space="preserve"> </w:t>
          </w:r>
        </w:sdtContent>
      </w:sdt>
    </w:p>
    <w:p w14:paraId="1A9E58CF" w14:textId="77777777" w:rsidR="0060008A" w:rsidRDefault="00000000">
      <w:pPr>
        <w:spacing w:before="155"/>
      </w:pPr>
      <w:r>
        <w:t>Utilizzava dispositivi di protezione individuale (DPI) contro il calore?</w:t>
      </w:r>
    </w:p>
    <w:p w14:paraId="47C1B060" w14:textId="77777777" w:rsidR="0060008A" w:rsidRDefault="00000000">
      <w:sdt>
        <w:sdtPr>
          <w:alias w:val="Seleziona la risposta"/>
          <w:tag w:val="checkbox_1654"/>
          <w:id w:val="16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55"/>
          <w:id w:val="165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56"/>
          <w:id w:val="16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C982F09" w14:textId="77777777" w:rsidR="0060008A" w:rsidRDefault="00000000">
      <w:pPr>
        <w:spacing w:before="56"/>
      </w:pPr>
      <w:r>
        <w:t>Se sì, di che tipo e in che periodo</w:t>
      </w:r>
    </w:p>
    <w:p w14:paraId="2551562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7"/>
          <w:id w:val="1657"/>
          <w:text w:multiLine="1"/>
        </w:sdtPr>
        <w:sdtContent>
          <w:r>
            <w:t xml:space="preserve"> </w:t>
          </w:r>
        </w:sdtContent>
      </w:sdt>
    </w:p>
    <w:p w14:paraId="3C62963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8"/>
          <w:id w:val="1658"/>
          <w:text w:multiLine="1"/>
        </w:sdtPr>
        <w:sdtContent>
          <w:r>
            <w:t xml:space="preserve"> </w:t>
          </w:r>
        </w:sdtContent>
      </w:sdt>
    </w:p>
    <w:p w14:paraId="2D2AA95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59"/>
          <w:id w:val="1659"/>
          <w:text w:multiLine="1"/>
        </w:sdtPr>
        <w:sdtContent>
          <w:r>
            <w:t xml:space="preserve"> </w:t>
          </w:r>
        </w:sdtContent>
      </w:sdt>
    </w:p>
    <w:p w14:paraId="58AEEF6E" w14:textId="77777777" w:rsidR="0060008A" w:rsidRDefault="00000000">
      <w:pPr>
        <w:spacing w:before="155"/>
      </w:pPr>
      <w:r>
        <w:t>Con quale materiale erano costruiti, se ne descriva anche il colore</w:t>
      </w:r>
    </w:p>
    <w:p w14:paraId="4A2428B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0"/>
          <w:id w:val="1660"/>
          <w:text w:multiLine="1"/>
        </w:sdtPr>
        <w:sdtContent>
          <w:r>
            <w:t xml:space="preserve"> </w:t>
          </w:r>
        </w:sdtContent>
      </w:sdt>
    </w:p>
    <w:p w14:paraId="683B324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1"/>
          <w:id w:val="1661"/>
          <w:text w:multiLine="1"/>
        </w:sdtPr>
        <w:sdtContent>
          <w:r>
            <w:t xml:space="preserve"> </w:t>
          </w:r>
        </w:sdtContent>
      </w:sdt>
    </w:p>
    <w:p w14:paraId="420484F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2"/>
          <w:id w:val="1662"/>
          <w:text w:multiLine="1"/>
        </w:sdtPr>
        <w:sdtContent>
          <w:r>
            <w:t xml:space="preserve"> </w:t>
          </w:r>
        </w:sdtContent>
      </w:sdt>
    </w:p>
    <w:p w14:paraId="426CDF67" w14:textId="77777777" w:rsidR="0060008A" w:rsidRDefault="00000000">
      <w:pPr>
        <w:spacing w:before="155"/>
      </w:pPr>
      <w:r>
        <w:t>Per quale lavoro utilizzava le suddette protezioni?</w:t>
      </w:r>
    </w:p>
    <w:p w14:paraId="65C341B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3"/>
          <w:id w:val="1663"/>
          <w:text w:multiLine="1"/>
        </w:sdtPr>
        <w:sdtContent>
          <w:r>
            <w:t xml:space="preserve"> </w:t>
          </w:r>
        </w:sdtContent>
      </w:sdt>
    </w:p>
    <w:p w14:paraId="0EBC03E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4"/>
          <w:id w:val="1664"/>
          <w:text w:multiLine="1"/>
        </w:sdtPr>
        <w:sdtContent>
          <w:r>
            <w:t xml:space="preserve"> </w:t>
          </w:r>
        </w:sdtContent>
      </w:sdt>
    </w:p>
    <w:p w14:paraId="5DEDD41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65"/>
          <w:id w:val="1665"/>
          <w:text w:multiLine="1"/>
        </w:sdtPr>
        <w:sdtContent>
          <w:r>
            <w:t xml:space="preserve"> </w:t>
          </w:r>
        </w:sdtContent>
      </w:sdt>
    </w:p>
    <w:p w14:paraId="07EF1C4E" w14:textId="77777777" w:rsidR="0060008A" w:rsidRDefault="00000000">
      <w:r>
        <w:br w:type="page"/>
      </w:r>
    </w:p>
    <w:p w14:paraId="7B1D7F8D" w14:textId="77777777" w:rsidR="0060008A" w:rsidRDefault="00000000">
      <w:pPr>
        <w:pStyle w:val="Source"/>
        <w:spacing w:after="180"/>
      </w:pPr>
      <w:bookmarkStart w:id="19" w:name="Fonte_165"/>
      <w:r>
        <w:rPr>
          <w:b/>
        </w:rPr>
        <w:t>F / INDUSTRIA E ARTIGIANATO  •  FONTE: INAIL 2026, PAGINA 165</w:t>
      </w:r>
      <w:bookmarkEnd w:id="19"/>
    </w:p>
    <w:p w14:paraId="35B32C4D" w14:textId="77777777" w:rsidR="0060008A" w:rsidRDefault="00000000">
      <w:pPr>
        <w:pStyle w:val="Question"/>
        <w:spacing w:after="26"/>
      </w:pPr>
      <w:r>
        <w:t>F9. Ricorda la presenza di tubazioni coibentate?</w:t>
      </w:r>
    </w:p>
    <w:p w14:paraId="35B744FD" w14:textId="77777777" w:rsidR="0060008A" w:rsidRDefault="00000000">
      <w:sdt>
        <w:sdtPr>
          <w:alias w:val="Seleziona la risposta"/>
          <w:tag w:val="checkbox_1666"/>
          <w:id w:val="166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67"/>
          <w:id w:val="166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68"/>
          <w:id w:val="166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2DE6E88" w14:textId="77777777" w:rsidR="0060008A" w:rsidRDefault="00000000">
      <w:pPr>
        <w:spacing w:before="56"/>
      </w:pPr>
      <w:r>
        <w:t>Se sì, specificare:</w:t>
      </w:r>
    </w:p>
    <w:p w14:paraId="3A434254" w14:textId="77777777" w:rsidR="0060008A" w:rsidRDefault="00000000">
      <w:pPr>
        <w:ind w:left="102" w:hanging="102"/>
      </w:pPr>
      <w:r>
        <w:t>• Con quale materiale, ne descriva almeno il colore</w:t>
      </w:r>
      <w:sdt>
        <w:sdtPr>
          <w:alias w:val="Campo di compilazione"/>
          <w:tag w:val="field_1669"/>
          <w:id w:val="1669"/>
          <w:text w:multiLine="1"/>
        </w:sdtPr>
        <w:sdtContent>
          <w:r>
            <w:t>________________________________</w:t>
          </w:r>
        </w:sdtContent>
      </w:sdt>
      <w:r>
        <w:t xml:space="preserve"> </w:t>
      </w:r>
      <w:r>
        <w:br/>
      </w:r>
      <w:sdt>
        <w:sdtPr>
          <w:alias w:val="Seleziona la risposta"/>
          <w:tag w:val="checkbox_1670"/>
          <w:id w:val="16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1547213" w14:textId="77777777" w:rsidR="0060008A" w:rsidRDefault="00000000">
      <w:pPr>
        <w:ind w:left="102" w:hanging="102"/>
      </w:pPr>
      <w:r>
        <w:t>• Cosa trasportavano?</w:t>
      </w:r>
      <w:sdt>
        <w:sdtPr>
          <w:alias w:val="Campo di compilazione"/>
          <w:tag w:val="field_1671"/>
          <w:id w:val="1671"/>
          <w:text w:multiLine="1"/>
        </w:sdtPr>
        <w:sdtContent>
          <w:r>
            <w:t>_____________________________________________</w:t>
          </w:r>
        </w:sdtContent>
      </w:sdt>
      <w:r>
        <w:t xml:space="preserve"> </w:t>
      </w:r>
      <w:r>
        <w:br/>
      </w:r>
      <w:sdt>
        <w:sdtPr>
          <w:alias w:val="Seleziona la risposta"/>
          <w:tag w:val="checkbox_1672"/>
          <w:id w:val="167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FA90969" w14:textId="77777777" w:rsidR="0060008A" w:rsidRDefault="00000000">
      <w:pPr>
        <w:ind w:left="102" w:hanging="102"/>
      </w:pPr>
      <w:r>
        <w:t xml:space="preserve">• Ha visto effettuare opere di manutenzione che comportavano rimozione del coibente? </w:t>
      </w:r>
      <w:r>
        <w:br/>
      </w:r>
      <w:sdt>
        <w:sdtPr>
          <w:alias w:val="Seleziona la risposta"/>
          <w:tag w:val="checkbox_1673"/>
          <w:id w:val="167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74"/>
          <w:id w:val="167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75"/>
          <w:id w:val="167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2DAD80F" w14:textId="77777777" w:rsidR="0060008A" w:rsidRDefault="00000000">
      <w:pPr>
        <w:ind w:left="102" w:hanging="102"/>
      </w:pPr>
      <w:r>
        <w:t>• Come avvenivano queste operazioni di rimozione del coibente?</w:t>
      </w:r>
    </w:p>
    <w:p w14:paraId="509FAC43" w14:textId="77777777" w:rsidR="0060008A" w:rsidRDefault="00000000">
      <w:sdt>
        <w:sdtPr>
          <w:alias w:val="Campo di compilazione"/>
          <w:tag w:val="field_1676"/>
          <w:id w:val="1676"/>
          <w:text w:multiLine="1"/>
        </w:sdtPr>
        <w:sdtContent>
          <w:r>
            <w:t>_________________________________________</w:t>
          </w:r>
        </w:sdtContent>
      </w:sdt>
      <w:r>
        <w:t xml:space="preserve">   </w:t>
      </w:r>
      <w:sdt>
        <w:sdtPr>
          <w:alias w:val="Seleziona la risposta"/>
          <w:tag w:val="checkbox_1677"/>
          <w:id w:val="167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8A06713" w14:textId="77777777" w:rsidR="0060008A" w:rsidRDefault="00000000">
      <w:pPr>
        <w:ind w:left="102" w:hanging="102"/>
      </w:pPr>
      <w:r>
        <w:t>• Come e con che materiale avvenivano le eventuali operazioni di nuova coibentazione?</w:t>
      </w:r>
      <w:sdt>
        <w:sdtPr>
          <w:alias w:val="Campo di compilazione"/>
          <w:tag w:val="field_1678"/>
          <w:id w:val="1678"/>
          <w:text w:multiLine="1"/>
        </w:sdtPr>
        <w:sdtContent>
          <w:r>
            <w:t>________________</w:t>
          </w:r>
        </w:sdtContent>
      </w:sdt>
      <w:r>
        <w:t xml:space="preserve"> </w:t>
      </w:r>
      <w:r>
        <w:br/>
      </w:r>
      <w:sdt>
        <w:sdtPr>
          <w:alias w:val="Seleziona la risposta"/>
          <w:tag w:val="checkbox_1679"/>
          <w:id w:val="167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C9F0A7C" w14:textId="77777777" w:rsidR="0060008A" w:rsidRDefault="00000000">
      <w:pPr>
        <w:ind w:left="102" w:hanging="102"/>
      </w:pPr>
      <w:r>
        <w:t>• Chi effettuava la loro manutenzione?</w:t>
      </w:r>
      <w:sdt>
        <w:sdtPr>
          <w:alias w:val="Campo di compilazione"/>
          <w:tag w:val="field_1680"/>
          <w:id w:val="1680"/>
          <w:text w:multiLine="1"/>
        </w:sdtPr>
        <w:sdtContent>
          <w:r>
            <w:t>_____________________________________________</w:t>
          </w:r>
        </w:sdtContent>
      </w:sdt>
      <w:r>
        <w:t xml:space="preserve"> </w:t>
      </w:r>
      <w:r>
        <w:br/>
      </w:r>
      <w:sdt>
        <w:sdtPr>
          <w:alias w:val="Seleziona la risposta"/>
          <w:tag w:val="checkbox_1681"/>
          <w:id w:val="168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C6214EE" w14:textId="77777777" w:rsidR="0060008A" w:rsidRDefault="00000000">
      <w:pPr>
        <w:ind w:left="102" w:hanging="102"/>
      </w:pPr>
      <w:r>
        <w:t>• Le pareti, i soffitti o le strutture metalliche erano rivestite da materiale isolante?</w:t>
      </w:r>
    </w:p>
    <w:p w14:paraId="39C9DF27" w14:textId="77777777" w:rsidR="0060008A" w:rsidRDefault="00000000">
      <w:sdt>
        <w:sdtPr>
          <w:alias w:val="Seleziona la risposta"/>
          <w:tag w:val="checkbox_1682"/>
          <w:id w:val="168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83"/>
          <w:id w:val="16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84"/>
          <w:id w:val="168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082BC34" w14:textId="77777777" w:rsidR="0060008A" w:rsidRDefault="00000000">
      <w:pPr>
        <w:spacing w:before="56"/>
      </w:pPr>
      <w:r>
        <w:t>Se sì, specificarne almeno la tipologia ed il colore:</w:t>
      </w:r>
    </w:p>
    <w:p w14:paraId="027AD2F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685"/>
          <w:id w:val="1685"/>
          <w:text w:multiLine="1"/>
        </w:sdtPr>
        <w:sdtContent>
          <w:r>
            <w:t xml:space="preserve"> </w:t>
          </w:r>
        </w:sdtContent>
      </w:sdt>
    </w:p>
    <w:p w14:paraId="3CFCDAF3" w14:textId="77777777" w:rsidR="0060008A" w:rsidRDefault="00000000">
      <w:pPr>
        <w:pStyle w:val="Question"/>
        <w:spacing w:before="180" w:after="26"/>
      </w:pPr>
      <w:r>
        <w:t>F10. Per il suo lavoro ha utilizzato o è entrato in contatto diretto con:</w:t>
      </w:r>
    </w:p>
    <w:p w14:paraId="4B68681B" w14:textId="77777777" w:rsidR="0060008A" w:rsidRDefault="00000000">
      <w:pPr>
        <w:ind w:left="102" w:hanging="102"/>
      </w:pPr>
      <w:r>
        <w:t xml:space="preserve">• Solventi   </w:t>
      </w:r>
      <w:sdt>
        <w:sdtPr>
          <w:alias w:val="Seleziona la risposta"/>
          <w:tag w:val="checkbox_1686"/>
          <w:id w:val="168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87"/>
          <w:id w:val="168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88"/>
          <w:id w:val="168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F6EBDC1" w14:textId="77777777" w:rsidR="0060008A" w:rsidRDefault="00000000">
      <w:pPr>
        <w:ind w:left="102" w:hanging="102"/>
      </w:pPr>
      <w:r>
        <w:t xml:space="preserve">• Vernici   </w:t>
      </w:r>
      <w:sdt>
        <w:sdtPr>
          <w:alias w:val="Seleziona la risposta"/>
          <w:tag w:val="checkbox_1689"/>
          <w:id w:val="168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90"/>
          <w:id w:val="169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91"/>
          <w:id w:val="169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6728F2C" w14:textId="77777777" w:rsidR="0060008A" w:rsidRDefault="00000000">
      <w:pPr>
        <w:ind w:left="102" w:hanging="102"/>
      </w:pPr>
      <w:r>
        <w:t xml:space="preserve">• Abrasivi   </w:t>
      </w:r>
      <w:sdt>
        <w:sdtPr>
          <w:alias w:val="Seleziona la risposta"/>
          <w:tag w:val="checkbox_1692"/>
          <w:id w:val="169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93"/>
          <w:id w:val="169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94"/>
          <w:id w:val="169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3EB60C8" w14:textId="77777777" w:rsidR="0060008A" w:rsidRDefault="00000000">
      <w:pPr>
        <w:ind w:left="102" w:hanging="102"/>
      </w:pPr>
      <w:r>
        <w:t xml:space="preserve">• Silice   </w:t>
      </w:r>
      <w:sdt>
        <w:sdtPr>
          <w:alias w:val="Seleziona la risposta"/>
          <w:tag w:val="checkbox_1695"/>
          <w:id w:val="169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96"/>
          <w:id w:val="16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697"/>
          <w:id w:val="169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7EC8B4E" w14:textId="77777777" w:rsidR="0060008A" w:rsidRDefault="00000000">
      <w:pPr>
        <w:ind w:left="102" w:hanging="102"/>
      </w:pPr>
      <w:r>
        <w:t xml:space="preserve">• Cemento   </w:t>
      </w:r>
      <w:sdt>
        <w:sdtPr>
          <w:alias w:val="Seleziona la risposta"/>
          <w:tag w:val="checkbox_1698"/>
          <w:id w:val="169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699"/>
          <w:id w:val="169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00"/>
          <w:id w:val="17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8A92772" w14:textId="77777777" w:rsidR="0060008A" w:rsidRDefault="00000000">
      <w:pPr>
        <w:ind w:left="102" w:hanging="102"/>
      </w:pPr>
      <w:r>
        <w:t xml:space="preserve">• Cemento-Amianto/Eternit   </w:t>
      </w:r>
      <w:sdt>
        <w:sdtPr>
          <w:alias w:val="Seleziona la risposta"/>
          <w:tag w:val="checkbox_1701"/>
          <w:id w:val="17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02"/>
          <w:id w:val="17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03"/>
          <w:id w:val="17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C5B20D9" w14:textId="77777777" w:rsidR="0060008A" w:rsidRDefault="00000000">
      <w:pPr>
        <w:ind w:left="102" w:hanging="102"/>
      </w:pPr>
      <w:r>
        <w:t xml:space="preserve">• Talco   </w:t>
      </w:r>
      <w:sdt>
        <w:sdtPr>
          <w:alias w:val="Seleziona la risposta"/>
          <w:tag w:val="checkbox_1704"/>
          <w:id w:val="170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05"/>
          <w:id w:val="170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06"/>
          <w:id w:val="170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F07F5E7" w14:textId="77777777" w:rsidR="0060008A" w:rsidRDefault="00000000">
      <w:pPr>
        <w:ind w:left="102" w:hanging="102"/>
      </w:pPr>
      <w:r>
        <w:t xml:space="preserve">• Fibre minerali artificiali (lana di vetro, di roccia, ecc.)   </w:t>
      </w:r>
      <w:sdt>
        <w:sdtPr>
          <w:alias w:val="Seleziona la risposta"/>
          <w:tag w:val="checkbox_1707"/>
          <w:id w:val="170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08"/>
          <w:id w:val="170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09"/>
          <w:id w:val="17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F718D4A" w14:textId="77777777" w:rsidR="0060008A" w:rsidRDefault="00000000">
      <w:pPr>
        <w:ind w:left="102" w:hanging="102"/>
      </w:pPr>
      <w:r>
        <w:t xml:space="preserve">• Fibre tessili o tessuti   </w:t>
      </w:r>
      <w:sdt>
        <w:sdtPr>
          <w:alias w:val="Seleziona la risposta"/>
          <w:tag w:val="checkbox_1710"/>
          <w:id w:val="171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11"/>
          <w:id w:val="171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12"/>
          <w:id w:val="171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24618C9" w14:textId="77777777" w:rsidR="0060008A" w:rsidRDefault="00000000">
      <w:pPr>
        <w:ind w:left="102" w:hanging="102"/>
      </w:pPr>
      <w:r>
        <w:t xml:space="preserve">• Amianto in fibra libera/amiantite   </w:t>
      </w:r>
      <w:sdt>
        <w:sdtPr>
          <w:alias w:val="Seleziona la risposta"/>
          <w:tag w:val="checkbox_1713"/>
          <w:id w:val="171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14"/>
          <w:id w:val="171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15"/>
          <w:id w:val="171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631CD1C" w14:textId="77777777" w:rsidR="0060008A" w:rsidRDefault="00000000">
      <w:pPr>
        <w:ind w:left="102" w:hanging="102"/>
      </w:pPr>
      <w:r>
        <w:t xml:space="preserve">• Altre tipologie di MCA   </w:t>
      </w:r>
      <w:sdt>
        <w:sdtPr>
          <w:alias w:val="Seleziona la risposta"/>
          <w:tag w:val="checkbox_1716"/>
          <w:id w:val="171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17"/>
          <w:id w:val="171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18"/>
          <w:id w:val="171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F9668D7" w14:textId="77777777" w:rsidR="0060008A" w:rsidRDefault="00000000">
      <w:pPr>
        <w:ind w:left="102" w:hanging="102"/>
      </w:pPr>
      <w:r>
        <w:t xml:space="preserve">• Altro minerale fibroso   </w:t>
      </w:r>
      <w:sdt>
        <w:sdtPr>
          <w:alias w:val="Seleziona la risposta"/>
          <w:tag w:val="checkbox_1719"/>
          <w:id w:val="171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20"/>
          <w:id w:val="17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21"/>
          <w:id w:val="17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840C664" w14:textId="77777777" w:rsidR="0060008A" w:rsidRDefault="00000000">
      <w:pPr>
        <w:ind w:left="102" w:hanging="102"/>
      </w:pPr>
      <w:r>
        <w:t xml:space="preserve">• Agenti fisici - radiazioni   </w:t>
      </w:r>
      <w:sdt>
        <w:sdtPr>
          <w:alias w:val="Seleziona la risposta"/>
          <w:tag w:val="checkbox_1722"/>
          <w:id w:val="172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23"/>
          <w:id w:val="17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24"/>
          <w:id w:val="172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807AC57" w14:textId="77777777" w:rsidR="0060008A" w:rsidRDefault="00000000">
      <w:pPr>
        <w:ind w:left="102" w:hanging="102"/>
      </w:pPr>
      <w:r>
        <w:t xml:space="preserve">• Altro specificare   </w:t>
      </w:r>
      <w:sdt>
        <w:sdtPr>
          <w:alias w:val="Seleziona la risposta"/>
          <w:tag w:val="checkbox_1725"/>
          <w:id w:val="172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26"/>
          <w:id w:val="17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27"/>
          <w:id w:val="17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96B606B" w14:textId="77777777" w:rsidR="0060008A" w:rsidRDefault="00000000">
      <w:pPr>
        <w:spacing w:before="110"/>
      </w:pPr>
      <w:r>
        <w:t>Se sì, descrivere la circostanza di esposizione alla sostanza</w:t>
      </w:r>
    </w:p>
    <w:p w14:paraId="375EC86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28"/>
          <w:id w:val="1728"/>
          <w:text w:multiLine="1"/>
        </w:sdtPr>
        <w:sdtContent>
          <w:r>
            <w:t xml:space="preserve"> </w:t>
          </w:r>
        </w:sdtContent>
      </w:sdt>
    </w:p>
    <w:p w14:paraId="4A3B07F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29"/>
          <w:id w:val="1729"/>
          <w:text w:multiLine="1"/>
        </w:sdtPr>
        <w:sdtContent>
          <w:r>
            <w:t xml:space="preserve"> </w:t>
          </w:r>
        </w:sdtContent>
      </w:sdt>
    </w:p>
    <w:p w14:paraId="55AD3B7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30"/>
          <w:id w:val="1730"/>
          <w:text w:multiLine="1"/>
        </w:sdtPr>
        <w:sdtContent>
          <w:r>
            <w:t xml:space="preserve"> </w:t>
          </w:r>
        </w:sdtContent>
      </w:sdt>
    </w:p>
    <w:p w14:paraId="71CF0890" w14:textId="77777777" w:rsidR="0060008A" w:rsidRDefault="00000000">
      <w:r>
        <w:br w:type="page"/>
      </w:r>
    </w:p>
    <w:p w14:paraId="2E886F54" w14:textId="77777777" w:rsidR="0060008A" w:rsidRDefault="00000000">
      <w:pPr>
        <w:pStyle w:val="Source"/>
        <w:spacing w:after="180"/>
      </w:pPr>
      <w:bookmarkStart w:id="20" w:name="Fonte_166"/>
      <w:r>
        <w:rPr>
          <w:b/>
        </w:rPr>
        <w:t>F / INDUSTRIA E ARTIGIANATO  •  FONTE: INAIL 2026, PAGINA 166</w:t>
      </w:r>
      <w:bookmarkEnd w:id="20"/>
    </w:p>
    <w:p w14:paraId="4323BC76" w14:textId="77777777" w:rsidR="0060008A" w:rsidRDefault="00000000">
      <w:pPr>
        <w:pStyle w:val="Question"/>
        <w:spacing w:after="26"/>
      </w:pPr>
      <w:r>
        <w:t>F11. Oltre alle mansioni già descritte svolgeva anche lavori di manutenzione?</w:t>
      </w:r>
    </w:p>
    <w:p w14:paraId="4D01D7A1" w14:textId="77777777" w:rsidR="0060008A" w:rsidRDefault="00000000">
      <w:sdt>
        <w:sdtPr>
          <w:alias w:val="Seleziona la risposta"/>
          <w:tag w:val="checkbox_1731"/>
          <w:id w:val="173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32"/>
          <w:id w:val="17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5ABA1061" w14:textId="77777777" w:rsidR="0060008A" w:rsidRDefault="00000000">
      <w:r>
        <w:t>Se sì, specificare (tipologia, frequenza, strumenti utilizzati)</w:t>
      </w:r>
    </w:p>
    <w:p w14:paraId="2F1351B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33"/>
          <w:id w:val="1733"/>
          <w:text w:multiLine="1"/>
        </w:sdtPr>
        <w:sdtContent>
          <w:r>
            <w:t xml:space="preserve"> </w:t>
          </w:r>
        </w:sdtContent>
      </w:sdt>
    </w:p>
    <w:p w14:paraId="1333030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34"/>
          <w:id w:val="1734"/>
          <w:text w:multiLine="1"/>
        </w:sdtPr>
        <w:sdtContent>
          <w:r>
            <w:t xml:space="preserve"> </w:t>
          </w:r>
        </w:sdtContent>
      </w:sdt>
    </w:p>
    <w:p w14:paraId="270898D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35"/>
          <w:id w:val="1735"/>
          <w:text w:multiLine="1"/>
        </w:sdtPr>
        <w:sdtContent>
          <w:r>
            <w:t xml:space="preserve"> </w:t>
          </w:r>
        </w:sdtContent>
      </w:sdt>
    </w:p>
    <w:p w14:paraId="0FDCFDE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36"/>
          <w:id w:val="1736"/>
          <w:text w:multiLine="1"/>
        </w:sdtPr>
        <w:sdtContent>
          <w:r>
            <w:t xml:space="preserve"> </w:t>
          </w:r>
        </w:sdtContent>
      </w:sdt>
    </w:p>
    <w:p w14:paraId="2C0623F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37"/>
          <w:id w:val="1737"/>
          <w:text w:multiLine="1"/>
        </w:sdtPr>
        <w:sdtContent>
          <w:r>
            <w:t xml:space="preserve"> </w:t>
          </w:r>
        </w:sdtContent>
      </w:sdt>
    </w:p>
    <w:p w14:paraId="029DD34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38"/>
          <w:id w:val="1738"/>
          <w:text w:multiLine="1"/>
        </w:sdtPr>
        <w:sdtContent>
          <w:r>
            <w:t xml:space="preserve"> </w:t>
          </w:r>
        </w:sdtContent>
      </w:sdt>
    </w:p>
    <w:p w14:paraId="7BBE445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39"/>
          <w:id w:val="1739"/>
          <w:text w:multiLine="1"/>
        </w:sdtPr>
        <w:sdtContent>
          <w:r>
            <w:t xml:space="preserve"> </w:t>
          </w:r>
        </w:sdtContent>
      </w:sdt>
    </w:p>
    <w:p w14:paraId="4D51CF9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0"/>
          <w:id w:val="1740"/>
          <w:text w:multiLine="1"/>
        </w:sdtPr>
        <w:sdtContent>
          <w:r>
            <w:t xml:space="preserve"> </w:t>
          </w:r>
        </w:sdtContent>
      </w:sdt>
    </w:p>
    <w:p w14:paraId="5695FE5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1"/>
          <w:id w:val="1741"/>
          <w:text w:multiLine="1"/>
        </w:sdtPr>
        <w:sdtContent>
          <w:r>
            <w:t xml:space="preserve"> </w:t>
          </w:r>
        </w:sdtContent>
      </w:sdt>
    </w:p>
    <w:p w14:paraId="534A4C2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2"/>
          <w:id w:val="1742"/>
          <w:text w:multiLine="1"/>
        </w:sdtPr>
        <w:sdtContent>
          <w:r>
            <w:t xml:space="preserve"> </w:t>
          </w:r>
        </w:sdtContent>
      </w:sdt>
    </w:p>
    <w:p w14:paraId="645969F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43"/>
          <w:id w:val="1743"/>
          <w:text w:multiLine="1"/>
        </w:sdtPr>
        <w:sdtContent>
          <w:r>
            <w:t xml:space="preserve"> </w:t>
          </w:r>
        </w:sdtContent>
      </w:sdt>
    </w:p>
    <w:p w14:paraId="5543CA4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4"/>
          <w:id w:val="1744"/>
          <w:text w:multiLine="1"/>
        </w:sdtPr>
        <w:sdtContent>
          <w:r>
            <w:t xml:space="preserve"> </w:t>
          </w:r>
        </w:sdtContent>
      </w:sdt>
    </w:p>
    <w:p w14:paraId="24B2F40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5"/>
          <w:id w:val="1745"/>
          <w:text w:multiLine="1"/>
        </w:sdtPr>
        <w:sdtContent>
          <w:r>
            <w:t xml:space="preserve"> </w:t>
          </w:r>
        </w:sdtContent>
      </w:sdt>
    </w:p>
    <w:p w14:paraId="0049B22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6"/>
          <w:id w:val="1746"/>
          <w:text w:multiLine="1"/>
        </w:sdtPr>
        <w:sdtContent>
          <w:r>
            <w:t xml:space="preserve"> </w:t>
          </w:r>
        </w:sdtContent>
      </w:sdt>
    </w:p>
    <w:p w14:paraId="264344D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1747"/>
          <w:id w:val="1747"/>
          <w:text w:multiLine="1"/>
        </w:sdtPr>
        <w:sdtContent>
          <w:r>
            <w:t xml:space="preserve"> </w:t>
          </w:r>
        </w:sdtContent>
      </w:sdt>
    </w:p>
    <w:p w14:paraId="7DB42C44" w14:textId="77777777" w:rsidR="0060008A" w:rsidRDefault="00000000">
      <w:r>
        <w:br w:type="page"/>
      </w:r>
    </w:p>
    <w:p w14:paraId="04131E39" w14:textId="77777777" w:rsidR="0060008A" w:rsidRDefault="00000000">
      <w:pPr>
        <w:pStyle w:val="Source"/>
        <w:spacing w:after="180"/>
      </w:pPr>
      <w:bookmarkStart w:id="21" w:name="Fonte_167"/>
      <w:r>
        <w:rPr>
          <w:b/>
        </w:rPr>
        <w:t>G / AGRICOLTURA  •  FONTE: INAIL 2026, PAGINA 167</w:t>
      </w:r>
      <w:bookmarkEnd w:id="21"/>
    </w:p>
    <w:p w14:paraId="6C7B2B60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G: STORIA PROFESSIONALE</w:t>
      </w:r>
    </w:p>
    <w:p w14:paraId="4C3BE455" w14:textId="77777777" w:rsidR="0060008A" w:rsidRDefault="00000000">
      <w:pPr>
        <w:pStyle w:val="Titolo2"/>
        <w:spacing w:before="180" w:after="80"/>
      </w:pPr>
      <w:r>
        <w:rPr>
          <w:rFonts w:ascii="Calibri" w:hAnsi="Calibri"/>
          <w:color w:val="173B50"/>
        </w:rPr>
        <w:t>SCHEDA AGRICOLTURA (scheda da utilizzare per ogni periodo lavorativo svolto dal soggetto in questo settore)</w:t>
      </w:r>
    </w:p>
    <w:p w14:paraId="30B35E6E" w14:textId="77777777" w:rsidR="0060008A" w:rsidRDefault="00000000">
      <w:pPr>
        <w:spacing w:before="180"/>
      </w:pPr>
      <w:r>
        <w:t>Scheda relativa all’impiego svolto presso l’azienda</w:t>
      </w:r>
      <w:sdt>
        <w:sdtPr>
          <w:alias w:val="Campo di compilazione"/>
          <w:tag w:val="field_1748"/>
          <w:id w:val="1748"/>
          <w:text w:multiLine="1"/>
        </w:sdtPr>
        <w:sdtContent>
          <w:r>
            <w:t>___________________________________________</w:t>
          </w:r>
        </w:sdtContent>
      </w:sdt>
    </w:p>
    <w:p w14:paraId="6C3A7BB9" w14:textId="77777777" w:rsidR="0060008A" w:rsidRDefault="00000000">
      <w:r>
        <w:t>Nel periodo</w:t>
      </w:r>
      <w:sdt>
        <w:sdtPr>
          <w:alias w:val="Campo di compilazione"/>
          <w:tag w:val="field_1749"/>
          <w:id w:val="1749"/>
          <w:text w:multiLine="1"/>
        </w:sdtPr>
        <w:sdtContent>
          <w:r>
            <w:t>________________________________</w:t>
          </w:r>
        </w:sdtContent>
      </w:sdt>
    </w:p>
    <w:p w14:paraId="1AA95947" w14:textId="77777777" w:rsidR="0060008A" w:rsidRDefault="00000000">
      <w:r>
        <w:t>Indirizzo</w:t>
      </w:r>
      <w:sdt>
        <w:sdtPr>
          <w:alias w:val="Campo di compilazione"/>
          <w:tag w:val="field_1750"/>
          <w:id w:val="1750"/>
          <w:text w:multiLine="1"/>
        </w:sdtPr>
        <w:sdtContent>
          <w:r>
            <w:t>_____________________________________________</w:t>
          </w:r>
        </w:sdtContent>
      </w:sdt>
    </w:p>
    <w:p w14:paraId="6DD2B003" w14:textId="77777777" w:rsidR="0060008A" w:rsidRDefault="00000000">
      <w:r>
        <w:t>N. totale di dipendenti</w:t>
      </w:r>
      <w:sdt>
        <w:sdtPr>
          <w:alias w:val="Campo di compilazione"/>
          <w:tag w:val="field_1751"/>
          <w:id w:val="1751"/>
          <w:text w:multiLine="1"/>
        </w:sdtPr>
        <w:sdtContent>
          <w:r>
            <w:t>_______________</w:t>
          </w:r>
        </w:sdtContent>
      </w:sdt>
    </w:p>
    <w:p w14:paraId="46B75E46" w14:textId="77777777" w:rsidR="0060008A" w:rsidRDefault="00000000">
      <w:r>
        <w:t xml:space="preserve">Azienda attiva </w:t>
      </w:r>
      <w:sdt>
        <w:sdtPr>
          <w:alias w:val="Seleziona la risposta"/>
          <w:tag w:val="checkbox_1752"/>
          <w:id w:val="175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chiusa </w:t>
      </w:r>
      <w:sdt>
        <w:sdtPr>
          <w:alias w:val="Seleziona la risposta"/>
          <w:tag w:val="checkbox_1753"/>
          <w:id w:val="175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non so </w:t>
      </w:r>
      <w:sdt>
        <w:sdtPr>
          <w:alias w:val="Seleziona la risposta"/>
          <w:tag w:val="checkbox_1754"/>
          <w:id w:val="17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</w:p>
    <w:p w14:paraId="03A86E96" w14:textId="77777777" w:rsidR="0060008A" w:rsidRDefault="00000000">
      <w:pPr>
        <w:pStyle w:val="Question"/>
        <w:spacing w:before="180" w:after="26"/>
      </w:pPr>
      <w:r>
        <w:t>G1. Descrizione del tipo di produzione e dell’ambiente in cui lavorava</w:t>
      </w:r>
    </w:p>
    <w:p w14:paraId="6FA72B1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55"/>
          <w:id w:val="1755"/>
          <w:text w:multiLine="1"/>
        </w:sdtPr>
        <w:sdtContent>
          <w:r>
            <w:t xml:space="preserve"> </w:t>
          </w:r>
        </w:sdtContent>
      </w:sdt>
    </w:p>
    <w:p w14:paraId="7B2CC67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56"/>
          <w:id w:val="1756"/>
          <w:text w:multiLine="1"/>
        </w:sdtPr>
        <w:sdtContent>
          <w:r>
            <w:t xml:space="preserve"> </w:t>
          </w:r>
        </w:sdtContent>
      </w:sdt>
    </w:p>
    <w:p w14:paraId="7FC72E4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57"/>
          <w:id w:val="1757"/>
          <w:text w:multiLine="1"/>
        </w:sdtPr>
        <w:sdtContent>
          <w:r>
            <w:t xml:space="preserve"> </w:t>
          </w:r>
        </w:sdtContent>
      </w:sdt>
    </w:p>
    <w:p w14:paraId="174752A8" w14:textId="77777777" w:rsidR="0060008A" w:rsidRDefault="00000000">
      <w:pPr>
        <w:pStyle w:val="Question"/>
        <w:spacing w:before="180" w:after="26"/>
      </w:pPr>
      <w:r>
        <w:t>G2. Descrizione della mansione e dell’attività svolta</w:t>
      </w:r>
    </w:p>
    <w:p w14:paraId="263AAA0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58"/>
          <w:id w:val="1758"/>
          <w:text w:multiLine="1"/>
        </w:sdtPr>
        <w:sdtContent>
          <w:r>
            <w:t xml:space="preserve"> </w:t>
          </w:r>
        </w:sdtContent>
      </w:sdt>
    </w:p>
    <w:p w14:paraId="339ACFA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59"/>
          <w:id w:val="1759"/>
          <w:text w:multiLine="1"/>
        </w:sdtPr>
        <w:sdtContent>
          <w:r>
            <w:t xml:space="preserve"> </w:t>
          </w:r>
        </w:sdtContent>
      </w:sdt>
    </w:p>
    <w:p w14:paraId="551DEB9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60"/>
          <w:id w:val="1760"/>
          <w:text w:multiLine="1"/>
        </w:sdtPr>
        <w:sdtContent>
          <w:r>
            <w:t xml:space="preserve"> </w:t>
          </w:r>
        </w:sdtContent>
      </w:sdt>
    </w:p>
    <w:p w14:paraId="77E43EEB" w14:textId="77777777" w:rsidR="0060008A" w:rsidRDefault="00000000">
      <w:pPr>
        <w:pStyle w:val="Question"/>
        <w:spacing w:before="180" w:after="26"/>
      </w:pPr>
      <w:r>
        <w:t xml:space="preserve">G3. Rapporto di lavoro: tempo pieno </w:t>
      </w:r>
      <w:sdt>
        <w:sdtPr>
          <w:alias w:val="Seleziona la risposta"/>
          <w:tag w:val="checkbox_1761"/>
          <w:id w:val="176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tempo parziale </w:t>
      </w:r>
      <w:sdt>
        <w:sdtPr>
          <w:alias w:val="Seleziona la risposta"/>
          <w:tag w:val="checkbox_1762"/>
          <w:id w:val="176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stagionale </w:t>
      </w:r>
      <w:sdt>
        <w:sdtPr>
          <w:alias w:val="Seleziona la risposta"/>
          <w:tag w:val="checkbox_1763"/>
          <w:id w:val="176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</w:p>
    <w:p w14:paraId="0A4EC49F" w14:textId="77777777" w:rsidR="0060008A" w:rsidRDefault="00000000">
      <w:r>
        <w:t>Ore al giorno</w:t>
      </w:r>
      <w:sdt>
        <w:sdtPr>
          <w:alias w:val="Campo di compilazione"/>
          <w:tag w:val="field_1764"/>
          <w:id w:val="1764"/>
          <w:text w:multiLine="1"/>
        </w:sdtPr>
        <w:sdtContent>
          <w:r>
            <w:t>__________________________</w:t>
          </w:r>
        </w:sdtContent>
      </w:sdt>
      <w:r>
        <w:t xml:space="preserve"> Mesi nell’anno</w:t>
      </w:r>
      <w:sdt>
        <w:sdtPr>
          <w:alias w:val="Campo di compilazione"/>
          <w:tag w:val="field_1765"/>
          <w:id w:val="1765"/>
          <w:text w:multiLine="1"/>
        </w:sdtPr>
        <w:sdtContent>
          <w:r>
            <w:t>______________________________</w:t>
          </w:r>
        </w:sdtContent>
      </w:sdt>
    </w:p>
    <w:p w14:paraId="0AD9B5FF" w14:textId="77777777" w:rsidR="0060008A" w:rsidRDefault="00000000">
      <w:pPr>
        <w:pStyle w:val="Question"/>
        <w:spacing w:before="180" w:after="26"/>
      </w:pPr>
      <w:r>
        <w:t>G4. Descrizione del reparto in caso di attività svolta in cantine, aziende vinicole o di altre bevande.</w:t>
      </w:r>
    </w:p>
    <w:p w14:paraId="5D27ADE2" w14:textId="77777777" w:rsidR="0060008A" w:rsidRDefault="00000000">
      <w:pPr>
        <w:ind w:left="102" w:hanging="102"/>
      </w:pPr>
      <w:r>
        <w:t>• Dimensioni</w:t>
      </w:r>
      <w:sdt>
        <w:sdtPr>
          <w:alias w:val="Campo di compilazione"/>
          <w:tag w:val="field_1766"/>
          <w:id w:val="1766"/>
          <w:text w:multiLine="1"/>
        </w:sdtPr>
        <w:sdtContent>
          <w:r>
            <w:t>_____________________________________________</w:t>
          </w:r>
        </w:sdtContent>
      </w:sdt>
    </w:p>
    <w:p w14:paraId="5646A46C" w14:textId="77777777" w:rsidR="0060008A" w:rsidRDefault="00000000">
      <w:pPr>
        <w:ind w:left="102" w:hanging="102"/>
      </w:pPr>
      <w:r>
        <w:t>• Come definirebbe il locale dove lavorava abitualmente?</w:t>
      </w:r>
    </w:p>
    <w:p w14:paraId="6F1E9D98" w14:textId="77777777" w:rsidR="0060008A" w:rsidRDefault="00000000">
      <w:sdt>
        <w:sdtPr>
          <w:alias w:val="Seleziona la risposta"/>
          <w:tag w:val="checkbox_1767"/>
          <w:id w:val="176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Impianto all’aperto   </w:t>
      </w:r>
      <w:sdt>
        <w:sdtPr>
          <w:alias w:val="Seleziona la risposta"/>
          <w:tag w:val="checkbox_1768"/>
          <w:id w:val="176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Deposito/Magazzino</w:t>
      </w:r>
    </w:p>
    <w:p w14:paraId="0490D2AC" w14:textId="77777777" w:rsidR="0060008A" w:rsidRDefault="00000000">
      <w:sdt>
        <w:sdtPr>
          <w:alias w:val="Seleziona la risposta"/>
          <w:tag w:val="checkbox_1769"/>
          <w:id w:val="176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Cantina   </w:t>
      </w:r>
      <w:sdt>
        <w:sdtPr>
          <w:alias w:val="Seleziona la risposta"/>
          <w:tag w:val="checkbox_1770"/>
          <w:id w:val="17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Ufficio</w:t>
      </w:r>
    </w:p>
    <w:p w14:paraId="42EECD1A" w14:textId="77777777" w:rsidR="0060008A" w:rsidRDefault="00000000">
      <w:sdt>
        <w:sdtPr>
          <w:alias w:val="Seleziona la risposta"/>
          <w:tag w:val="checkbox_1771"/>
          <w:id w:val="177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Laboratorio   </w:t>
      </w:r>
      <w:sdt>
        <w:sdtPr>
          <w:alias w:val="Seleziona la risposta"/>
          <w:tag w:val="checkbox_1772"/>
          <w:id w:val="177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Altro (specificare)</w:t>
      </w:r>
      <w:sdt>
        <w:sdtPr>
          <w:alias w:val="Campo di compilazione"/>
          <w:tag w:val="field_1773"/>
          <w:id w:val="1773"/>
          <w:text w:multiLine="1"/>
        </w:sdtPr>
        <w:sdtContent>
          <w:r>
            <w:t>_____________________________________________</w:t>
          </w:r>
        </w:sdtContent>
      </w:sdt>
    </w:p>
    <w:p w14:paraId="5E3F3642" w14:textId="77777777" w:rsidR="0060008A" w:rsidRDefault="00000000">
      <w:pPr>
        <w:ind w:left="102" w:hanging="102"/>
      </w:pPr>
      <w:r>
        <w:t xml:space="preserve">• Che tipo di bevanda veniva prodotta? (Tipi di vino, birra, distillati, bevande gassate, sciroppi, altro) </w:t>
      </w:r>
      <w:sdt>
        <w:sdtPr>
          <w:alias w:val="Campo di compilazione"/>
          <w:tag w:val="field_1774"/>
          <w:id w:val="1774"/>
          <w:text w:multiLine="1"/>
        </w:sdtPr>
        <w:sdtContent>
          <w:r>
            <w:t>________________</w:t>
          </w:r>
        </w:sdtContent>
      </w:sdt>
    </w:p>
    <w:p w14:paraId="3A117DAF" w14:textId="77777777" w:rsidR="0060008A" w:rsidRDefault="00000000">
      <w:pPr>
        <w:ind w:left="102" w:hanging="102"/>
      </w:pPr>
      <w:r>
        <w:t xml:space="preserve">• È mai stato addetto alla filtrazione?   </w:t>
      </w:r>
      <w:sdt>
        <w:sdtPr>
          <w:alias w:val="Seleziona la risposta"/>
          <w:tag w:val="checkbox_1775"/>
          <w:id w:val="177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76"/>
          <w:id w:val="177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77"/>
          <w:id w:val="177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C0F7824" w14:textId="77777777" w:rsidR="0060008A" w:rsidRDefault="00000000">
      <w:r>
        <w:t>Se sì, specificare per quanto tempo mediamente per ogni settimana:</w:t>
      </w:r>
    </w:p>
    <w:p w14:paraId="0880E78E" w14:textId="77777777" w:rsidR="0060008A" w:rsidRDefault="00000000">
      <w:sdt>
        <w:sdtPr>
          <w:alias w:val="Campo di compilazione"/>
          <w:tag w:val="field_1778"/>
          <w:id w:val="1778"/>
          <w:text w:multiLine="1"/>
        </w:sdtPr>
        <w:sdtContent>
          <w:r>
            <w:t>________________________________________</w:t>
          </w:r>
        </w:sdtContent>
      </w:sdt>
      <w:r>
        <w:t xml:space="preserve"> Dal </w:t>
      </w:r>
      <w:sdt>
        <w:sdtPr>
          <w:alias w:val="Campo di compilazione"/>
          <w:tag w:val="field_1779"/>
          <w:id w:val="1779"/>
          <w:text w:multiLine="1"/>
        </w:sdtPr>
        <w:sdtContent>
          <w:r>
            <w:t>_________________________</w:t>
          </w:r>
        </w:sdtContent>
      </w:sdt>
      <w:r>
        <w:t xml:space="preserve"> Al </w:t>
      </w:r>
      <w:sdt>
        <w:sdtPr>
          <w:alias w:val="Campo di compilazione"/>
          <w:tag w:val="field_1780"/>
          <w:id w:val="1780"/>
          <w:text w:multiLine="1"/>
        </w:sdtPr>
        <w:sdtContent>
          <w:r>
            <w:t>__________________</w:t>
          </w:r>
        </w:sdtContent>
      </w:sdt>
    </w:p>
    <w:p w14:paraId="543FEA55" w14:textId="77777777" w:rsidR="0060008A" w:rsidRDefault="00000000">
      <w:r>
        <w:br w:type="page"/>
      </w:r>
    </w:p>
    <w:p w14:paraId="330D9E1D" w14:textId="77777777" w:rsidR="0060008A" w:rsidRDefault="00000000">
      <w:pPr>
        <w:pStyle w:val="Source"/>
        <w:spacing w:after="180"/>
      </w:pPr>
      <w:bookmarkStart w:id="22" w:name="Fonte_168"/>
      <w:r>
        <w:rPr>
          <w:b/>
        </w:rPr>
        <w:t>G / AGRICOLTURA  •  FONTE: INAIL 2026, PAGINA 168</w:t>
      </w:r>
      <w:bookmarkEnd w:id="22"/>
    </w:p>
    <w:p w14:paraId="2C779335" w14:textId="77777777" w:rsidR="0060008A" w:rsidRDefault="00000000">
      <w:pPr>
        <w:ind w:left="102" w:hanging="102"/>
      </w:pPr>
      <w:r>
        <w:t>• Quali filtri venivano utilizzati?</w:t>
      </w:r>
    </w:p>
    <w:p w14:paraId="02571579" w14:textId="77777777" w:rsidR="0060008A" w:rsidRDefault="00000000">
      <w:sdt>
        <w:sdtPr>
          <w:alias w:val="Seleziona la risposta"/>
          <w:tag w:val="checkbox_1781"/>
          <w:id w:val="178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Cellulosa   </w:t>
      </w:r>
      <w:sdt>
        <w:sdtPr>
          <w:alias w:val="Seleziona la risposta"/>
          <w:tag w:val="checkbox_1782"/>
          <w:id w:val="178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Amianto   </w:t>
      </w:r>
      <w:sdt>
        <w:sdtPr>
          <w:alias w:val="Seleziona la risposta"/>
          <w:tag w:val="checkbox_1783"/>
          <w:id w:val="17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Sacchi di tela   </w:t>
      </w:r>
      <w:sdt>
        <w:sdtPr>
          <w:alias w:val="Seleziona la risposta"/>
          <w:tag w:val="checkbox_1784"/>
          <w:id w:val="178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   </w:t>
      </w:r>
      <w:sdt>
        <w:sdtPr>
          <w:alias w:val="Seleziona la risposta"/>
          <w:tag w:val="checkbox_1785"/>
          <w:id w:val="178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Altro (specificare)</w:t>
      </w:r>
    </w:p>
    <w:p w14:paraId="61DF85C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86"/>
          <w:id w:val="1786"/>
          <w:text w:multiLine="1"/>
        </w:sdtPr>
        <w:sdtContent>
          <w:r>
            <w:t xml:space="preserve"> </w:t>
          </w:r>
        </w:sdtContent>
      </w:sdt>
    </w:p>
    <w:p w14:paraId="571C977C" w14:textId="77777777" w:rsidR="0060008A" w:rsidRDefault="00000000">
      <w:pPr>
        <w:ind w:left="102" w:hanging="102"/>
      </w:pPr>
      <w:r>
        <w:t>• Procedeva personalmente alla realizzazione del filtro? con quali materiali?</w:t>
      </w:r>
    </w:p>
    <w:p w14:paraId="7EEC5F9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787"/>
          <w:id w:val="1787"/>
          <w:text w:multiLine="1"/>
        </w:sdtPr>
        <w:sdtContent>
          <w:r>
            <w:t xml:space="preserve"> </w:t>
          </w:r>
        </w:sdtContent>
      </w:sdt>
    </w:p>
    <w:p w14:paraId="4D1CF5A2" w14:textId="77777777" w:rsidR="0060008A" w:rsidRDefault="00000000">
      <w:pPr>
        <w:ind w:left="102" w:hanging="102"/>
      </w:pPr>
      <w:r>
        <w:t xml:space="preserve">• Erano presenti impianti di distillazione?   </w:t>
      </w:r>
      <w:sdt>
        <w:sdtPr>
          <w:alias w:val="Seleziona la risposta"/>
          <w:tag w:val="checkbox_1788"/>
          <w:id w:val="178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89"/>
          <w:id w:val="178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90"/>
          <w:id w:val="179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B081B65" w14:textId="77777777" w:rsidR="0060008A" w:rsidRDefault="00000000">
      <w:pPr>
        <w:pStyle w:val="Question"/>
        <w:spacing w:before="180" w:after="26"/>
      </w:pPr>
      <w:r>
        <w:t xml:space="preserve">G5. Usava dispositivi di protezione individuale (DPI)?   </w:t>
      </w:r>
      <w:sdt>
        <w:sdtPr>
          <w:alias w:val="Seleziona la risposta"/>
          <w:tag w:val="checkbox_1791"/>
          <w:id w:val="179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92"/>
          <w:id w:val="179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93"/>
          <w:id w:val="179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10FDFD6" w14:textId="77777777" w:rsidR="0060008A" w:rsidRDefault="00000000">
      <w:r>
        <w:t xml:space="preserve">Se sì, di che tipo </w:t>
      </w:r>
      <w:sdt>
        <w:sdtPr>
          <w:alias w:val="Campo di compilazione"/>
          <w:tag w:val="field_1794"/>
          <w:id w:val="1794"/>
          <w:text w:multiLine="1"/>
        </w:sdtPr>
        <w:sdtContent>
          <w:r>
            <w:t>_____________________________________________</w:t>
          </w:r>
        </w:sdtContent>
      </w:sdt>
    </w:p>
    <w:p w14:paraId="490AEF2E" w14:textId="77777777" w:rsidR="0060008A" w:rsidRDefault="00000000">
      <w:pPr>
        <w:pStyle w:val="Question"/>
        <w:spacing w:before="180" w:after="26"/>
      </w:pPr>
      <w:r>
        <w:t xml:space="preserve">G6. Ricorda la presenza di centrali termiche/caldaie?   </w:t>
      </w:r>
      <w:sdt>
        <w:sdtPr>
          <w:alias w:val="Seleziona la risposta"/>
          <w:tag w:val="checkbox_1795"/>
          <w:id w:val="179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796"/>
          <w:id w:val="17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797"/>
          <w:id w:val="179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3869AC4" w14:textId="77777777" w:rsidR="0060008A" w:rsidRDefault="00000000">
      <w:pPr>
        <w:spacing w:before="54"/>
      </w:pPr>
      <w:r>
        <w:t>Se sì, specificare:</w:t>
      </w:r>
    </w:p>
    <w:p w14:paraId="1DEC2FFD" w14:textId="77777777" w:rsidR="0060008A" w:rsidRDefault="00000000">
      <w:pPr>
        <w:ind w:left="102" w:hanging="102"/>
      </w:pPr>
      <w:r>
        <w:t>• Tipologia e posizione</w:t>
      </w:r>
      <w:sdt>
        <w:sdtPr>
          <w:alias w:val="Campo di compilazione"/>
          <w:tag w:val="field_1798"/>
          <w:id w:val="1798"/>
          <w:text w:multiLine="1"/>
        </w:sdtPr>
        <w:sdtContent>
          <w:r>
            <w:t>_____________________________________________</w:t>
          </w:r>
        </w:sdtContent>
      </w:sdt>
    </w:p>
    <w:p w14:paraId="08F9CE23" w14:textId="77777777" w:rsidR="0060008A" w:rsidRDefault="00000000">
      <w:pPr>
        <w:ind w:left="102" w:hanging="102"/>
      </w:pPr>
      <w:r>
        <w:t>• Chi effettuava la manutenzione?</w:t>
      </w:r>
      <w:sdt>
        <w:sdtPr>
          <w:alias w:val="Campo di compilazione"/>
          <w:tag w:val="field_1799"/>
          <w:id w:val="1799"/>
          <w:text w:multiLine="1"/>
        </w:sdtPr>
        <w:sdtContent>
          <w:r>
            <w:t>_____________________________________________</w:t>
          </w:r>
        </w:sdtContent>
      </w:sdt>
    </w:p>
    <w:p w14:paraId="7265C44B" w14:textId="77777777" w:rsidR="0060008A" w:rsidRDefault="00000000">
      <w:pPr>
        <w:ind w:left="102" w:hanging="102"/>
      </w:pPr>
      <w:r>
        <w:t xml:space="preserve">• Si recava in questi locali (per fare cosa e per quanto tempo?) </w:t>
      </w:r>
      <w:sdt>
        <w:sdtPr>
          <w:alias w:val="Campo di compilazione"/>
          <w:tag w:val="field_1800"/>
          <w:id w:val="1800"/>
          <w:text w:multiLine="1"/>
        </w:sdtPr>
        <w:sdtContent>
          <w:r>
            <w:t>_______________</w:t>
          </w:r>
        </w:sdtContent>
      </w:sdt>
    </w:p>
    <w:p w14:paraId="45285833" w14:textId="77777777" w:rsidR="0060008A" w:rsidRDefault="00000000">
      <w:pPr>
        <w:pStyle w:val="Question"/>
        <w:spacing w:before="180" w:after="26"/>
      </w:pPr>
      <w:r>
        <w:t xml:space="preserve">G7. Ricorda la presenza di tubazioni coibentate?   </w:t>
      </w:r>
      <w:sdt>
        <w:sdtPr>
          <w:alias w:val="Seleziona la risposta"/>
          <w:tag w:val="checkbox_1801"/>
          <w:id w:val="18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02"/>
          <w:id w:val="18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03"/>
          <w:id w:val="18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7CC662F" w14:textId="77777777" w:rsidR="0060008A" w:rsidRDefault="00000000">
      <w:pPr>
        <w:spacing w:before="54"/>
      </w:pPr>
      <w:r>
        <w:t>Se sì, specificare:</w:t>
      </w:r>
    </w:p>
    <w:p w14:paraId="3778E1C1" w14:textId="77777777" w:rsidR="0060008A" w:rsidRDefault="00000000">
      <w:pPr>
        <w:ind w:left="102" w:hanging="102"/>
      </w:pPr>
      <w:r>
        <w:t>• Con che materiale e cosa trasportavano</w:t>
      </w:r>
      <w:sdt>
        <w:sdtPr>
          <w:alias w:val="Campo di compilazione"/>
          <w:tag w:val="field_1804"/>
          <w:id w:val="1804"/>
          <w:text w:multiLine="1"/>
        </w:sdtPr>
        <w:sdtContent>
          <w:r>
            <w:t>_____________________________________________</w:t>
          </w:r>
        </w:sdtContent>
      </w:sdt>
    </w:p>
    <w:p w14:paraId="33798A4C" w14:textId="77777777" w:rsidR="0060008A" w:rsidRDefault="00000000">
      <w:pPr>
        <w:ind w:left="102" w:hanging="102"/>
      </w:pPr>
      <w:r>
        <w:t>• Chi effettuava la manutenzione?</w:t>
      </w:r>
      <w:sdt>
        <w:sdtPr>
          <w:alias w:val="Campo di compilazione"/>
          <w:tag w:val="field_1805"/>
          <w:id w:val="1805"/>
          <w:text w:multiLine="1"/>
        </w:sdtPr>
        <w:sdtContent>
          <w:r>
            <w:t>_____________________________________________</w:t>
          </w:r>
        </w:sdtContent>
      </w:sdt>
    </w:p>
    <w:p w14:paraId="58BB4FA3" w14:textId="77777777" w:rsidR="0060008A" w:rsidRDefault="00000000">
      <w:pPr>
        <w:ind w:left="102" w:hanging="102"/>
      </w:pPr>
      <w:r>
        <w:t>• Ha visto effettuare opere di manutenzione sulle coibentazioni?</w:t>
      </w:r>
      <w:sdt>
        <w:sdtPr>
          <w:alias w:val="Campo di compilazione"/>
          <w:tag w:val="field_1806"/>
          <w:id w:val="1806"/>
          <w:text w:multiLine="1"/>
        </w:sdtPr>
        <w:sdtContent>
          <w:r>
            <w:t>______________________________</w:t>
          </w:r>
        </w:sdtContent>
      </w:sdt>
    </w:p>
    <w:p w14:paraId="24EB0BBD" w14:textId="77777777" w:rsidR="0060008A" w:rsidRDefault="00000000">
      <w:pPr>
        <w:pStyle w:val="Question"/>
        <w:spacing w:before="180" w:after="26"/>
      </w:pPr>
      <w:r>
        <w:t xml:space="preserve">G8. In azienda era presente un essiccatoio?   </w:t>
      </w:r>
      <w:sdt>
        <w:sdtPr>
          <w:alias w:val="Seleziona la risposta"/>
          <w:tag w:val="checkbox_1807"/>
          <w:id w:val="180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08"/>
          <w:id w:val="180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09"/>
          <w:id w:val="18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82E1E3C" w14:textId="77777777" w:rsidR="0060008A" w:rsidRDefault="00000000">
      <w:r>
        <w:t>Se sì, specificare:</w:t>
      </w:r>
    </w:p>
    <w:p w14:paraId="4C4AD61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0"/>
          <w:id w:val="1810"/>
          <w:text w:multiLine="1"/>
        </w:sdtPr>
        <w:sdtContent>
          <w:r>
            <w:t xml:space="preserve"> </w:t>
          </w:r>
        </w:sdtContent>
      </w:sdt>
    </w:p>
    <w:p w14:paraId="6E02FDB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1"/>
          <w:id w:val="1811"/>
          <w:text w:multiLine="1"/>
        </w:sdtPr>
        <w:sdtContent>
          <w:r>
            <w:t xml:space="preserve"> </w:t>
          </w:r>
        </w:sdtContent>
      </w:sdt>
    </w:p>
    <w:p w14:paraId="03CCA13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2"/>
          <w:id w:val="1812"/>
          <w:text w:multiLine="1"/>
        </w:sdtPr>
        <w:sdtContent>
          <w:r>
            <w:t xml:space="preserve"> </w:t>
          </w:r>
        </w:sdtContent>
      </w:sdt>
    </w:p>
    <w:p w14:paraId="5C5169F6" w14:textId="77777777" w:rsidR="0060008A" w:rsidRDefault="00000000">
      <w:pPr>
        <w:spacing w:before="155"/>
      </w:pPr>
      <w:r>
        <w:t>Faceva pulizia e/o manutenzione dell’essiccatoio? Descriva l’attività svolta</w:t>
      </w:r>
    </w:p>
    <w:p w14:paraId="3A5AD7F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3"/>
          <w:id w:val="1813"/>
          <w:text w:multiLine="1"/>
        </w:sdtPr>
        <w:sdtContent>
          <w:r>
            <w:t xml:space="preserve"> </w:t>
          </w:r>
        </w:sdtContent>
      </w:sdt>
    </w:p>
    <w:p w14:paraId="4A1AD64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4"/>
          <w:id w:val="1814"/>
          <w:text w:multiLine="1"/>
        </w:sdtPr>
        <w:sdtContent>
          <w:r>
            <w:t xml:space="preserve"> </w:t>
          </w:r>
        </w:sdtContent>
      </w:sdt>
    </w:p>
    <w:p w14:paraId="029BFFB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15"/>
          <w:id w:val="1815"/>
          <w:text w:multiLine="1"/>
        </w:sdtPr>
        <w:sdtContent>
          <w:r>
            <w:t xml:space="preserve"> </w:t>
          </w:r>
        </w:sdtContent>
      </w:sdt>
    </w:p>
    <w:p w14:paraId="35AE1514" w14:textId="77777777" w:rsidR="0060008A" w:rsidRDefault="00000000">
      <w:r>
        <w:br w:type="page"/>
      </w:r>
    </w:p>
    <w:p w14:paraId="726B74EF" w14:textId="77777777" w:rsidR="0060008A" w:rsidRDefault="00000000">
      <w:pPr>
        <w:pStyle w:val="Source"/>
        <w:spacing w:after="180"/>
      </w:pPr>
      <w:bookmarkStart w:id="23" w:name="Fonte_169"/>
      <w:r>
        <w:rPr>
          <w:b/>
        </w:rPr>
        <w:t>G / AGRICOLTURA  •  FONTE: INAIL 2026, PAGINA 169</w:t>
      </w:r>
      <w:bookmarkEnd w:id="23"/>
    </w:p>
    <w:p w14:paraId="1F71EF69" w14:textId="77777777" w:rsidR="0060008A" w:rsidRDefault="00000000">
      <w:pPr>
        <w:pStyle w:val="Question"/>
        <w:spacing w:after="26"/>
      </w:pPr>
      <w:r>
        <w:t xml:space="preserve">G9. Ha mai usato sacchi di juta per insaccare cereali, olive o altri prodotti agricoli? </w:t>
      </w:r>
      <w:r>
        <w:br/>
      </w:r>
      <w:sdt>
        <w:sdtPr>
          <w:alias w:val="Seleziona la risposta"/>
          <w:tag w:val="checkbox_1816"/>
          <w:id w:val="181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17"/>
          <w:id w:val="181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18"/>
          <w:id w:val="181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0FA48E9" w14:textId="77777777" w:rsidR="0060008A" w:rsidRDefault="00000000">
      <w:pPr>
        <w:spacing w:before="54"/>
      </w:pPr>
      <w:r>
        <w:t>Se sì specificare:</w:t>
      </w:r>
    </w:p>
    <w:p w14:paraId="4CCC1492" w14:textId="77777777" w:rsidR="0060008A" w:rsidRDefault="00000000">
      <w:pPr>
        <w:ind w:left="102" w:hanging="102"/>
      </w:pPr>
      <w:r>
        <w:t>• Erano nuovi o riciclati?</w:t>
      </w:r>
      <w:sdt>
        <w:sdtPr>
          <w:alias w:val="Campo di compilazione"/>
          <w:tag w:val="field_1819"/>
          <w:id w:val="1819"/>
          <w:text w:multiLine="1"/>
        </w:sdtPr>
        <w:sdtContent>
          <w:r>
            <w:t>_____________________________________________</w:t>
          </w:r>
        </w:sdtContent>
      </w:sdt>
    </w:p>
    <w:p w14:paraId="4C3DFDAE" w14:textId="77777777" w:rsidR="0060008A" w:rsidRDefault="00000000">
      <w:pPr>
        <w:ind w:left="102" w:hanging="102"/>
      </w:pPr>
      <w:r>
        <w:t xml:space="preserve">• Se erano riciclati, si ricorda cosa c’era scritto sopra? </w:t>
      </w:r>
      <w:sdt>
        <w:sdtPr>
          <w:alias w:val="Campo di compilazione"/>
          <w:tag w:val="field_1820"/>
          <w:id w:val="1820"/>
          <w:text w:multiLine="1"/>
        </w:sdtPr>
        <w:sdtContent>
          <w:r>
            <w:t>___________________________________</w:t>
          </w:r>
        </w:sdtContent>
      </w:sdt>
    </w:p>
    <w:p w14:paraId="0139D17C" w14:textId="77777777" w:rsidR="0060008A" w:rsidRDefault="00000000">
      <w:pPr>
        <w:pStyle w:val="Question"/>
        <w:spacing w:before="180" w:after="26"/>
      </w:pPr>
      <w:r>
        <w:t xml:space="preserve">G10. Ha provveduto al montaggio di coperture o tettoie in eternit o ne ha sostituito alcune lastre, procedendo eventualmente al taglio, alla sagomatura o alla foratura? </w:t>
      </w:r>
      <w:r>
        <w:br/>
      </w:r>
      <w:sdt>
        <w:sdtPr>
          <w:alias w:val="Seleziona la risposta"/>
          <w:tag w:val="checkbox_1821"/>
          <w:id w:val="18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22"/>
          <w:id w:val="182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23"/>
          <w:id w:val="18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2262A49" w14:textId="77777777" w:rsidR="0060008A" w:rsidRDefault="00000000">
      <w:pPr>
        <w:spacing w:before="54"/>
      </w:pPr>
      <w:r>
        <w:t>Se sì, descrivere</w:t>
      </w:r>
    </w:p>
    <w:p w14:paraId="2D30FAC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24"/>
          <w:id w:val="1824"/>
          <w:text w:multiLine="1"/>
        </w:sdtPr>
        <w:sdtContent>
          <w:r>
            <w:t xml:space="preserve"> </w:t>
          </w:r>
        </w:sdtContent>
      </w:sdt>
    </w:p>
    <w:p w14:paraId="4B1080F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25"/>
          <w:id w:val="1825"/>
          <w:text w:multiLine="1"/>
        </w:sdtPr>
        <w:sdtContent>
          <w:r>
            <w:t xml:space="preserve"> </w:t>
          </w:r>
        </w:sdtContent>
      </w:sdt>
    </w:p>
    <w:p w14:paraId="533134F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26"/>
          <w:id w:val="1826"/>
          <w:text w:multiLine="1"/>
        </w:sdtPr>
        <w:sdtContent>
          <w:r>
            <w:t xml:space="preserve"> </w:t>
          </w:r>
        </w:sdtContent>
      </w:sdt>
    </w:p>
    <w:p w14:paraId="21C937EE" w14:textId="77777777" w:rsidR="0060008A" w:rsidRDefault="00000000">
      <w:pPr>
        <w:pStyle w:val="Question"/>
        <w:spacing w:before="180" w:after="26"/>
      </w:pPr>
      <w:r>
        <w:t xml:space="preserve">G11. Ha riutilizzato le vecchie lastre in eternit per consolidare il terreno o per altri usi? </w:t>
      </w:r>
      <w:r>
        <w:br/>
      </w:r>
      <w:sdt>
        <w:sdtPr>
          <w:alias w:val="Seleziona la risposta"/>
          <w:tag w:val="checkbox_1827"/>
          <w:id w:val="18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28"/>
          <w:id w:val="182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29"/>
          <w:id w:val="182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F735D48" w14:textId="77777777" w:rsidR="0060008A" w:rsidRDefault="00000000">
      <w:pPr>
        <w:spacing w:before="54"/>
      </w:pPr>
      <w:r>
        <w:t>Se sì, descrivere</w:t>
      </w:r>
    </w:p>
    <w:p w14:paraId="47CE795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0"/>
          <w:id w:val="1830"/>
          <w:text w:multiLine="1"/>
        </w:sdtPr>
        <w:sdtContent>
          <w:r>
            <w:t xml:space="preserve"> </w:t>
          </w:r>
        </w:sdtContent>
      </w:sdt>
    </w:p>
    <w:p w14:paraId="57128EF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1"/>
          <w:id w:val="1831"/>
          <w:text w:multiLine="1"/>
        </w:sdtPr>
        <w:sdtContent>
          <w:r>
            <w:t xml:space="preserve"> </w:t>
          </w:r>
        </w:sdtContent>
      </w:sdt>
    </w:p>
    <w:p w14:paraId="7E03A40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2"/>
          <w:id w:val="1832"/>
          <w:text w:multiLine="1"/>
        </w:sdtPr>
        <w:sdtContent>
          <w:r>
            <w:t xml:space="preserve"> </w:t>
          </w:r>
        </w:sdtContent>
      </w:sdt>
    </w:p>
    <w:p w14:paraId="6CB94609" w14:textId="77777777" w:rsidR="0060008A" w:rsidRDefault="00000000">
      <w:pPr>
        <w:pStyle w:val="Question"/>
        <w:spacing w:before="180" w:after="26"/>
      </w:pPr>
      <w:r>
        <w:t>G12. Ha mai riparato mezzi meccanici (con particolare riferimento alla manutenzione e/o sostituzione di ferodi dei freni e delle frizioni)?</w:t>
      </w:r>
    </w:p>
    <w:p w14:paraId="1AC0B3D8" w14:textId="77777777" w:rsidR="0060008A" w:rsidRDefault="00000000">
      <w:sdt>
        <w:sdtPr>
          <w:alias w:val="Seleziona la risposta"/>
          <w:tag w:val="checkbox_1833"/>
          <w:id w:val="183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34"/>
          <w:id w:val="183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35"/>
          <w:id w:val="183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DC02096" w14:textId="77777777" w:rsidR="0060008A" w:rsidRDefault="00000000">
      <w:pPr>
        <w:spacing w:before="56"/>
      </w:pPr>
      <w:r>
        <w:t>Se sì specificare quali tipi di lavoro e su quali mezzi</w:t>
      </w:r>
    </w:p>
    <w:p w14:paraId="7EAF006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6"/>
          <w:id w:val="1836"/>
          <w:text w:multiLine="1"/>
        </w:sdtPr>
        <w:sdtContent>
          <w:r>
            <w:t xml:space="preserve"> </w:t>
          </w:r>
        </w:sdtContent>
      </w:sdt>
    </w:p>
    <w:p w14:paraId="1AAEFDB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7"/>
          <w:id w:val="1837"/>
          <w:text w:multiLine="1"/>
        </w:sdtPr>
        <w:sdtContent>
          <w:r>
            <w:t xml:space="preserve"> </w:t>
          </w:r>
        </w:sdtContent>
      </w:sdt>
    </w:p>
    <w:p w14:paraId="4648BD1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38"/>
          <w:id w:val="1838"/>
          <w:text w:multiLine="1"/>
        </w:sdtPr>
        <w:sdtContent>
          <w:r>
            <w:t xml:space="preserve"> </w:t>
          </w:r>
        </w:sdtContent>
      </w:sdt>
    </w:p>
    <w:p w14:paraId="6F8AB9C6" w14:textId="77777777" w:rsidR="0060008A" w:rsidRDefault="00000000">
      <w:r>
        <w:br w:type="page"/>
      </w:r>
    </w:p>
    <w:p w14:paraId="3805D764" w14:textId="77777777" w:rsidR="0060008A" w:rsidRDefault="00000000">
      <w:pPr>
        <w:pStyle w:val="Source"/>
        <w:spacing w:after="180"/>
      </w:pPr>
      <w:bookmarkStart w:id="24" w:name="Fonte_170"/>
      <w:r>
        <w:rPr>
          <w:b/>
        </w:rPr>
        <w:t>H / EDILIZIA  •  FONTE: INAIL 2026, PAGINA 170</w:t>
      </w:r>
      <w:bookmarkEnd w:id="24"/>
    </w:p>
    <w:p w14:paraId="5324F7E9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H: STORIA PROFESSIONALE</w:t>
      </w:r>
    </w:p>
    <w:p w14:paraId="4C4784A7" w14:textId="77777777" w:rsidR="0060008A" w:rsidRDefault="00000000">
      <w:pPr>
        <w:pStyle w:val="Titolo2"/>
        <w:spacing w:before="180" w:after="80"/>
      </w:pPr>
      <w:r>
        <w:rPr>
          <w:rFonts w:ascii="Calibri" w:hAnsi="Calibri"/>
          <w:color w:val="173B50"/>
        </w:rPr>
        <w:t>SCHEDA EDILIZIA (scheda da utilizzare per ogni periodo lavorativo svolto dal soggetto in questo settore)</w:t>
      </w:r>
    </w:p>
    <w:p w14:paraId="6EB8E0CB" w14:textId="77777777" w:rsidR="0060008A" w:rsidRDefault="00000000">
      <w:pPr>
        <w:spacing w:before="156"/>
      </w:pPr>
      <w:r>
        <w:t>Scheda relativa all’impiego svolto presso l’azienda</w:t>
      </w:r>
      <w:sdt>
        <w:sdtPr>
          <w:alias w:val="Campo di compilazione"/>
          <w:tag w:val="field_1839"/>
          <w:id w:val="1839"/>
          <w:text w:multiLine="1"/>
        </w:sdtPr>
        <w:sdtContent>
          <w:r>
            <w:t>___________________________________________</w:t>
          </w:r>
        </w:sdtContent>
      </w:sdt>
    </w:p>
    <w:p w14:paraId="4594BBB0" w14:textId="77777777" w:rsidR="0060008A" w:rsidRDefault="00000000">
      <w:r>
        <w:t>Nel periodo</w:t>
      </w:r>
      <w:sdt>
        <w:sdtPr>
          <w:alias w:val="Campo di compilazione"/>
          <w:tag w:val="field_1840"/>
          <w:id w:val="1840"/>
          <w:text w:multiLine="1"/>
        </w:sdtPr>
        <w:sdtContent>
          <w:r>
            <w:t>_________________________________</w:t>
          </w:r>
        </w:sdtContent>
      </w:sdt>
    </w:p>
    <w:p w14:paraId="75F13729" w14:textId="77777777" w:rsidR="0060008A" w:rsidRDefault="00000000">
      <w:r>
        <w:t>Indirizzo</w:t>
      </w:r>
      <w:sdt>
        <w:sdtPr>
          <w:alias w:val="Campo di compilazione"/>
          <w:tag w:val="field_1841"/>
          <w:id w:val="1841"/>
          <w:text w:multiLine="1"/>
        </w:sdtPr>
        <w:sdtContent>
          <w:r>
            <w:t>_____________________________________________</w:t>
          </w:r>
        </w:sdtContent>
      </w:sdt>
    </w:p>
    <w:p w14:paraId="41DE1322" w14:textId="77777777" w:rsidR="0060008A" w:rsidRDefault="00000000">
      <w:r>
        <w:t>N. totale di dipendenti</w:t>
      </w:r>
      <w:sdt>
        <w:sdtPr>
          <w:alias w:val="Campo di compilazione"/>
          <w:tag w:val="field_1842"/>
          <w:id w:val="1842"/>
          <w:text w:multiLine="1"/>
        </w:sdtPr>
        <w:sdtContent>
          <w:r>
            <w:t>_______________</w:t>
          </w:r>
        </w:sdtContent>
      </w:sdt>
    </w:p>
    <w:p w14:paraId="7F90E746" w14:textId="77777777" w:rsidR="0060008A" w:rsidRDefault="00000000">
      <w:r>
        <w:t xml:space="preserve">Azienda attiva </w:t>
      </w:r>
      <w:sdt>
        <w:sdtPr>
          <w:alias w:val="Seleziona la risposta"/>
          <w:tag w:val="checkbox_1843"/>
          <w:id w:val="184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chiusa </w:t>
      </w:r>
      <w:sdt>
        <w:sdtPr>
          <w:alias w:val="Seleziona la risposta"/>
          <w:tag w:val="checkbox_1844"/>
          <w:id w:val="184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non so </w:t>
      </w:r>
      <w:sdt>
        <w:sdtPr>
          <w:alias w:val="Seleziona la risposta"/>
          <w:tag w:val="checkbox_1845"/>
          <w:id w:val="184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</w:p>
    <w:p w14:paraId="75056628" w14:textId="77777777" w:rsidR="0060008A" w:rsidRDefault="00000000">
      <w:pPr>
        <w:pStyle w:val="Question"/>
        <w:spacing w:before="180" w:after="26"/>
      </w:pPr>
      <w:r>
        <w:t xml:space="preserve">H1. Rapporto di lavoro: tempo pieno </w:t>
      </w:r>
      <w:sdt>
        <w:sdtPr>
          <w:alias w:val="Seleziona la risposta"/>
          <w:tag w:val="checkbox_1846"/>
          <w:id w:val="184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tempo parziale </w:t>
      </w:r>
      <w:sdt>
        <w:sdtPr>
          <w:alias w:val="Seleziona la risposta"/>
          <w:tag w:val="checkbox_1847"/>
          <w:id w:val="184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       stagionale </w:t>
      </w:r>
      <w:sdt>
        <w:sdtPr>
          <w:alias w:val="Seleziona la risposta"/>
          <w:tag w:val="checkbox_1848"/>
          <w:id w:val="18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</w:p>
    <w:p w14:paraId="6B2D04F0" w14:textId="77777777" w:rsidR="0060008A" w:rsidRDefault="00000000">
      <w:r>
        <w:t>Se stagionale, indicare per quante ore al giorno</w:t>
      </w:r>
      <w:sdt>
        <w:sdtPr>
          <w:alias w:val="Campo di compilazione"/>
          <w:tag w:val="field_1849"/>
          <w:id w:val="1849"/>
          <w:text w:multiLine="1"/>
        </w:sdtPr>
        <w:sdtContent>
          <w:r>
            <w:t>________________</w:t>
          </w:r>
        </w:sdtContent>
      </w:sdt>
      <w:r>
        <w:t xml:space="preserve"> e mesi all’anno </w:t>
      </w:r>
      <w:sdt>
        <w:sdtPr>
          <w:alias w:val="Campo di compilazione"/>
          <w:tag w:val="field_1850"/>
          <w:id w:val="1850"/>
          <w:text w:multiLine="1"/>
        </w:sdtPr>
        <w:sdtContent>
          <w:r>
            <w:t>____________</w:t>
          </w:r>
        </w:sdtContent>
      </w:sdt>
    </w:p>
    <w:p w14:paraId="3923677F" w14:textId="77777777" w:rsidR="0060008A" w:rsidRDefault="00000000">
      <w:r>
        <w:t xml:space="preserve">Ha avuto periodi di lavoro non contrattualizzati?   </w:t>
      </w:r>
      <w:sdt>
        <w:sdtPr>
          <w:alias w:val="Seleziona la risposta"/>
          <w:tag w:val="checkbox_1851"/>
          <w:id w:val="185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52"/>
          <w:id w:val="185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53"/>
          <w:id w:val="185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E4633CD" w14:textId="77777777" w:rsidR="0060008A" w:rsidRDefault="00000000">
      <w:r>
        <w:t xml:space="preserve">Se sì, indicare per quante ore al giorno </w:t>
      </w:r>
      <w:sdt>
        <w:sdtPr>
          <w:alias w:val="Campo di compilazione"/>
          <w:tag w:val="field_1854"/>
          <w:id w:val="1854"/>
          <w:text w:multiLine="1"/>
        </w:sdtPr>
        <w:sdtContent>
          <w:r>
            <w:t>________________</w:t>
          </w:r>
        </w:sdtContent>
      </w:sdt>
      <w:r>
        <w:t xml:space="preserve"> e mesi all’anno</w:t>
      </w:r>
      <w:sdt>
        <w:sdtPr>
          <w:alias w:val="Campo di compilazione"/>
          <w:tag w:val="field_1855"/>
          <w:id w:val="1855"/>
          <w:text w:multiLine="1"/>
        </w:sdtPr>
        <w:sdtContent>
          <w:r>
            <w:t>____________________</w:t>
          </w:r>
        </w:sdtContent>
      </w:sdt>
    </w:p>
    <w:p w14:paraId="063E0FF3" w14:textId="77777777" w:rsidR="0060008A" w:rsidRDefault="00000000">
      <w:pPr>
        <w:pStyle w:val="Question"/>
        <w:spacing w:before="180" w:after="26"/>
      </w:pPr>
      <w:r>
        <w:t>H2. Tra i comparti sottoelencati in quale ha prestato prevalentemente la sua opera?</w:t>
      </w:r>
    </w:p>
    <w:p w14:paraId="15F693E7" w14:textId="77777777" w:rsidR="0060008A" w:rsidRDefault="00000000">
      <w:r>
        <w:t>edilizia pubblica</w:t>
      </w:r>
    </w:p>
    <w:p w14:paraId="2F94C85B" w14:textId="77777777" w:rsidR="0060008A" w:rsidRDefault="00000000">
      <w:r>
        <w:t>(scuole, ospedali, grandi edifici per uffici, ecc.) dal |</w:t>
      </w:r>
      <w:sdt>
        <w:sdtPr>
          <w:alias w:val="Campo di compilazione"/>
          <w:tag w:val="field_1856"/>
          <w:id w:val="1856"/>
          <w:text w:multiLine="1"/>
        </w:sdtPr>
        <w:sdtContent>
          <w:r>
            <w:t>________</w:t>
          </w:r>
        </w:sdtContent>
      </w:sdt>
      <w:r>
        <w:t>| al |</w:t>
      </w:r>
      <w:sdt>
        <w:sdtPr>
          <w:alias w:val="Campo di compilazione"/>
          <w:tag w:val="field_1857"/>
          <w:id w:val="1857"/>
          <w:text w:multiLine="1"/>
        </w:sdtPr>
        <w:sdtContent>
          <w:r>
            <w:t>________</w:t>
          </w:r>
        </w:sdtContent>
      </w:sdt>
      <w:r>
        <w:t>|</w:t>
      </w:r>
    </w:p>
    <w:p w14:paraId="79D710D0" w14:textId="77777777" w:rsidR="0060008A" w:rsidRDefault="00000000">
      <w:r>
        <w:t>edilizia industriale (capannoni, ecc.) dal |</w:t>
      </w:r>
      <w:sdt>
        <w:sdtPr>
          <w:alias w:val="Campo di compilazione"/>
          <w:tag w:val="field_1858"/>
          <w:id w:val="1858"/>
          <w:text w:multiLine="1"/>
        </w:sdtPr>
        <w:sdtContent>
          <w:r>
            <w:t>________</w:t>
          </w:r>
        </w:sdtContent>
      </w:sdt>
      <w:r>
        <w:t>| al |</w:t>
      </w:r>
      <w:sdt>
        <w:sdtPr>
          <w:alias w:val="Campo di compilazione"/>
          <w:tag w:val="field_1859"/>
          <w:id w:val="1859"/>
          <w:text w:multiLine="1"/>
        </w:sdtPr>
        <w:sdtContent>
          <w:r>
            <w:t>________</w:t>
          </w:r>
        </w:sdtContent>
      </w:sdt>
      <w:r>
        <w:t>|</w:t>
      </w:r>
    </w:p>
    <w:p w14:paraId="4AACFFE3" w14:textId="77777777" w:rsidR="0060008A" w:rsidRDefault="00000000">
      <w:r>
        <w:t>edilizia privata (edifici per abitazioni. ecc.) dal |</w:t>
      </w:r>
      <w:sdt>
        <w:sdtPr>
          <w:alias w:val="Campo di compilazione"/>
          <w:tag w:val="field_1860"/>
          <w:id w:val="1860"/>
          <w:text w:multiLine="1"/>
        </w:sdtPr>
        <w:sdtContent>
          <w:r>
            <w:t>________</w:t>
          </w:r>
        </w:sdtContent>
      </w:sdt>
      <w:r>
        <w:t>| al |</w:t>
      </w:r>
      <w:sdt>
        <w:sdtPr>
          <w:alias w:val="Campo di compilazione"/>
          <w:tag w:val="field_1861"/>
          <w:id w:val="1861"/>
          <w:text w:multiLine="1"/>
        </w:sdtPr>
        <w:sdtContent>
          <w:r>
            <w:t>________</w:t>
          </w:r>
        </w:sdtContent>
      </w:sdt>
      <w:r>
        <w:t>|</w:t>
      </w:r>
    </w:p>
    <w:p w14:paraId="69E178E9" w14:textId="77777777" w:rsidR="0060008A" w:rsidRDefault="00000000">
      <w:r>
        <w:t>opere del genio civile (strade, ponti, gallerie) dal |</w:t>
      </w:r>
      <w:sdt>
        <w:sdtPr>
          <w:alias w:val="Campo di compilazione"/>
          <w:tag w:val="field_1862"/>
          <w:id w:val="1862"/>
          <w:text w:multiLine="1"/>
        </w:sdtPr>
        <w:sdtContent>
          <w:r>
            <w:t>________</w:t>
          </w:r>
        </w:sdtContent>
      </w:sdt>
      <w:r>
        <w:t>| al |</w:t>
      </w:r>
      <w:sdt>
        <w:sdtPr>
          <w:alias w:val="Campo di compilazione"/>
          <w:tag w:val="field_1863"/>
          <w:id w:val="1863"/>
          <w:text w:multiLine="1"/>
        </w:sdtPr>
        <w:sdtContent>
          <w:r>
            <w:t>________</w:t>
          </w:r>
        </w:sdtContent>
      </w:sdt>
      <w:r>
        <w:t>|</w:t>
      </w:r>
    </w:p>
    <w:p w14:paraId="09E86D7F" w14:textId="77777777" w:rsidR="0060008A" w:rsidRDefault="00000000">
      <w:pPr>
        <w:pStyle w:val="Question"/>
        <w:spacing w:before="180" w:after="26"/>
      </w:pPr>
      <w:r>
        <w:t xml:space="preserve">H3. Ha eseguito lavori di demolizione e/o movimentazione di materiali provenienti da demolizioni edilizie? </w:t>
      </w:r>
      <w:r>
        <w:br/>
      </w:r>
      <w:sdt>
        <w:sdtPr>
          <w:alias w:val="Seleziona la risposta"/>
          <w:tag w:val="checkbox_1864"/>
          <w:id w:val="186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65"/>
          <w:id w:val="186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66"/>
          <w:id w:val="186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4BD555D" w14:textId="77777777" w:rsidR="0060008A" w:rsidRDefault="00000000">
      <w:pPr>
        <w:spacing w:before="54"/>
      </w:pPr>
      <w:r>
        <w:t>Se sì, descriva l’attività svolta</w:t>
      </w:r>
    </w:p>
    <w:p w14:paraId="5E809B6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67"/>
          <w:id w:val="1867"/>
          <w:text w:multiLine="1"/>
        </w:sdtPr>
        <w:sdtContent>
          <w:r>
            <w:t xml:space="preserve"> </w:t>
          </w:r>
        </w:sdtContent>
      </w:sdt>
    </w:p>
    <w:p w14:paraId="06D7080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68"/>
          <w:id w:val="1868"/>
          <w:text w:multiLine="1"/>
        </w:sdtPr>
        <w:sdtContent>
          <w:r>
            <w:t xml:space="preserve"> </w:t>
          </w:r>
        </w:sdtContent>
      </w:sdt>
    </w:p>
    <w:p w14:paraId="025CACB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69"/>
          <w:id w:val="1869"/>
          <w:text w:multiLine="1"/>
        </w:sdtPr>
        <w:sdtContent>
          <w:r>
            <w:t xml:space="preserve"> </w:t>
          </w:r>
        </w:sdtContent>
      </w:sdt>
    </w:p>
    <w:p w14:paraId="3859F790" w14:textId="77777777" w:rsidR="0060008A" w:rsidRDefault="00000000">
      <w:pPr>
        <w:spacing w:before="155"/>
        <w:ind w:left="102" w:hanging="102"/>
      </w:pPr>
      <w:r>
        <w:t>• Quali materiali manipolava? (Se vi è certezza o sospetto di manipolazione di materiali contenenti amianto (MCA) indicare la frequenza con cui veniva a contatto con questi materiali)</w:t>
      </w:r>
    </w:p>
    <w:p w14:paraId="6E7B336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0"/>
          <w:id w:val="1870"/>
          <w:text w:multiLine="1"/>
        </w:sdtPr>
        <w:sdtContent>
          <w:r>
            <w:t xml:space="preserve"> </w:t>
          </w:r>
        </w:sdtContent>
      </w:sdt>
    </w:p>
    <w:p w14:paraId="0770742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1"/>
          <w:id w:val="1871"/>
          <w:text w:multiLine="1"/>
        </w:sdtPr>
        <w:sdtContent>
          <w:r>
            <w:t xml:space="preserve"> </w:t>
          </w:r>
        </w:sdtContent>
      </w:sdt>
    </w:p>
    <w:p w14:paraId="0023CAF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2"/>
          <w:id w:val="1872"/>
          <w:text w:multiLine="1"/>
        </w:sdtPr>
        <w:sdtContent>
          <w:r>
            <w:t xml:space="preserve"> </w:t>
          </w:r>
        </w:sdtContent>
      </w:sdt>
    </w:p>
    <w:p w14:paraId="782E2950" w14:textId="77777777" w:rsidR="0060008A" w:rsidRDefault="00000000">
      <w:r>
        <w:br w:type="page"/>
      </w:r>
    </w:p>
    <w:p w14:paraId="1DF3DC20" w14:textId="77777777" w:rsidR="0060008A" w:rsidRDefault="00000000">
      <w:pPr>
        <w:pStyle w:val="Source"/>
        <w:spacing w:after="180"/>
      </w:pPr>
      <w:bookmarkStart w:id="25" w:name="Fonte_171"/>
      <w:r>
        <w:rPr>
          <w:b/>
        </w:rPr>
        <w:t>H / EDILIZIA  •  FONTE: INAIL 2026, PAGINA 171</w:t>
      </w:r>
      <w:bookmarkEnd w:id="25"/>
    </w:p>
    <w:p w14:paraId="2F507571" w14:textId="77777777" w:rsidR="0060008A" w:rsidRDefault="00000000">
      <w:pPr>
        <w:ind w:left="102" w:hanging="102"/>
      </w:pPr>
      <w:r>
        <w:t>• Quali attrezzature/macchinari utilizzava prevalentemente?</w:t>
      </w:r>
    </w:p>
    <w:p w14:paraId="3CB6444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3"/>
          <w:id w:val="1873"/>
          <w:text w:multiLine="1"/>
        </w:sdtPr>
        <w:sdtContent>
          <w:r>
            <w:t xml:space="preserve"> </w:t>
          </w:r>
        </w:sdtContent>
      </w:sdt>
    </w:p>
    <w:p w14:paraId="3765EB3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4"/>
          <w:id w:val="1874"/>
          <w:text w:multiLine="1"/>
        </w:sdtPr>
        <w:sdtContent>
          <w:r>
            <w:t xml:space="preserve"> </w:t>
          </w:r>
        </w:sdtContent>
      </w:sdt>
    </w:p>
    <w:p w14:paraId="5BFCDF1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5"/>
          <w:id w:val="1875"/>
          <w:text w:multiLine="1"/>
        </w:sdtPr>
        <w:sdtContent>
          <w:r>
            <w:t xml:space="preserve"> </w:t>
          </w:r>
        </w:sdtContent>
      </w:sdt>
    </w:p>
    <w:p w14:paraId="0F074DD9" w14:textId="77777777" w:rsidR="0060008A" w:rsidRDefault="00000000">
      <w:pPr>
        <w:spacing w:before="155"/>
        <w:ind w:left="102" w:hanging="102"/>
      </w:pPr>
      <w:r>
        <w:t xml:space="preserve">• Utilizzava DPI?   </w:t>
      </w:r>
      <w:sdt>
        <w:sdtPr>
          <w:alias w:val="Seleziona la risposta"/>
          <w:tag w:val="checkbox_1876"/>
          <w:id w:val="187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77"/>
          <w:id w:val="187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78"/>
          <w:id w:val="187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642452A" w14:textId="77777777" w:rsidR="0060008A" w:rsidRDefault="00000000">
      <w:pPr>
        <w:spacing w:before="56"/>
      </w:pPr>
      <w:r>
        <w:t>Se sì, quali e in che occasioni?</w:t>
      </w:r>
    </w:p>
    <w:p w14:paraId="5764331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79"/>
          <w:id w:val="1879"/>
          <w:text w:multiLine="1"/>
        </w:sdtPr>
        <w:sdtContent>
          <w:r>
            <w:t xml:space="preserve"> </w:t>
          </w:r>
        </w:sdtContent>
      </w:sdt>
    </w:p>
    <w:p w14:paraId="3A0933E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0"/>
          <w:id w:val="1880"/>
          <w:text w:multiLine="1"/>
        </w:sdtPr>
        <w:sdtContent>
          <w:r>
            <w:t xml:space="preserve"> </w:t>
          </w:r>
        </w:sdtContent>
      </w:sdt>
    </w:p>
    <w:p w14:paraId="0E19EFE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1"/>
          <w:id w:val="1881"/>
          <w:text w:multiLine="1"/>
        </w:sdtPr>
        <w:sdtContent>
          <w:r>
            <w:t xml:space="preserve"> </w:t>
          </w:r>
        </w:sdtContent>
      </w:sdt>
    </w:p>
    <w:p w14:paraId="141449FB" w14:textId="77777777" w:rsidR="0060008A" w:rsidRDefault="00000000">
      <w:pPr>
        <w:pStyle w:val="Question"/>
        <w:spacing w:before="180" w:after="26"/>
      </w:pPr>
      <w:r>
        <w:t>H5. Ha eseguito opere di scavo, realizzazione strade e massicciate?</w:t>
      </w:r>
    </w:p>
    <w:p w14:paraId="6966E159" w14:textId="77777777" w:rsidR="0060008A" w:rsidRDefault="00000000">
      <w:sdt>
        <w:sdtPr>
          <w:alias w:val="Seleziona la risposta"/>
          <w:tag w:val="checkbox_1882"/>
          <w:id w:val="188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83"/>
          <w:id w:val="18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84"/>
          <w:id w:val="188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ADFF1E5" w14:textId="77777777" w:rsidR="0060008A" w:rsidRDefault="00000000">
      <w:pPr>
        <w:spacing w:before="56"/>
      </w:pPr>
      <w:r>
        <w:t>Se sì, descriva l’attività svolta e l’area geografica di intervento</w:t>
      </w:r>
    </w:p>
    <w:p w14:paraId="6C4F9A8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5"/>
          <w:id w:val="1885"/>
          <w:text w:multiLine="1"/>
        </w:sdtPr>
        <w:sdtContent>
          <w:r>
            <w:t xml:space="preserve"> </w:t>
          </w:r>
        </w:sdtContent>
      </w:sdt>
    </w:p>
    <w:p w14:paraId="44E74F8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6"/>
          <w:id w:val="1886"/>
          <w:text w:multiLine="1"/>
        </w:sdtPr>
        <w:sdtContent>
          <w:r>
            <w:t xml:space="preserve"> </w:t>
          </w:r>
        </w:sdtContent>
      </w:sdt>
    </w:p>
    <w:p w14:paraId="78E2FA3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7"/>
          <w:id w:val="1887"/>
          <w:text w:multiLine="1"/>
        </w:sdtPr>
        <w:sdtContent>
          <w:r>
            <w:t xml:space="preserve"> </w:t>
          </w:r>
        </w:sdtContent>
      </w:sdt>
    </w:p>
    <w:p w14:paraId="36A6A3DE" w14:textId="77777777" w:rsidR="0060008A" w:rsidRDefault="00000000">
      <w:pPr>
        <w:spacing w:before="155"/>
        <w:ind w:left="102" w:hanging="102"/>
      </w:pPr>
      <w:r>
        <w:t>• Quali materiali manipolava? (Se vi è certezza o sospetto di manipolazione di MCA, indicare la frequenza con cui veniva a contatto con questi materiali)</w:t>
      </w:r>
    </w:p>
    <w:p w14:paraId="31E94DF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8"/>
          <w:id w:val="1888"/>
          <w:text w:multiLine="1"/>
        </w:sdtPr>
        <w:sdtContent>
          <w:r>
            <w:t xml:space="preserve"> </w:t>
          </w:r>
        </w:sdtContent>
      </w:sdt>
    </w:p>
    <w:p w14:paraId="5E61FB0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89"/>
          <w:id w:val="1889"/>
          <w:text w:multiLine="1"/>
        </w:sdtPr>
        <w:sdtContent>
          <w:r>
            <w:t xml:space="preserve"> </w:t>
          </w:r>
        </w:sdtContent>
      </w:sdt>
    </w:p>
    <w:p w14:paraId="6FE797F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0"/>
          <w:id w:val="1890"/>
          <w:text w:multiLine="1"/>
        </w:sdtPr>
        <w:sdtContent>
          <w:r>
            <w:t xml:space="preserve"> </w:t>
          </w:r>
        </w:sdtContent>
      </w:sdt>
    </w:p>
    <w:p w14:paraId="22BD3AC4" w14:textId="77777777" w:rsidR="0060008A" w:rsidRDefault="00000000">
      <w:pPr>
        <w:spacing w:before="155"/>
        <w:ind w:left="102" w:hanging="102"/>
      </w:pPr>
      <w:r>
        <w:t>• Quali attrezzature/macchinari utilizzava prevalentemente?</w:t>
      </w:r>
    </w:p>
    <w:p w14:paraId="508443D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1"/>
          <w:id w:val="1891"/>
          <w:text w:multiLine="1"/>
        </w:sdtPr>
        <w:sdtContent>
          <w:r>
            <w:t xml:space="preserve"> </w:t>
          </w:r>
        </w:sdtContent>
      </w:sdt>
    </w:p>
    <w:p w14:paraId="7D2BC31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2"/>
          <w:id w:val="1892"/>
          <w:text w:multiLine="1"/>
        </w:sdtPr>
        <w:sdtContent>
          <w:r>
            <w:t xml:space="preserve"> </w:t>
          </w:r>
        </w:sdtContent>
      </w:sdt>
    </w:p>
    <w:p w14:paraId="12E7E20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3"/>
          <w:id w:val="1893"/>
          <w:text w:multiLine="1"/>
        </w:sdtPr>
        <w:sdtContent>
          <w:r>
            <w:t xml:space="preserve"> </w:t>
          </w:r>
        </w:sdtContent>
      </w:sdt>
    </w:p>
    <w:p w14:paraId="64D6376C" w14:textId="77777777" w:rsidR="0060008A" w:rsidRDefault="00000000">
      <w:pPr>
        <w:spacing w:before="153"/>
        <w:ind w:left="102" w:hanging="102"/>
      </w:pPr>
      <w:r>
        <w:t xml:space="preserve">• Utilizzava DPI?   </w:t>
      </w:r>
      <w:sdt>
        <w:sdtPr>
          <w:alias w:val="Seleziona la risposta"/>
          <w:tag w:val="checkbox_1894"/>
          <w:id w:val="189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895"/>
          <w:id w:val="189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896"/>
          <w:id w:val="18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9191C21" w14:textId="77777777" w:rsidR="0060008A" w:rsidRDefault="00000000">
      <w:pPr>
        <w:spacing w:before="54"/>
      </w:pPr>
      <w:r>
        <w:t>Se sì, quali e in che occasioni?</w:t>
      </w:r>
    </w:p>
    <w:p w14:paraId="2358D51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7"/>
          <w:id w:val="1897"/>
          <w:text w:multiLine="1"/>
        </w:sdtPr>
        <w:sdtContent>
          <w:r>
            <w:t xml:space="preserve"> </w:t>
          </w:r>
        </w:sdtContent>
      </w:sdt>
    </w:p>
    <w:p w14:paraId="21F28DB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8"/>
          <w:id w:val="1898"/>
          <w:text w:multiLine="1"/>
        </w:sdtPr>
        <w:sdtContent>
          <w:r>
            <w:t xml:space="preserve"> </w:t>
          </w:r>
        </w:sdtContent>
      </w:sdt>
    </w:p>
    <w:p w14:paraId="7132B90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899"/>
          <w:id w:val="1899"/>
          <w:text w:multiLine="1"/>
        </w:sdtPr>
        <w:sdtContent>
          <w:r>
            <w:t xml:space="preserve"> </w:t>
          </w:r>
        </w:sdtContent>
      </w:sdt>
    </w:p>
    <w:p w14:paraId="41F254A8" w14:textId="77777777" w:rsidR="0060008A" w:rsidRDefault="00000000">
      <w:pPr>
        <w:pStyle w:val="Question"/>
        <w:spacing w:before="180" w:after="26"/>
      </w:pPr>
      <w:r>
        <w:t>H6. Ha eseguito lavori di isolamento termico e/o acustico?</w:t>
      </w:r>
    </w:p>
    <w:p w14:paraId="08A69391" w14:textId="77777777" w:rsidR="0060008A" w:rsidRDefault="00000000">
      <w:sdt>
        <w:sdtPr>
          <w:alias w:val="Seleziona la risposta"/>
          <w:tag w:val="checkbox_1900"/>
          <w:id w:val="19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01"/>
          <w:id w:val="19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02"/>
          <w:id w:val="19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977CFAE" w14:textId="77777777" w:rsidR="0060008A" w:rsidRDefault="00000000">
      <w:r>
        <w:br w:type="page"/>
      </w:r>
    </w:p>
    <w:p w14:paraId="04673449" w14:textId="77777777" w:rsidR="0060008A" w:rsidRDefault="00000000">
      <w:pPr>
        <w:pStyle w:val="Source"/>
        <w:spacing w:after="180"/>
      </w:pPr>
      <w:bookmarkStart w:id="26" w:name="Fonte_172"/>
      <w:r>
        <w:rPr>
          <w:b/>
        </w:rPr>
        <w:t>H / EDILIZIA  •  FONTE: INAIL 2026, PAGINA 172</w:t>
      </w:r>
      <w:bookmarkEnd w:id="26"/>
    </w:p>
    <w:p w14:paraId="064D818E" w14:textId="77777777" w:rsidR="0060008A" w:rsidRDefault="00000000">
      <w:r>
        <w:t>Se sì, descriva l’attività svolta</w:t>
      </w:r>
    </w:p>
    <w:p w14:paraId="666FDE6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3"/>
          <w:id w:val="1903"/>
          <w:text w:multiLine="1"/>
        </w:sdtPr>
        <w:sdtContent>
          <w:r>
            <w:t xml:space="preserve"> </w:t>
          </w:r>
        </w:sdtContent>
      </w:sdt>
    </w:p>
    <w:p w14:paraId="6CB5047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4"/>
          <w:id w:val="1904"/>
          <w:text w:multiLine="1"/>
        </w:sdtPr>
        <w:sdtContent>
          <w:r>
            <w:t xml:space="preserve"> </w:t>
          </w:r>
        </w:sdtContent>
      </w:sdt>
    </w:p>
    <w:p w14:paraId="777A2A2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5"/>
          <w:id w:val="1905"/>
          <w:text w:multiLine="1"/>
        </w:sdtPr>
        <w:sdtContent>
          <w:r>
            <w:t xml:space="preserve"> </w:t>
          </w:r>
        </w:sdtContent>
      </w:sdt>
    </w:p>
    <w:p w14:paraId="24AF954D" w14:textId="77777777" w:rsidR="0060008A" w:rsidRDefault="00000000">
      <w:pPr>
        <w:spacing w:before="155"/>
        <w:ind w:left="102" w:hanging="102"/>
      </w:pPr>
      <w:r>
        <w:t>• Quali materiali manipolava? (Se vi è certezza o sospetto di manipolazione di MCA, indicare la frequenza con cui veniva a contatto con questi materiali)</w:t>
      </w:r>
    </w:p>
    <w:p w14:paraId="7EFF65F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6"/>
          <w:id w:val="1906"/>
          <w:text w:multiLine="1"/>
        </w:sdtPr>
        <w:sdtContent>
          <w:r>
            <w:t xml:space="preserve"> </w:t>
          </w:r>
        </w:sdtContent>
      </w:sdt>
    </w:p>
    <w:p w14:paraId="26F6A68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7"/>
          <w:id w:val="1907"/>
          <w:text w:multiLine="1"/>
        </w:sdtPr>
        <w:sdtContent>
          <w:r>
            <w:t xml:space="preserve"> </w:t>
          </w:r>
        </w:sdtContent>
      </w:sdt>
    </w:p>
    <w:p w14:paraId="5F5EF96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8"/>
          <w:id w:val="1908"/>
          <w:text w:multiLine="1"/>
        </w:sdtPr>
        <w:sdtContent>
          <w:r>
            <w:t xml:space="preserve"> </w:t>
          </w:r>
        </w:sdtContent>
      </w:sdt>
    </w:p>
    <w:p w14:paraId="5991FFDD" w14:textId="77777777" w:rsidR="0060008A" w:rsidRDefault="00000000">
      <w:pPr>
        <w:spacing w:before="155"/>
        <w:ind w:left="102" w:hanging="102"/>
      </w:pPr>
      <w:r>
        <w:t>• Quali attrezzature/macchinari utilizzava prevalentemente?</w:t>
      </w:r>
    </w:p>
    <w:p w14:paraId="5111A44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09"/>
          <w:id w:val="1909"/>
          <w:text w:multiLine="1"/>
        </w:sdtPr>
        <w:sdtContent>
          <w:r>
            <w:t xml:space="preserve"> </w:t>
          </w:r>
        </w:sdtContent>
      </w:sdt>
    </w:p>
    <w:p w14:paraId="2CD79C8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10"/>
          <w:id w:val="1910"/>
          <w:text w:multiLine="1"/>
        </w:sdtPr>
        <w:sdtContent>
          <w:r>
            <w:t xml:space="preserve"> </w:t>
          </w:r>
        </w:sdtContent>
      </w:sdt>
    </w:p>
    <w:p w14:paraId="669C6FA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11"/>
          <w:id w:val="1911"/>
          <w:text w:multiLine="1"/>
        </w:sdtPr>
        <w:sdtContent>
          <w:r>
            <w:t xml:space="preserve"> </w:t>
          </w:r>
        </w:sdtContent>
      </w:sdt>
    </w:p>
    <w:p w14:paraId="1A747BF7" w14:textId="77777777" w:rsidR="0060008A" w:rsidRDefault="00000000">
      <w:pPr>
        <w:spacing w:before="155"/>
        <w:ind w:left="102" w:hanging="102"/>
      </w:pPr>
      <w:r>
        <w:t xml:space="preserve">• Utilizzava DPI?   </w:t>
      </w:r>
      <w:sdt>
        <w:sdtPr>
          <w:alias w:val="Seleziona la risposta"/>
          <w:tag w:val="checkbox_1912"/>
          <w:id w:val="191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13"/>
          <w:id w:val="191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14"/>
          <w:id w:val="191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1C476D8" w14:textId="77777777" w:rsidR="0060008A" w:rsidRDefault="00000000">
      <w:pPr>
        <w:spacing w:before="56"/>
      </w:pPr>
      <w:r>
        <w:t>Se sì, quali e in che occasioni?</w:t>
      </w:r>
    </w:p>
    <w:p w14:paraId="690FF43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15"/>
          <w:id w:val="1915"/>
          <w:text w:multiLine="1"/>
        </w:sdtPr>
        <w:sdtContent>
          <w:r>
            <w:t xml:space="preserve"> </w:t>
          </w:r>
        </w:sdtContent>
      </w:sdt>
    </w:p>
    <w:p w14:paraId="2418C13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16"/>
          <w:id w:val="1916"/>
          <w:text w:multiLine="1"/>
        </w:sdtPr>
        <w:sdtContent>
          <w:r>
            <w:t xml:space="preserve"> </w:t>
          </w:r>
        </w:sdtContent>
      </w:sdt>
    </w:p>
    <w:p w14:paraId="64B946A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17"/>
          <w:id w:val="1917"/>
          <w:text w:multiLine="1"/>
        </w:sdtPr>
        <w:sdtContent>
          <w:r>
            <w:t xml:space="preserve"> </w:t>
          </w:r>
        </w:sdtContent>
      </w:sdt>
    </w:p>
    <w:p w14:paraId="32D84F2F" w14:textId="77777777" w:rsidR="0060008A" w:rsidRDefault="00000000">
      <w:pPr>
        <w:pStyle w:val="Question"/>
        <w:spacing w:before="180" w:after="26"/>
      </w:pPr>
      <w:r>
        <w:t>H7. Ha eseguito lavori di posa/taglio/rimozione di materiali in cemento amianto (coperture, cappe, canne fumarie, comignoli, serbatoi ecc.)?</w:t>
      </w:r>
    </w:p>
    <w:p w14:paraId="2F6281BC" w14:textId="77777777" w:rsidR="0060008A" w:rsidRDefault="00000000">
      <w:sdt>
        <w:sdtPr>
          <w:alias w:val="Seleziona la risposta"/>
          <w:tag w:val="checkbox_1918"/>
          <w:id w:val="191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19"/>
          <w:id w:val="191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20"/>
          <w:id w:val="19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7117E3F5" w14:textId="77777777" w:rsidR="0060008A" w:rsidRDefault="00000000">
      <w:pPr>
        <w:spacing w:before="56"/>
      </w:pPr>
      <w:r>
        <w:t>Se sì, descriva l’attività svolta</w:t>
      </w:r>
    </w:p>
    <w:p w14:paraId="3C9125F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1"/>
          <w:id w:val="1921"/>
          <w:text w:multiLine="1"/>
        </w:sdtPr>
        <w:sdtContent>
          <w:r>
            <w:t xml:space="preserve"> </w:t>
          </w:r>
        </w:sdtContent>
      </w:sdt>
    </w:p>
    <w:p w14:paraId="276A473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2"/>
          <w:id w:val="1922"/>
          <w:text w:multiLine="1"/>
        </w:sdtPr>
        <w:sdtContent>
          <w:r>
            <w:t xml:space="preserve"> </w:t>
          </w:r>
        </w:sdtContent>
      </w:sdt>
    </w:p>
    <w:p w14:paraId="333B556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3"/>
          <w:id w:val="1923"/>
          <w:text w:multiLine="1"/>
        </w:sdtPr>
        <w:sdtContent>
          <w:r>
            <w:t xml:space="preserve"> </w:t>
          </w:r>
        </w:sdtContent>
      </w:sdt>
    </w:p>
    <w:p w14:paraId="06477E3A" w14:textId="77777777" w:rsidR="0060008A" w:rsidRDefault="00000000">
      <w:pPr>
        <w:spacing w:before="155"/>
        <w:ind w:left="102" w:hanging="102"/>
      </w:pPr>
      <w:r>
        <w:t>• Quali materiali manipolava? (Se vi è certezza o sospetto di manipolazione di MCA, indicare la frequenza con cui veniva a contatto con questi materiali)</w:t>
      </w:r>
    </w:p>
    <w:p w14:paraId="7FC2209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4"/>
          <w:id w:val="1924"/>
          <w:text w:multiLine="1"/>
        </w:sdtPr>
        <w:sdtContent>
          <w:r>
            <w:t xml:space="preserve"> </w:t>
          </w:r>
        </w:sdtContent>
      </w:sdt>
    </w:p>
    <w:p w14:paraId="5568BFB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5"/>
          <w:id w:val="1925"/>
          <w:text w:multiLine="1"/>
        </w:sdtPr>
        <w:sdtContent>
          <w:r>
            <w:t xml:space="preserve"> </w:t>
          </w:r>
        </w:sdtContent>
      </w:sdt>
    </w:p>
    <w:p w14:paraId="2E904D6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6"/>
          <w:id w:val="1926"/>
          <w:text w:multiLine="1"/>
        </w:sdtPr>
        <w:sdtContent>
          <w:r>
            <w:t xml:space="preserve"> </w:t>
          </w:r>
        </w:sdtContent>
      </w:sdt>
    </w:p>
    <w:p w14:paraId="70F6A53C" w14:textId="77777777" w:rsidR="0060008A" w:rsidRDefault="00000000">
      <w:pPr>
        <w:spacing w:before="155"/>
        <w:ind w:left="102" w:hanging="102"/>
      </w:pPr>
      <w:r>
        <w:t>• Quali attrezzature/macchinari utilizzava prevalentemente?</w:t>
      </w:r>
    </w:p>
    <w:p w14:paraId="412DE4C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7"/>
          <w:id w:val="1927"/>
          <w:text w:multiLine="1"/>
        </w:sdtPr>
        <w:sdtContent>
          <w:r>
            <w:t xml:space="preserve"> </w:t>
          </w:r>
        </w:sdtContent>
      </w:sdt>
    </w:p>
    <w:p w14:paraId="18AFB65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8"/>
          <w:id w:val="1928"/>
          <w:text w:multiLine="1"/>
        </w:sdtPr>
        <w:sdtContent>
          <w:r>
            <w:t xml:space="preserve"> </w:t>
          </w:r>
        </w:sdtContent>
      </w:sdt>
    </w:p>
    <w:p w14:paraId="27F2D29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29"/>
          <w:id w:val="1929"/>
          <w:text w:multiLine="1"/>
        </w:sdtPr>
        <w:sdtContent>
          <w:r>
            <w:t xml:space="preserve"> </w:t>
          </w:r>
        </w:sdtContent>
      </w:sdt>
    </w:p>
    <w:p w14:paraId="2986B4EB" w14:textId="77777777" w:rsidR="0060008A" w:rsidRDefault="00000000">
      <w:r>
        <w:br w:type="page"/>
      </w:r>
    </w:p>
    <w:p w14:paraId="2FD753B8" w14:textId="77777777" w:rsidR="0060008A" w:rsidRDefault="00000000">
      <w:pPr>
        <w:pStyle w:val="Source"/>
        <w:spacing w:after="180"/>
      </w:pPr>
      <w:bookmarkStart w:id="27" w:name="Fonte_173"/>
      <w:r>
        <w:rPr>
          <w:b/>
        </w:rPr>
        <w:t>H / EDILIZIA  •  FONTE: INAIL 2026, PAGINA 173</w:t>
      </w:r>
      <w:bookmarkEnd w:id="27"/>
    </w:p>
    <w:p w14:paraId="72B38418" w14:textId="77777777" w:rsidR="0060008A" w:rsidRDefault="00000000">
      <w:pPr>
        <w:ind w:left="102" w:hanging="102"/>
      </w:pPr>
      <w:r>
        <w:t xml:space="preserve">• Utilizzava DPI?   </w:t>
      </w:r>
      <w:sdt>
        <w:sdtPr>
          <w:alias w:val="Seleziona la risposta"/>
          <w:tag w:val="checkbox_1930"/>
          <w:id w:val="193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31"/>
          <w:id w:val="193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32"/>
          <w:id w:val="19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BDF8D25" w14:textId="77777777" w:rsidR="0060008A" w:rsidRDefault="00000000">
      <w:pPr>
        <w:spacing w:before="56"/>
      </w:pPr>
      <w:r>
        <w:t>Se sì, quali e in che occasioni?</w:t>
      </w:r>
    </w:p>
    <w:p w14:paraId="7A36AB2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33"/>
          <w:id w:val="1933"/>
          <w:text w:multiLine="1"/>
        </w:sdtPr>
        <w:sdtContent>
          <w:r>
            <w:t xml:space="preserve"> </w:t>
          </w:r>
        </w:sdtContent>
      </w:sdt>
    </w:p>
    <w:p w14:paraId="1E516BA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34"/>
          <w:id w:val="1934"/>
          <w:text w:multiLine="1"/>
        </w:sdtPr>
        <w:sdtContent>
          <w:r>
            <w:t xml:space="preserve"> </w:t>
          </w:r>
        </w:sdtContent>
      </w:sdt>
    </w:p>
    <w:p w14:paraId="349C008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35"/>
          <w:id w:val="1935"/>
          <w:text w:multiLine="1"/>
        </w:sdtPr>
        <w:sdtContent>
          <w:r>
            <w:t xml:space="preserve"> </w:t>
          </w:r>
        </w:sdtContent>
      </w:sdt>
    </w:p>
    <w:p w14:paraId="5FCDBFA4" w14:textId="77777777" w:rsidR="0060008A" w:rsidRDefault="00000000">
      <w:pPr>
        <w:pStyle w:val="Question"/>
        <w:spacing w:before="180" w:after="26"/>
      </w:pPr>
      <w:r>
        <w:t>H8. Ha lavorato alla costruzione e manutenzione di acquedotti?</w:t>
      </w:r>
    </w:p>
    <w:p w14:paraId="733DED09" w14:textId="77777777" w:rsidR="0060008A" w:rsidRDefault="00000000">
      <w:sdt>
        <w:sdtPr>
          <w:alias w:val="Seleziona la risposta"/>
          <w:tag w:val="checkbox_1936"/>
          <w:id w:val="193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37"/>
          <w:id w:val="193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38"/>
          <w:id w:val="193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9BB7924" w14:textId="77777777" w:rsidR="0060008A" w:rsidRDefault="00000000">
      <w:pPr>
        <w:spacing w:before="56"/>
      </w:pPr>
      <w:r>
        <w:t>Se sì, descriva l’attività svolta</w:t>
      </w:r>
    </w:p>
    <w:p w14:paraId="1823321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39"/>
          <w:id w:val="1939"/>
          <w:text w:multiLine="1"/>
        </w:sdtPr>
        <w:sdtContent>
          <w:r>
            <w:t xml:space="preserve"> </w:t>
          </w:r>
        </w:sdtContent>
      </w:sdt>
    </w:p>
    <w:p w14:paraId="1946932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0"/>
          <w:id w:val="1940"/>
          <w:text w:multiLine="1"/>
        </w:sdtPr>
        <w:sdtContent>
          <w:r>
            <w:t xml:space="preserve"> </w:t>
          </w:r>
        </w:sdtContent>
      </w:sdt>
    </w:p>
    <w:p w14:paraId="4387E20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1"/>
          <w:id w:val="1941"/>
          <w:text w:multiLine="1"/>
        </w:sdtPr>
        <w:sdtContent>
          <w:r>
            <w:t xml:space="preserve"> </w:t>
          </w:r>
        </w:sdtContent>
      </w:sdt>
    </w:p>
    <w:p w14:paraId="4EF65253" w14:textId="77777777" w:rsidR="0060008A" w:rsidRDefault="00000000">
      <w:pPr>
        <w:spacing w:before="155"/>
        <w:ind w:left="102" w:hanging="102"/>
      </w:pPr>
      <w:r>
        <w:t>• Quali materiali manipolava? (Se vi è certezza o sospetto di manipolazione di MCA, indicare la frequenza con cui veniva a contatto con questi materiali)</w:t>
      </w:r>
    </w:p>
    <w:p w14:paraId="5AC10DB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2"/>
          <w:id w:val="1942"/>
          <w:text w:multiLine="1"/>
        </w:sdtPr>
        <w:sdtContent>
          <w:r>
            <w:t xml:space="preserve"> </w:t>
          </w:r>
        </w:sdtContent>
      </w:sdt>
    </w:p>
    <w:p w14:paraId="3B3753C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3"/>
          <w:id w:val="1943"/>
          <w:text w:multiLine="1"/>
        </w:sdtPr>
        <w:sdtContent>
          <w:r>
            <w:t xml:space="preserve"> </w:t>
          </w:r>
        </w:sdtContent>
      </w:sdt>
    </w:p>
    <w:p w14:paraId="5497067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4"/>
          <w:id w:val="1944"/>
          <w:text w:multiLine="1"/>
        </w:sdtPr>
        <w:sdtContent>
          <w:r>
            <w:t xml:space="preserve"> </w:t>
          </w:r>
        </w:sdtContent>
      </w:sdt>
    </w:p>
    <w:p w14:paraId="40E0BE87" w14:textId="77777777" w:rsidR="0060008A" w:rsidRDefault="00000000">
      <w:pPr>
        <w:spacing w:before="155"/>
        <w:ind w:left="102" w:hanging="102"/>
      </w:pPr>
      <w:r>
        <w:t>• Quali attrezzature/macchinari utilizzava prevalentemente?</w:t>
      </w:r>
    </w:p>
    <w:p w14:paraId="08FA281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5"/>
          <w:id w:val="1945"/>
          <w:text w:multiLine="1"/>
        </w:sdtPr>
        <w:sdtContent>
          <w:r>
            <w:t xml:space="preserve"> </w:t>
          </w:r>
        </w:sdtContent>
      </w:sdt>
    </w:p>
    <w:p w14:paraId="7FE00B0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6"/>
          <w:id w:val="1946"/>
          <w:text w:multiLine="1"/>
        </w:sdtPr>
        <w:sdtContent>
          <w:r>
            <w:t xml:space="preserve"> </w:t>
          </w:r>
        </w:sdtContent>
      </w:sdt>
    </w:p>
    <w:p w14:paraId="51134F1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47"/>
          <w:id w:val="1947"/>
          <w:text w:multiLine="1"/>
        </w:sdtPr>
        <w:sdtContent>
          <w:r>
            <w:t xml:space="preserve"> </w:t>
          </w:r>
        </w:sdtContent>
      </w:sdt>
    </w:p>
    <w:p w14:paraId="6CCD75C6" w14:textId="77777777" w:rsidR="0060008A" w:rsidRDefault="00000000">
      <w:pPr>
        <w:spacing w:before="155"/>
        <w:ind w:left="102" w:hanging="102"/>
      </w:pPr>
      <w:r>
        <w:t xml:space="preserve">• Utilizzava DPI?   </w:t>
      </w:r>
      <w:sdt>
        <w:sdtPr>
          <w:alias w:val="Seleziona la risposta"/>
          <w:tag w:val="checkbox_1948"/>
          <w:id w:val="19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49"/>
          <w:id w:val="194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50"/>
          <w:id w:val="195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12C2006" w14:textId="77777777" w:rsidR="0060008A" w:rsidRDefault="00000000">
      <w:pPr>
        <w:spacing w:before="56"/>
      </w:pPr>
      <w:r>
        <w:t>Se sì, quali e in che occasioni?</w:t>
      </w:r>
    </w:p>
    <w:p w14:paraId="34D539A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51"/>
          <w:id w:val="1951"/>
          <w:text w:multiLine="1"/>
        </w:sdtPr>
        <w:sdtContent>
          <w:r>
            <w:t xml:space="preserve"> </w:t>
          </w:r>
        </w:sdtContent>
      </w:sdt>
    </w:p>
    <w:p w14:paraId="7311B3B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52"/>
          <w:id w:val="1952"/>
          <w:text w:multiLine="1"/>
        </w:sdtPr>
        <w:sdtContent>
          <w:r>
            <w:t xml:space="preserve"> </w:t>
          </w:r>
        </w:sdtContent>
      </w:sdt>
    </w:p>
    <w:p w14:paraId="0927D9C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53"/>
          <w:id w:val="1953"/>
          <w:text w:multiLine="1"/>
        </w:sdtPr>
        <w:sdtContent>
          <w:r>
            <w:t xml:space="preserve"> </w:t>
          </w:r>
        </w:sdtContent>
      </w:sdt>
    </w:p>
    <w:p w14:paraId="58DA9BF5" w14:textId="77777777" w:rsidR="0060008A" w:rsidRDefault="00000000">
      <w:pPr>
        <w:pStyle w:val="Question"/>
        <w:spacing w:before="180" w:after="26"/>
      </w:pPr>
      <w:r>
        <w:t xml:space="preserve">H9. Ha eseguito attività di bonifica di MCA?   </w:t>
      </w:r>
      <w:sdt>
        <w:sdtPr>
          <w:alias w:val="Seleziona la risposta"/>
          <w:tag w:val="checkbox_1954"/>
          <w:id w:val="195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55"/>
          <w:id w:val="195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56"/>
          <w:id w:val="195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559DD8B9" w14:textId="77777777" w:rsidR="0060008A" w:rsidRDefault="00000000">
      <w:r>
        <w:t>Se sì,</w:t>
      </w:r>
    </w:p>
    <w:p w14:paraId="23901F6E" w14:textId="77777777" w:rsidR="0060008A" w:rsidRDefault="00000000">
      <w:pPr>
        <w:ind w:left="102" w:hanging="102"/>
      </w:pPr>
      <w:r>
        <w:t xml:space="preserve">• Il MCA era   </w:t>
      </w:r>
      <w:sdt>
        <w:sdtPr>
          <w:alias w:val="Seleziona la risposta"/>
          <w:tag w:val="checkbox_1957"/>
          <w:id w:val="195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friabile   </w:t>
      </w:r>
      <w:sdt>
        <w:sdtPr>
          <w:alias w:val="Seleziona la risposta"/>
          <w:tag w:val="checkbox_1958"/>
          <w:id w:val="195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compatto</w:t>
      </w:r>
    </w:p>
    <w:p w14:paraId="6B1279DA" w14:textId="77777777" w:rsidR="0060008A" w:rsidRDefault="00000000">
      <w:pPr>
        <w:ind w:left="102" w:hanging="102"/>
      </w:pPr>
      <w:r>
        <w:t>• Descriva l’attività svolta</w:t>
      </w:r>
    </w:p>
    <w:p w14:paraId="3ED9978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59"/>
          <w:id w:val="1959"/>
          <w:text w:multiLine="1"/>
        </w:sdtPr>
        <w:sdtContent>
          <w:r>
            <w:t xml:space="preserve"> </w:t>
          </w:r>
        </w:sdtContent>
      </w:sdt>
    </w:p>
    <w:p w14:paraId="3C980A1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0"/>
          <w:id w:val="1960"/>
          <w:text w:multiLine="1"/>
        </w:sdtPr>
        <w:sdtContent>
          <w:r>
            <w:t xml:space="preserve"> </w:t>
          </w:r>
        </w:sdtContent>
      </w:sdt>
    </w:p>
    <w:p w14:paraId="2FC6DBB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1"/>
          <w:id w:val="1961"/>
          <w:text w:multiLine="1"/>
        </w:sdtPr>
        <w:sdtContent>
          <w:r>
            <w:t xml:space="preserve"> </w:t>
          </w:r>
        </w:sdtContent>
      </w:sdt>
    </w:p>
    <w:p w14:paraId="7AE87F8E" w14:textId="77777777" w:rsidR="0060008A" w:rsidRDefault="00000000">
      <w:r>
        <w:br w:type="page"/>
      </w:r>
    </w:p>
    <w:p w14:paraId="447256A2" w14:textId="77777777" w:rsidR="0060008A" w:rsidRDefault="00000000">
      <w:pPr>
        <w:pStyle w:val="Source"/>
        <w:spacing w:after="180"/>
      </w:pPr>
      <w:bookmarkStart w:id="28" w:name="Fonte_174"/>
      <w:r>
        <w:rPr>
          <w:b/>
        </w:rPr>
        <w:t>H / EDILIZIA  •  FONTE: INAIL 2026, PAGINA 174</w:t>
      </w:r>
      <w:bookmarkEnd w:id="28"/>
    </w:p>
    <w:p w14:paraId="71725BFE" w14:textId="77777777" w:rsidR="0060008A" w:rsidRDefault="00000000">
      <w:pPr>
        <w:ind w:left="102" w:hanging="102"/>
      </w:pPr>
      <w:r>
        <w:t>• Quali materiali manipolava? (Se vi è certezza o sospetto di manipolazione di MCA, indicare la frequenza con cui veniva a contatto con questi materiali)</w:t>
      </w:r>
    </w:p>
    <w:p w14:paraId="4B4002A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2"/>
          <w:id w:val="1962"/>
          <w:text w:multiLine="1"/>
        </w:sdtPr>
        <w:sdtContent>
          <w:r>
            <w:t xml:space="preserve"> </w:t>
          </w:r>
        </w:sdtContent>
      </w:sdt>
    </w:p>
    <w:p w14:paraId="71B1AEE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3"/>
          <w:id w:val="1963"/>
          <w:text w:multiLine="1"/>
        </w:sdtPr>
        <w:sdtContent>
          <w:r>
            <w:t xml:space="preserve"> </w:t>
          </w:r>
        </w:sdtContent>
      </w:sdt>
    </w:p>
    <w:p w14:paraId="4890D58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4"/>
          <w:id w:val="1964"/>
          <w:text w:multiLine="1"/>
        </w:sdtPr>
        <w:sdtContent>
          <w:r>
            <w:t xml:space="preserve"> </w:t>
          </w:r>
        </w:sdtContent>
      </w:sdt>
    </w:p>
    <w:p w14:paraId="775B5ED9" w14:textId="77777777" w:rsidR="0060008A" w:rsidRDefault="00000000">
      <w:pPr>
        <w:spacing w:before="155"/>
        <w:ind w:left="102" w:hanging="102"/>
      </w:pPr>
      <w:r>
        <w:t>• Quali attrezzature/macchinari utilizzava prevalentemente?</w:t>
      </w:r>
    </w:p>
    <w:p w14:paraId="0752926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5"/>
          <w:id w:val="1965"/>
          <w:text w:multiLine="1"/>
        </w:sdtPr>
        <w:sdtContent>
          <w:r>
            <w:t xml:space="preserve"> </w:t>
          </w:r>
        </w:sdtContent>
      </w:sdt>
    </w:p>
    <w:p w14:paraId="05C694A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6"/>
          <w:id w:val="1966"/>
          <w:text w:multiLine="1"/>
        </w:sdtPr>
        <w:sdtContent>
          <w:r>
            <w:t xml:space="preserve"> </w:t>
          </w:r>
        </w:sdtContent>
      </w:sdt>
    </w:p>
    <w:p w14:paraId="2E4125A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67"/>
          <w:id w:val="1967"/>
          <w:text w:multiLine="1"/>
        </w:sdtPr>
        <w:sdtContent>
          <w:r>
            <w:t xml:space="preserve"> </w:t>
          </w:r>
        </w:sdtContent>
      </w:sdt>
    </w:p>
    <w:p w14:paraId="144E5BDA" w14:textId="77777777" w:rsidR="0060008A" w:rsidRDefault="00000000">
      <w:pPr>
        <w:spacing w:before="155"/>
        <w:ind w:left="102" w:hanging="102"/>
      </w:pPr>
      <w:r>
        <w:t xml:space="preserve">• Utilizzava DPI?   </w:t>
      </w:r>
      <w:sdt>
        <w:sdtPr>
          <w:alias w:val="Seleziona la risposta"/>
          <w:tag w:val="checkbox_1968"/>
          <w:id w:val="196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69"/>
          <w:id w:val="196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70"/>
          <w:id w:val="197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D26680E" w14:textId="77777777" w:rsidR="0060008A" w:rsidRDefault="00000000">
      <w:pPr>
        <w:spacing w:before="56"/>
      </w:pPr>
      <w:r>
        <w:t>Se sì, quali e in che occasioni?</w:t>
      </w:r>
    </w:p>
    <w:p w14:paraId="65729AD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1"/>
          <w:id w:val="1971"/>
          <w:text w:multiLine="1"/>
        </w:sdtPr>
        <w:sdtContent>
          <w:r>
            <w:t xml:space="preserve"> </w:t>
          </w:r>
        </w:sdtContent>
      </w:sdt>
    </w:p>
    <w:p w14:paraId="78AB9F1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2"/>
          <w:id w:val="1972"/>
          <w:text w:multiLine="1"/>
        </w:sdtPr>
        <w:sdtContent>
          <w:r>
            <w:t xml:space="preserve"> </w:t>
          </w:r>
        </w:sdtContent>
      </w:sdt>
    </w:p>
    <w:p w14:paraId="6B0440C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3"/>
          <w:id w:val="1973"/>
          <w:text w:multiLine="1"/>
        </w:sdtPr>
        <w:sdtContent>
          <w:r>
            <w:t xml:space="preserve"> </w:t>
          </w:r>
        </w:sdtContent>
      </w:sdt>
    </w:p>
    <w:p w14:paraId="1D34F386" w14:textId="77777777" w:rsidR="0060008A" w:rsidRDefault="00000000">
      <w:pPr>
        <w:pStyle w:val="Question"/>
        <w:spacing w:before="180" w:after="26"/>
      </w:pPr>
      <w:r>
        <w:t>H10. Ha svolto lavori di manutenzione in industrie, teatri o ospedali?</w:t>
      </w:r>
    </w:p>
    <w:p w14:paraId="136F1334" w14:textId="77777777" w:rsidR="0060008A" w:rsidRDefault="00000000">
      <w:sdt>
        <w:sdtPr>
          <w:alias w:val="Seleziona la risposta"/>
          <w:tag w:val="checkbox_1974"/>
          <w:id w:val="197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75"/>
          <w:id w:val="197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76"/>
          <w:id w:val="197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7407C39" w14:textId="77777777" w:rsidR="0060008A" w:rsidRDefault="00000000">
      <w:pPr>
        <w:spacing w:before="56"/>
      </w:pPr>
      <w:r>
        <w:t>Se sì, ricorda quali?</w:t>
      </w:r>
    </w:p>
    <w:p w14:paraId="6FEA516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7"/>
          <w:id w:val="1977"/>
          <w:text w:multiLine="1"/>
        </w:sdtPr>
        <w:sdtContent>
          <w:r>
            <w:t xml:space="preserve"> </w:t>
          </w:r>
        </w:sdtContent>
      </w:sdt>
    </w:p>
    <w:p w14:paraId="0B40B25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8"/>
          <w:id w:val="1978"/>
          <w:text w:multiLine="1"/>
        </w:sdtPr>
        <w:sdtContent>
          <w:r>
            <w:t xml:space="preserve"> </w:t>
          </w:r>
        </w:sdtContent>
      </w:sdt>
    </w:p>
    <w:p w14:paraId="4C06346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79"/>
          <w:id w:val="1979"/>
          <w:text w:multiLine="1"/>
        </w:sdtPr>
        <w:sdtContent>
          <w:r>
            <w:t xml:space="preserve"> </w:t>
          </w:r>
        </w:sdtContent>
      </w:sdt>
    </w:p>
    <w:p w14:paraId="251639BA" w14:textId="77777777" w:rsidR="0060008A" w:rsidRDefault="00000000">
      <w:pPr>
        <w:spacing w:before="155"/>
        <w:ind w:left="102" w:hanging="102"/>
      </w:pPr>
      <w:r>
        <w:t>• Descriva l’attività svolta e in quali locali (zona produzione, area uffici, centrale termica)?</w:t>
      </w:r>
    </w:p>
    <w:p w14:paraId="60B15F4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0"/>
          <w:id w:val="1980"/>
          <w:text w:multiLine="1"/>
        </w:sdtPr>
        <w:sdtContent>
          <w:r>
            <w:t xml:space="preserve"> </w:t>
          </w:r>
        </w:sdtContent>
      </w:sdt>
    </w:p>
    <w:p w14:paraId="0FA0DDF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1"/>
          <w:id w:val="1981"/>
          <w:text w:multiLine="1"/>
        </w:sdtPr>
        <w:sdtContent>
          <w:r>
            <w:t xml:space="preserve"> </w:t>
          </w:r>
        </w:sdtContent>
      </w:sdt>
    </w:p>
    <w:p w14:paraId="296F346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2"/>
          <w:id w:val="1982"/>
          <w:text w:multiLine="1"/>
        </w:sdtPr>
        <w:sdtContent>
          <w:r>
            <w:t xml:space="preserve"> </w:t>
          </w:r>
        </w:sdtContent>
      </w:sdt>
    </w:p>
    <w:p w14:paraId="2A3A22B2" w14:textId="77777777" w:rsidR="0060008A" w:rsidRDefault="00000000">
      <w:pPr>
        <w:pStyle w:val="Question"/>
        <w:spacing w:before="180" w:after="26"/>
      </w:pPr>
      <w:r>
        <w:t xml:space="preserve">H11. Ha mai usato fibra di amianto per miscele con malte, stucchi, colle, catrame o bitume? </w:t>
      </w:r>
      <w:r>
        <w:br/>
      </w:r>
      <w:sdt>
        <w:sdtPr>
          <w:alias w:val="Seleziona la risposta"/>
          <w:tag w:val="checkbox_1983"/>
          <w:id w:val="19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84"/>
          <w:id w:val="198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85"/>
          <w:id w:val="198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351C0E3" w14:textId="77777777" w:rsidR="0060008A" w:rsidRDefault="00000000">
      <w:pPr>
        <w:spacing w:before="54"/>
      </w:pPr>
      <w:r>
        <w:t>Se sì, può descrivere le circostanze di utilizzo?</w:t>
      </w:r>
    </w:p>
    <w:p w14:paraId="42617D1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6"/>
          <w:id w:val="1986"/>
          <w:text w:multiLine="1"/>
        </w:sdtPr>
        <w:sdtContent>
          <w:r>
            <w:t xml:space="preserve"> </w:t>
          </w:r>
        </w:sdtContent>
      </w:sdt>
    </w:p>
    <w:p w14:paraId="3109814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7"/>
          <w:id w:val="1987"/>
          <w:text w:multiLine="1"/>
        </w:sdtPr>
        <w:sdtContent>
          <w:r>
            <w:t xml:space="preserve"> </w:t>
          </w:r>
        </w:sdtContent>
      </w:sdt>
    </w:p>
    <w:p w14:paraId="54B2308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88"/>
          <w:id w:val="1988"/>
          <w:text w:multiLine="1"/>
        </w:sdtPr>
        <w:sdtContent>
          <w:r>
            <w:t xml:space="preserve"> </w:t>
          </w:r>
        </w:sdtContent>
      </w:sdt>
    </w:p>
    <w:p w14:paraId="52FD794C" w14:textId="77777777" w:rsidR="0060008A" w:rsidRDefault="00000000">
      <w:r>
        <w:br w:type="page"/>
      </w:r>
    </w:p>
    <w:p w14:paraId="61233DE9" w14:textId="77777777" w:rsidR="0060008A" w:rsidRDefault="00000000">
      <w:pPr>
        <w:pStyle w:val="Source"/>
        <w:spacing w:after="180"/>
      </w:pPr>
      <w:bookmarkStart w:id="29" w:name="Fonte_175"/>
      <w:r>
        <w:rPr>
          <w:b/>
        </w:rPr>
        <w:t>I / DIFESA NAZIONALE E SERVIZIO MILITARE  •  FONTE: INAIL 2026, PAGINA 175</w:t>
      </w:r>
      <w:bookmarkEnd w:id="29"/>
    </w:p>
    <w:p w14:paraId="200B03AA" w14:textId="77777777" w:rsidR="0060008A" w:rsidRDefault="00000000">
      <w:pPr>
        <w:pStyle w:val="Titolo1"/>
        <w:spacing w:before="0" w:after="80"/>
      </w:pPr>
      <w:r>
        <w:rPr>
          <w:rFonts w:ascii="Calibri" w:hAnsi="Calibri"/>
          <w:sz w:val="26"/>
        </w:rPr>
        <w:t>SEZIONE I: DIFESA NAZIONALE E SERVIZIO MILITARE</w:t>
      </w:r>
    </w:p>
    <w:p w14:paraId="61985970" w14:textId="77777777" w:rsidR="0060008A" w:rsidRDefault="00000000">
      <w:pPr>
        <w:pStyle w:val="Question"/>
        <w:spacing w:before="180" w:after="26"/>
      </w:pPr>
      <w:r>
        <w:t xml:space="preserve">I1. Ha fatto il militare?   </w:t>
      </w:r>
      <w:sdt>
        <w:sdtPr>
          <w:alias w:val="Seleziona la risposta"/>
          <w:tag w:val="checkbox_1989"/>
          <w:id w:val="198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Di leva   </w:t>
      </w:r>
      <w:sdt>
        <w:sdtPr>
          <w:alias w:val="Seleziona la risposta"/>
          <w:tag w:val="checkbox_1990"/>
          <w:id w:val="199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Di carriera   </w:t>
      </w:r>
      <w:sdt>
        <w:sdtPr>
          <w:alias w:val="Seleziona la risposta"/>
          <w:tag w:val="checkbox_1991"/>
          <w:id w:val="199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92"/>
          <w:id w:val="199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2CABFEDF" w14:textId="77777777" w:rsidR="0060008A" w:rsidRDefault="00000000">
      <w:r>
        <w:t xml:space="preserve">Se sì, quando? Dal </w:t>
      </w:r>
      <w:sdt>
        <w:sdtPr>
          <w:alias w:val="Campo di compilazione"/>
          <w:tag w:val="field_1993"/>
          <w:id w:val="1993"/>
          <w:text w:multiLine="1"/>
        </w:sdtPr>
        <w:sdtContent>
          <w:r>
            <w:t>__________</w:t>
          </w:r>
        </w:sdtContent>
      </w:sdt>
      <w:r>
        <w:t xml:space="preserve"> al </w:t>
      </w:r>
      <w:sdt>
        <w:sdtPr>
          <w:alias w:val="Campo di compilazione"/>
          <w:tag w:val="field_1994"/>
          <w:id w:val="1994"/>
          <w:text w:multiLine="1"/>
        </w:sdtPr>
        <w:sdtContent>
          <w:r>
            <w:t>__________</w:t>
          </w:r>
        </w:sdtContent>
      </w:sdt>
    </w:p>
    <w:p w14:paraId="5D5D7B0A" w14:textId="77777777" w:rsidR="0060008A" w:rsidRDefault="00000000">
      <w:pPr>
        <w:spacing w:before="155"/>
        <w:ind w:left="102" w:hanging="102"/>
      </w:pPr>
      <w:r>
        <w:t xml:space="preserve">• È stato coinvolto/ha mai operato in zone di guerra?   </w:t>
      </w:r>
      <w:sdt>
        <w:sdtPr>
          <w:alias w:val="Seleziona la risposta"/>
          <w:tag w:val="checkbox_1995"/>
          <w:id w:val="199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1996"/>
          <w:id w:val="199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1997"/>
          <w:id w:val="199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66461A27" w14:textId="77777777" w:rsidR="0060008A" w:rsidRDefault="00000000">
      <w:pPr>
        <w:spacing w:before="56"/>
      </w:pPr>
      <w:r>
        <w:t>Se sì, specificare quali e quando</w:t>
      </w:r>
    </w:p>
    <w:p w14:paraId="2A663D1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98"/>
          <w:id w:val="1998"/>
          <w:text w:multiLine="1"/>
        </w:sdtPr>
        <w:sdtContent>
          <w:r>
            <w:t xml:space="preserve"> </w:t>
          </w:r>
        </w:sdtContent>
      </w:sdt>
    </w:p>
    <w:p w14:paraId="2F43271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1999"/>
          <w:id w:val="1999"/>
          <w:text w:multiLine="1"/>
        </w:sdtPr>
        <w:sdtContent>
          <w:r>
            <w:t xml:space="preserve"> </w:t>
          </w:r>
        </w:sdtContent>
      </w:sdt>
    </w:p>
    <w:p w14:paraId="3E3EDDD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00"/>
          <w:id w:val="2000"/>
          <w:text w:multiLine="1"/>
        </w:sdtPr>
        <w:sdtContent>
          <w:r>
            <w:t xml:space="preserve"> </w:t>
          </w:r>
        </w:sdtContent>
      </w:sdt>
    </w:p>
    <w:p w14:paraId="0CD07392" w14:textId="77777777" w:rsidR="0060008A" w:rsidRDefault="00000000">
      <w:pPr>
        <w:pStyle w:val="Question"/>
        <w:spacing w:before="180" w:after="26"/>
      </w:pPr>
      <w:r>
        <w:t>I2. In quale corpo ha fatto il servizio militare?</w:t>
      </w:r>
    </w:p>
    <w:p w14:paraId="33EE56F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01"/>
          <w:id w:val="2001"/>
          <w:text w:multiLine="1"/>
        </w:sdtPr>
        <w:sdtContent>
          <w:r>
            <w:t xml:space="preserve"> </w:t>
          </w:r>
        </w:sdtContent>
      </w:sdt>
    </w:p>
    <w:p w14:paraId="598A5083" w14:textId="77777777" w:rsidR="0060008A" w:rsidRDefault="00000000">
      <w:pPr>
        <w:spacing w:before="155"/>
        <w:ind w:left="102" w:hanging="102"/>
      </w:pPr>
      <w:r>
        <w:t>• In quali caserme? (specificare nome e città)</w:t>
      </w:r>
    </w:p>
    <w:p w14:paraId="2A3FA030" w14:textId="77777777" w:rsidR="0060008A" w:rsidRDefault="00000000">
      <w:pPr>
        <w:spacing w:before="56"/>
      </w:pPr>
      <w:r>
        <w:t xml:space="preserve">Dal </w:t>
      </w:r>
      <w:sdt>
        <w:sdtPr>
          <w:alias w:val="Campo di compilazione"/>
          <w:tag w:val="field_2002"/>
          <w:id w:val="2002"/>
          <w:text w:multiLine="1"/>
        </w:sdtPr>
        <w:sdtContent>
          <w:r>
            <w:t>______________</w:t>
          </w:r>
        </w:sdtContent>
      </w:sdt>
      <w:r>
        <w:t xml:space="preserve"> al </w:t>
      </w:r>
      <w:sdt>
        <w:sdtPr>
          <w:alias w:val="Campo di compilazione"/>
          <w:tag w:val="field_2003"/>
          <w:id w:val="2003"/>
          <w:text w:multiLine="1"/>
        </w:sdtPr>
        <w:sdtContent>
          <w:r>
            <w:t>______________</w:t>
          </w:r>
        </w:sdtContent>
      </w:sdt>
      <w:r>
        <w:t xml:space="preserve"> </w:t>
      </w:r>
      <w:sdt>
        <w:sdtPr>
          <w:alias w:val="Campo di compilazione"/>
          <w:tag w:val="field_2004"/>
          <w:id w:val="2004"/>
          <w:text w:multiLine="1"/>
        </w:sdtPr>
        <w:sdtContent>
          <w:r>
            <w:t>_____________________________________________</w:t>
          </w:r>
        </w:sdtContent>
      </w:sdt>
    </w:p>
    <w:p w14:paraId="65F108CF" w14:textId="77777777" w:rsidR="0060008A" w:rsidRDefault="00000000">
      <w:r>
        <w:t xml:space="preserve">Dal </w:t>
      </w:r>
      <w:sdt>
        <w:sdtPr>
          <w:alias w:val="Campo di compilazione"/>
          <w:tag w:val="field_2005"/>
          <w:id w:val="2005"/>
          <w:text w:multiLine="1"/>
        </w:sdtPr>
        <w:sdtContent>
          <w:r>
            <w:t>______________</w:t>
          </w:r>
        </w:sdtContent>
      </w:sdt>
      <w:r>
        <w:t xml:space="preserve"> al </w:t>
      </w:r>
      <w:sdt>
        <w:sdtPr>
          <w:alias w:val="Campo di compilazione"/>
          <w:tag w:val="field_2006"/>
          <w:id w:val="2006"/>
          <w:text w:multiLine="1"/>
        </w:sdtPr>
        <w:sdtContent>
          <w:r>
            <w:t>______________</w:t>
          </w:r>
        </w:sdtContent>
      </w:sdt>
      <w:r>
        <w:t xml:space="preserve"> </w:t>
      </w:r>
      <w:sdt>
        <w:sdtPr>
          <w:alias w:val="Campo di compilazione"/>
          <w:tag w:val="field_2007"/>
          <w:id w:val="2007"/>
          <w:text w:multiLine="1"/>
        </w:sdtPr>
        <w:sdtContent>
          <w:r>
            <w:t>_____________________________________________</w:t>
          </w:r>
        </w:sdtContent>
      </w:sdt>
    </w:p>
    <w:p w14:paraId="6AEBCFF4" w14:textId="77777777" w:rsidR="0060008A" w:rsidRDefault="00000000">
      <w:r>
        <w:t xml:space="preserve">Dal </w:t>
      </w:r>
      <w:sdt>
        <w:sdtPr>
          <w:alias w:val="Campo di compilazione"/>
          <w:tag w:val="field_2008"/>
          <w:id w:val="2008"/>
          <w:text w:multiLine="1"/>
        </w:sdtPr>
        <w:sdtContent>
          <w:r>
            <w:t>______________</w:t>
          </w:r>
        </w:sdtContent>
      </w:sdt>
      <w:r>
        <w:t xml:space="preserve"> al </w:t>
      </w:r>
      <w:sdt>
        <w:sdtPr>
          <w:alias w:val="Campo di compilazione"/>
          <w:tag w:val="field_2009"/>
          <w:id w:val="2009"/>
          <w:text w:multiLine="1"/>
        </w:sdtPr>
        <w:sdtContent>
          <w:r>
            <w:t>______________</w:t>
          </w:r>
        </w:sdtContent>
      </w:sdt>
      <w:r>
        <w:t xml:space="preserve"> </w:t>
      </w:r>
      <w:sdt>
        <w:sdtPr>
          <w:alias w:val="Campo di compilazione"/>
          <w:tag w:val="field_2010"/>
          <w:id w:val="2010"/>
          <w:text w:multiLine="1"/>
        </w:sdtPr>
        <w:sdtContent>
          <w:r>
            <w:t>_____________________________________________</w:t>
          </w:r>
        </w:sdtContent>
      </w:sdt>
    </w:p>
    <w:p w14:paraId="7395ACE9" w14:textId="77777777" w:rsidR="0060008A" w:rsidRDefault="00000000">
      <w:pPr>
        <w:spacing w:before="155"/>
        <w:ind w:left="102" w:hanging="102"/>
      </w:pPr>
      <w:r>
        <w:t>• Con quale mansione (carrista, artigliere, furiere, ecc.)?</w:t>
      </w:r>
    </w:p>
    <w:p w14:paraId="50176EC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1"/>
          <w:id w:val="2011"/>
          <w:text w:multiLine="1"/>
        </w:sdtPr>
        <w:sdtContent>
          <w:r>
            <w:t xml:space="preserve"> </w:t>
          </w:r>
        </w:sdtContent>
      </w:sdt>
    </w:p>
    <w:p w14:paraId="2E0216D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2"/>
          <w:id w:val="2012"/>
          <w:text w:multiLine="1"/>
        </w:sdtPr>
        <w:sdtContent>
          <w:r>
            <w:t xml:space="preserve"> </w:t>
          </w:r>
        </w:sdtContent>
      </w:sdt>
    </w:p>
    <w:p w14:paraId="21343A8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3"/>
          <w:id w:val="2013"/>
          <w:text w:multiLine="1"/>
        </w:sdtPr>
        <w:sdtContent>
          <w:r>
            <w:t xml:space="preserve"> </w:t>
          </w:r>
        </w:sdtContent>
      </w:sdt>
    </w:p>
    <w:p w14:paraId="6BB66538" w14:textId="77777777" w:rsidR="0060008A" w:rsidRDefault="00000000">
      <w:pPr>
        <w:pStyle w:val="Question"/>
        <w:spacing w:before="180" w:after="26"/>
      </w:pPr>
      <w:r>
        <w:t>I3. Durante il servizio militare ha mai lavorato alla riparazione di mezzi meccanici?</w:t>
      </w:r>
    </w:p>
    <w:p w14:paraId="4F56122C" w14:textId="77777777" w:rsidR="0060008A" w:rsidRDefault="00000000">
      <w:sdt>
        <w:sdtPr>
          <w:alias w:val="Seleziona la risposta"/>
          <w:tag w:val="checkbox_2014"/>
          <w:id w:val="201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15"/>
          <w:id w:val="201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16"/>
          <w:id w:val="201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34041380" w14:textId="77777777" w:rsidR="0060008A" w:rsidRDefault="00000000">
      <w:pPr>
        <w:spacing w:before="56"/>
      </w:pPr>
      <w:r>
        <w:t>Se sì, specificare il tipo di mezzo e di intervento:</w:t>
      </w:r>
    </w:p>
    <w:p w14:paraId="1B6CF67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7"/>
          <w:id w:val="2017"/>
          <w:text w:multiLine="1"/>
        </w:sdtPr>
        <w:sdtContent>
          <w:r>
            <w:t xml:space="preserve"> </w:t>
          </w:r>
        </w:sdtContent>
      </w:sdt>
    </w:p>
    <w:p w14:paraId="3E37C1F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8"/>
          <w:id w:val="2018"/>
          <w:text w:multiLine="1"/>
        </w:sdtPr>
        <w:sdtContent>
          <w:r>
            <w:t xml:space="preserve"> </w:t>
          </w:r>
        </w:sdtContent>
      </w:sdt>
    </w:p>
    <w:p w14:paraId="7C19FEC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19"/>
          <w:id w:val="2019"/>
          <w:text w:multiLine="1"/>
        </w:sdtPr>
        <w:sdtContent>
          <w:r>
            <w:t xml:space="preserve"> </w:t>
          </w:r>
        </w:sdtContent>
      </w:sdt>
    </w:p>
    <w:p w14:paraId="0C50A391" w14:textId="77777777" w:rsidR="0060008A" w:rsidRDefault="00000000">
      <w:pPr>
        <w:pStyle w:val="Question"/>
        <w:spacing w:before="180" w:after="26"/>
      </w:pPr>
      <w:r>
        <w:t xml:space="preserve">I4. Ha mai utilizzato guanti o coperte in amianto per la manipolazione di alcune armi in particolare? </w:t>
      </w:r>
      <w:r>
        <w:br/>
      </w:r>
      <w:sdt>
        <w:sdtPr>
          <w:alias w:val="Seleziona la risposta"/>
          <w:tag w:val="checkbox_2020"/>
          <w:id w:val="202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21"/>
          <w:id w:val="202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22"/>
          <w:id w:val="202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0C9FA1DC" w14:textId="77777777" w:rsidR="0060008A" w:rsidRDefault="00000000">
      <w:r>
        <w:br w:type="page"/>
      </w:r>
    </w:p>
    <w:p w14:paraId="63112087" w14:textId="77777777" w:rsidR="0060008A" w:rsidRDefault="00000000">
      <w:pPr>
        <w:pStyle w:val="Source"/>
        <w:spacing w:after="180"/>
      </w:pPr>
      <w:bookmarkStart w:id="30" w:name="Fonte_176"/>
      <w:r>
        <w:rPr>
          <w:b/>
        </w:rPr>
        <w:t>I / DIFESA NAZIONALE E SERVIZIO MILITARE  •  FONTE: INAIL 2026, PAGINA 176</w:t>
      </w:r>
      <w:bookmarkEnd w:id="30"/>
    </w:p>
    <w:p w14:paraId="2319D04F" w14:textId="77777777" w:rsidR="0060008A" w:rsidRDefault="00000000">
      <w:r>
        <w:t>Se sì, specificare uso e frequenza</w:t>
      </w:r>
    </w:p>
    <w:p w14:paraId="3059247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23"/>
          <w:id w:val="2023"/>
          <w:text w:multiLine="1"/>
        </w:sdtPr>
        <w:sdtContent>
          <w:r>
            <w:t xml:space="preserve"> </w:t>
          </w:r>
        </w:sdtContent>
      </w:sdt>
    </w:p>
    <w:p w14:paraId="66D7D04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24"/>
          <w:id w:val="2024"/>
          <w:text w:multiLine="1"/>
        </w:sdtPr>
        <w:sdtContent>
          <w:r>
            <w:t xml:space="preserve"> </w:t>
          </w:r>
        </w:sdtContent>
      </w:sdt>
    </w:p>
    <w:p w14:paraId="005EFE3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25"/>
          <w:id w:val="2025"/>
          <w:text w:multiLine="1"/>
        </w:sdtPr>
        <w:sdtContent>
          <w:r>
            <w:t xml:space="preserve"> </w:t>
          </w:r>
        </w:sdtContent>
      </w:sdt>
    </w:p>
    <w:p w14:paraId="574BD242" w14:textId="77777777" w:rsidR="0060008A" w:rsidRDefault="00000000">
      <w:pPr>
        <w:pStyle w:val="Question"/>
        <w:spacing w:before="180" w:after="26"/>
      </w:pPr>
      <w:r>
        <w:t xml:space="preserve">I5. È mai stato addetto alla guida, alla manutenzione o all’armamento dei carri armati? </w:t>
      </w:r>
      <w:r>
        <w:br/>
      </w:r>
      <w:sdt>
        <w:sdtPr>
          <w:alias w:val="Seleziona la risposta"/>
          <w:tag w:val="checkbox_2026"/>
          <w:id w:val="202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27"/>
          <w:id w:val="2027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28"/>
          <w:id w:val="202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2CE09FE" w14:textId="77777777" w:rsidR="0060008A" w:rsidRDefault="00000000">
      <w:pPr>
        <w:spacing w:before="54"/>
      </w:pPr>
      <w:r>
        <w:t>Se sì, specificare il tipo di mezzo e quale attività ha svolto:</w:t>
      </w:r>
    </w:p>
    <w:p w14:paraId="0562193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29"/>
          <w:id w:val="2029"/>
          <w:text w:multiLine="1"/>
        </w:sdtPr>
        <w:sdtContent>
          <w:r>
            <w:t xml:space="preserve"> </w:t>
          </w:r>
        </w:sdtContent>
      </w:sdt>
    </w:p>
    <w:p w14:paraId="1F6EE2F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30"/>
          <w:id w:val="2030"/>
          <w:text w:multiLine="1"/>
        </w:sdtPr>
        <w:sdtContent>
          <w:r>
            <w:t xml:space="preserve"> </w:t>
          </w:r>
        </w:sdtContent>
      </w:sdt>
    </w:p>
    <w:p w14:paraId="7C062B91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31"/>
          <w:id w:val="2031"/>
          <w:text w:multiLine="1"/>
        </w:sdtPr>
        <w:sdtContent>
          <w:r>
            <w:t xml:space="preserve"> </w:t>
          </w:r>
        </w:sdtContent>
      </w:sdt>
    </w:p>
    <w:p w14:paraId="13C253F6" w14:textId="77777777" w:rsidR="0060008A" w:rsidRDefault="00000000">
      <w:pPr>
        <w:spacing w:before="155"/>
        <w:ind w:left="102" w:hanging="102"/>
      </w:pPr>
      <w:r>
        <w:t>• È a conoscenza di coibentazioni in MCA all’interno dei carri armati?</w:t>
      </w:r>
    </w:p>
    <w:p w14:paraId="211BC8A1" w14:textId="77777777" w:rsidR="0060008A" w:rsidRDefault="00000000">
      <w:sdt>
        <w:sdtPr>
          <w:alias w:val="Seleziona la risposta"/>
          <w:tag w:val="checkbox_2032"/>
          <w:id w:val="203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33"/>
          <w:id w:val="203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34"/>
          <w:id w:val="203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1EC8E2C" w14:textId="77777777" w:rsidR="0060008A" w:rsidRDefault="00000000">
      <w:pPr>
        <w:spacing w:before="56"/>
      </w:pPr>
      <w:r>
        <w:t>Se sì, può descrivere</w:t>
      </w:r>
    </w:p>
    <w:p w14:paraId="2B1704F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35"/>
          <w:id w:val="2035"/>
          <w:text w:multiLine="1"/>
        </w:sdtPr>
        <w:sdtContent>
          <w:r>
            <w:t xml:space="preserve"> </w:t>
          </w:r>
        </w:sdtContent>
      </w:sdt>
    </w:p>
    <w:p w14:paraId="2D26C03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36"/>
          <w:id w:val="2036"/>
          <w:text w:multiLine="1"/>
        </w:sdtPr>
        <w:sdtContent>
          <w:r>
            <w:t xml:space="preserve"> </w:t>
          </w:r>
        </w:sdtContent>
      </w:sdt>
    </w:p>
    <w:p w14:paraId="42A9C0B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37"/>
          <w:id w:val="2037"/>
          <w:text w:multiLine="1"/>
        </w:sdtPr>
        <w:sdtContent>
          <w:r>
            <w:t xml:space="preserve"> </w:t>
          </w:r>
        </w:sdtContent>
      </w:sdt>
    </w:p>
    <w:p w14:paraId="05525305" w14:textId="77777777" w:rsidR="0060008A" w:rsidRDefault="00000000">
      <w:pPr>
        <w:pStyle w:val="Question"/>
        <w:spacing w:before="180" w:after="26"/>
      </w:pPr>
      <w:r>
        <w:t xml:space="preserve">I6. Ha mai fatto parte di squadre antincendio?   </w:t>
      </w:r>
      <w:sdt>
        <w:sdtPr>
          <w:alias w:val="Seleziona la risposta"/>
          <w:tag w:val="checkbox_2038"/>
          <w:id w:val="203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39"/>
          <w:id w:val="203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40"/>
          <w:id w:val="204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2479EF0" w14:textId="77777777" w:rsidR="0060008A" w:rsidRDefault="00000000">
      <w:r>
        <w:t xml:space="preserve">Se sì, specificare se ha fatto uso di materiali contenenti amianto come DPI (tute, guanti, coperte) </w:t>
      </w:r>
      <w:sdt>
        <w:sdtPr>
          <w:alias w:val="Campo di compilazione"/>
          <w:tag w:val="field_2041"/>
          <w:id w:val="2041"/>
          <w:text w:multiLine="1"/>
        </w:sdtPr>
        <w:sdtContent>
          <w:r>
            <w:t>________________</w:t>
          </w:r>
        </w:sdtContent>
      </w:sdt>
    </w:p>
    <w:p w14:paraId="50A938E6" w14:textId="77777777" w:rsidR="0060008A" w:rsidRDefault="00000000">
      <w:pPr>
        <w:spacing w:before="155"/>
        <w:ind w:left="102" w:hanging="102"/>
      </w:pPr>
      <w:r>
        <w:t>• Quante volte ha indossato materiali contenenti amianto? In che condizioni erano</w:t>
      </w:r>
    </w:p>
    <w:p w14:paraId="06F8B5FC" w14:textId="77777777" w:rsidR="0060008A" w:rsidRDefault="00000000">
      <w:r>
        <w:t>(grado di conservazione)?</w:t>
      </w:r>
      <w:sdt>
        <w:sdtPr>
          <w:alias w:val="Campo di compilazione"/>
          <w:tag w:val="field_2042"/>
          <w:id w:val="2042"/>
          <w:text w:multiLine="1"/>
        </w:sdtPr>
        <w:sdtContent>
          <w:r>
            <w:t>_____________________________________________</w:t>
          </w:r>
        </w:sdtContent>
      </w:sdt>
    </w:p>
    <w:p w14:paraId="0E6A43A4" w14:textId="77777777" w:rsidR="0060008A" w:rsidRDefault="00000000">
      <w:pPr>
        <w:pStyle w:val="Question"/>
        <w:spacing w:before="180" w:after="26"/>
      </w:pPr>
      <w:r>
        <w:t>I7. Era addetto a depositi di polvere da sparo o depositi di munizioni?</w:t>
      </w:r>
    </w:p>
    <w:p w14:paraId="1DB19BCF" w14:textId="77777777" w:rsidR="0060008A" w:rsidRDefault="00000000">
      <w:sdt>
        <w:sdtPr>
          <w:alias w:val="Seleziona la risposta"/>
          <w:tag w:val="checkbox_2043"/>
          <w:id w:val="204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44"/>
          <w:id w:val="204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45"/>
          <w:id w:val="204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41B314A3" w14:textId="77777777" w:rsidR="0060008A" w:rsidRDefault="00000000">
      <w:pPr>
        <w:spacing w:before="56"/>
      </w:pPr>
      <w:r>
        <w:t>Se sì specificare il tipo di edificio, l’eventuale presenza di coibentazioni e l’attività svolta:</w:t>
      </w:r>
    </w:p>
    <w:p w14:paraId="0E2B932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46"/>
          <w:id w:val="2046"/>
          <w:text w:multiLine="1"/>
        </w:sdtPr>
        <w:sdtContent>
          <w:r>
            <w:t xml:space="preserve"> </w:t>
          </w:r>
        </w:sdtContent>
      </w:sdt>
    </w:p>
    <w:p w14:paraId="38B8DBC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47"/>
          <w:id w:val="2047"/>
          <w:text w:multiLine="1"/>
        </w:sdtPr>
        <w:sdtContent>
          <w:r>
            <w:t xml:space="preserve"> </w:t>
          </w:r>
        </w:sdtContent>
      </w:sdt>
    </w:p>
    <w:p w14:paraId="26D4BD0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48"/>
          <w:id w:val="2048"/>
          <w:text w:multiLine="1"/>
        </w:sdtPr>
        <w:sdtContent>
          <w:r>
            <w:t xml:space="preserve"> </w:t>
          </w:r>
        </w:sdtContent>
      </w:sdt>
    </w:p>
    <w:p w14:paraId="4A65B8C6" w14:textId="77777777" w:rsidR="0060008A" w:rsidRDefault="00000000">
      <w:pPr>
        <w:pStyle w:val="Question"/>
        <w:spacing w:before="180" w:after="26"/>
      </w:pPr>
      <w:r>
        <w:t>I8. Se ha fatto il militare in Marina specificare:</w:t>
      </w:r>
    </w:p>
    <w:p w14:paraId="3B6E52FB" w14:textId="77777777" w:rsidR="0060008A" w:rsidRDefault="00000000">
      <w:pPr>
        <w:spacing w:before="153"/>
        <w:ind w:left="102" w:hanging="102"/>
      </w:pPr>
      <w:r>
        <w:t xml:space="preserve">• Era imbarcato?   </w:t>
      </w:r>
      <w:sdt>
        <w:sdtPr>
          <w:alias w:val="Seleziona la risposta"/>
          <w:tag w:val="checkbox_2049"/>
          <w:id w:val="204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50"/>
          <w:id w:val="205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   </w:t>
      </w:r>
      <w:sdt>
        <w:sdtPr>
          <w:alias w:val="Seleziona la risposta"/>
          <w:tag w:val="checkbox_2051"/>
          <w:id w:val="205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Non so</w:t>
      </w:r>
    </w:p>
    <w:p w14:paraId="127232DD" w14:textId="77777777" w:rsidR="0060008A" w:rsidRDefault="00000000">
      <w:r>
        <w:br w:type="page"/>
      </w:r>
    </w:p>
    <w:p w14:paraId="42160D4B" w14:textId="77777777" w:rsidR="0060008A" w:rsidRDefault="00000000">
      <w:pPr>
        <w:pStyle w:val="Source"/>
        <w:spacing w:after="180"/>
      </w:pPr>
      <w:bookmarkStart w:id="31" w:name="Fonte_177"/>
      <w:r>
        <w:rPr>
          <w:b/>
        </w:rPr>
        <w:t>I / DIFESA NAZIONALE E SERVIZIO MILITARE  •  FONTE: INAIL 2026, PAGINA 177</w:t>
      </w:r>
      <w:bookmarkEnd w:id="31"/>
    </w:p>
    <w:p w14:paraId="6308DB3F" w14:textId="77777777" w:rsidR="0060008A" w:rsidRDefault="00000000">
      <w:r>
        <w:t>Se sì, su che tipo di unità navale (da combattimento, ausiliaria, ecc.)?</w:t>
      </w:r>
    </w:p>
    <w:p w14:paraId="65CFFA6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2"/>
          <w:id w:val="2052"/>
          <w:text w:multiLine="1"/>
        </w:sdtPr>
        <w:sdtContent>
          <w:r>
            <w:t xml:space="preserve"> </w:t>
          </w:r>
        </w:sdtContent>
      </w:sdt>
    </w:p>
    <w:p w14:paraId="76C5CDD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3"/>
          <w:id w:val="2053"/>
          <w:text w:multiLine="1"/>
        </w:sdtPr>
        <w:sdtContent>
          <w:r>
            <w:t xml:space="preserve"> </w:t>
          </w:r>
        </w:sdtContent>
      </w:sdt>
    </w:p>
    <w:p w14:paraId="1D772A3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4"/>
          <w:id w:val="2054"/>
          <w:text w:multiLine="1"/>
        </w:sdtPr>
        <w:sdtContent>
          <w:r>
            <w:t xml:space="preserve"> </w:t>
          </w:r>
        </w:sdtContent>
      </w:sdt>
    </w:p>
    <w:p w14:paraId="7F9C64B6" w14:textId="77777777" w:rsidR="0060008A" w:rsidRDefault="00000000">
      <w:pPr>
        <w:spacing w:before="155"/>
        <w:ind w:left="102" w:hanging="102"/>
      </w:pPr>
      <w:r>
        <w:t>• Ricorda il nome delle navi e/o sommergibili su cui è stato imbarcato o che ha manutenuto in sede di Arsenale?</w:t>
      </w:r>
    </w:p>
    <w:p w14:paraId="2DD0924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5"/>
          <w:id w:val="2055"/>
          <w:text w:multiLine="1"/>
        </w:sdtPr>
        <w:sdtContent>
          <w:r>
            <w:t xml:space="preserve"> </w:t>
          </w:r>
        </w:sdtContent>
      </w:sdt>
    </w:p>
    <w:p w14:paraId="35897B4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6"/>
          <w:id w:val="2056"/>
          <w:text w:multiLine="1"/>
        </w:sdtPr>
        <w:sdtContent>
          <w:r>
            <w:t xml:space="preserve"> </w:t>
          </w:r>
        </w:sdtContent>
      </w:sdt>
    </w:p>
    <w:p w14:paraId="764BFEF4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7"/>
          <w:id w:val="2057"/>
          <w:text w:multiLine="1"/>
        </w:sdtPr>
        <w:sdtContent>
          <w:r>
            <w:t xml:space="preserve"> </w:t>
          </w:r>
        </w:sdtContent>
      </w:sdt>
    </w:p>
    <w:p w14:paraId="5C80C981" w14:textId="77777777" w:rsidR="0060008A" w:rsidRDefault="00000000">
      <w:pPr>
        <w:spacing w:before="155"/>
        <w:ind w:left="102" w:hanging="102"/>
      </w:pPr>
      <w:r>
        <w:t>• Con quali mansioni? (meccanico, cuoco, radarista, armiere, etc.)</w:t>
      </w:r>
    </w:p>
    <w:p w14:paraId="53BF453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8"/>
          <w:id w:val="2058"/>
          <w:text w:multiLine="1"/>
        </w:sdtPr>
        <w:sdtContent>
          <w:r>
            <w:t xml:space="preserve"> </w:t>
          </w:r>
        </w:sdtContent>
      </w:sdt>
    </w:p>
    <w:p w14:paraId="6BCFF3C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59"/>
          <w:id w:val="2059"/>
          <w:text w:multiLine="1"/>
        </w:sdtPr>
        <w:sdtContent>
          <w:r>
            <w:t xml:space="preserve"> </w:t>
          </w:r>
        </w:sdtContent>
      </w:sdt>
    </w:p>
    <w:p w14:paraId="23C8D39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0"/>
          <w:id w:val="2060"/>
          <w:text w:multiLine="1"/>
        </w:sdtPr>
        <w:sdtContent>
          <w:r>
            <w:t xml:space="preserve"> </w:t>
          </w:r>
        </w:sdtContent>
      </w:sdt>
    </w:p>
    <w:p w14:paraId="6A6B2DA3" w14:textId="77777777" w:rsidR="0060008A" w:rsidRDefault="00000000">
      <w:pPr>
        <w:spacing w:before="155"/>
        <w:ind w:left="102" w:hanging="102"/>
      </w:pPr>
      <w:r>
        <w:t>• Specifichi nei dettagli il luogo di lavoro e le altre aree dove lavorava abitualmente. Includa i macchinari, i sistemi di ventilazione e le attività svolte dai suoi colleghi/ compagni</w:t>
      </w:r>
    </w:p>
    <w:p w14:paraId="2CC2ACD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1"/>
          <w:id w:val="2061"/>
          <w:text w:multiLine="1"/>
        </w:sdtPr>
        <w:sdtContent>
          <w:r>
            <w:t xml:space="preserve"> </w:t>
          </w:r>
        </w:sdtContent>
      </w:sdt>
    </w:p>
    <w:p w14:paraId="436E94A5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2"/>
          <w:id w:val="2062"/>
          <w:text w:multiLine="1"/>
        </w:sdtPr>
        <w:sdtContent>
          <w:r>
            <w:t xml:space="preserve"> </w:t>
          </w:r>
        </w:sdtContent>
      </w:sdt>
    </w:p>
    <w:p w14:paraId="0449492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3"/>
          <w:id w:val="2063"/>
          <w:text w:multiLine="1"/>
        </w:sdtPr>
        <w:sdtContent>
          <w:r>
            <w:t xml:space="preserve"> </w:t>
          </w:r>
        </w:sdtContent>
      </w:sdt>
    </w:p>
    <w:p w14:paraId="0A88DE8D" w14:textId="77777777" w:rsidR="0060008A" w:rsidRDefault="00000000">
      <w:pPr>
        <w:spacing w:before="155"/>
        <w:ind w:left="102" w:hanging="102"/>
      </w:pPr>
      <w:r>
        <w:t xml:space="preserve">• Può fornire copia del libretto di navigazione?   </w:t>
      </w:r>
      <w:sdt>
        <w:sdtPr>
          <w:alias w:val="Seleziona la risposta"/>
          <w:tag w:val="checkbox_2064"/>
          <w:id w:val="2064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Sì   </w:t>
      </w:r>
      <w:sdt>
        <w:sdtPr>
          <w:alias w:val="Seleziona la risposta"/>
          <w:tag w:val="checkbox_2065"/>
          <w:id w:val="2065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No</w:t>
      </w:r>
    </w:p>
    <w:p w14:paraId="3FCE783A" w14:textId="77777777" w:rsidR="0060008A" w:rsidRDefault="00000000">
      <w:pPr>
        <w:spacing w:before="155"/>
        <w:ind w:left="102" w:hanging="102"/>
      </w:pPr>
      <w:r>
        <w:t>• Può fare una suddivisione temporale di quanto avvenuto a bordo o in arsenale?</w:t>
      </w:r>
    </w:p>
    <w:p w14:paraId="6EE71AF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6"/>
          <w:id w:val="2066"/>
          <w:text w:multiLine="1"/>
        </w:sdtPr>
        <w:sdtContent>
          <w:r>
            <w:t xml:space="preserve"> </w:t>
          </w:r>
        </w:sdtContent>
      </w:sdt>
    </w:p>
    <w:p w14:paraId="3302640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7"/>
          <w:id w:val="2067"/>
          <w:text w:multiLine="1"/>
        </w:sdtPr>
        <w:sdtContent>
          <w:r>
            <w:t xml:space="preserve"> </w:t>
          </w:r>
        </w:sdtContent>
      </w:sdt>
    </w:p>
    <w:p w14:paraId="7DC42267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8"/>
          <w:id w:val="2068"/>
          <w:text w:multiLine="1"/>
        </w:sdtPr>
        <w:sdtContent>
          <w:r>
            <w:t xml:space="preserve"> </w:t>
          </w:r>
        </w:sdtContent>
      </w:sdt>
    </w:p>
    <w:p w14:paraId="6868BCA8" w14:textId="77777777" w:rsidR="0060008A" w:rsidRDefault="00000000">
      <w:pPr>
        <w:spacing w:before="155"/>
        <w:ind w:left="102" w:hanging="102"/>
      </w:pPr>
      <w:r>
        <w:t>• È stato imbarcato o ha effettuato opere di manutenzione o riconversione su navi della Marina Militare Italiana di origine statunitense? Se sì, ne ricorda il nome?</w:t>
      </w:r>
    </w:p>
    <w:p w14:paraId="151A60F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69"/>
          <w:id w:val="2069"/>
          <w:text w:multiLine="1"/>
        </w:sdtPr>
        <w:sdtContent>
          <w:r>
            <w:t xml:space="preserve"> </w:t>
          </w:r>
        </w:sdtContent>
      </w:sdt>
    </w:p>
    <w:p w14:paraId="30066E5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70"/>
          <w:id w:val="2070"/>
          <w:text w:multiLine="1"/>
        </w:sdtPr>
        <w:sdtContent>
          <w:r>
            <w:t xml:space="preserve"> </w:t>
          </w:r>
        </w:sdtContent>
      </w:sdt>
    </w:p>
    <w:p w14:paraId="01C5046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71"/>
          <w:id w:val="2071"/>
          <w:text w:multiLine="1"/>
        </w:sdtPr>
        <w:sdtContent>
          <w:r>
            <w:t xml:space="preserve"> </w:t>
          </w:r>
        </w:sdtContent>
      </w:sdt>
    </w:p>
    <w:p w14:paraId="7E46F812" w14:textId="77777777" w:rsidR="0060008A" w:rsidRDefault="00000000">
      <w:r>
        <w:br w:type="page"/>
      </w:r>
    </w:p>
    <w:p w14:paraId="03A7D922" w14:textId="77777777" w:rsidR="0060008A" w:rsidRDefault="00000000">
      <w:pPr>
        <w:pStyle w:val="Source"/>
        <w:spacing w:after="180"/>
      </w:pPr>
      <w:bookmarkStart w:id="32" w:name="Fonte_178"/>
      <w:r>
        <w:rPr>
          <w:b/>
        </w:rPr>
        <w:t>I / DIFESA NAZIONALE E SERVIZIO MILITARE  •  FONTE: INAIL 2026, PAGINA 178</w:t>
      </w:r>
      <w:bookmarkEnd w:id="32"/>
    </w:p>
    <w:p w14:paraId="5941AADE" w14:textId="77777777" w:rsidR="0060008A" w:rsidRDefault="00000000">
      <w:pPr>
        <w:pStyle w:val="Question"/>
        <w:spacing w:after="26"/>
      </w:pPr>
      <w:r>
        <w:t>I9. Se ha fatto il militare nei Vigili del Fuoco, specificare:</w:t>
      </w:r>
    </w:p>
    <w:p w14:paraId="4744E55C" w14:textId="77777777" w:rsidR="0060008A" w:rsidRDefault="00000000">
      <w:pPr>
        <w:spacing w:before="153"/>
        <w:ind w:left="102" w:hanging="102"/>
      </w:pPr>
      <w:r>
        <w:t>• Quale tipologia di tute ha eventualmente indossato come DPI? Specificare gli anni di utilizzo.</w:t>
      </w:r>
    </w:p>
    <w:p w14:paraId="391FC4A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72"/>
          <w:id w:val="2072"/>
          <w:text w:multiLine="1"/>
        </w:sdtPr>
        <w:sdtContent>
          <w:r>
            <w:t xml:space="preserve"> </w:t>
          </w:r>
        </w:sdtContent>
      </w:sdt>
    </w:p>
    <w:p w14:paraId="12C8FAE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73"/>
          <w:id w:val="2073"/>
          <w:text w:multiLine="1"/>
        </w:sdtPr>
        <w:sdtContent>
          <w:r>
            <w:t xml:space="preserve"> </w:t>
          </w:r>
        </w:sdtContent>
      </w:sdt>
    </w:p>
    <w:p w14:paraId="434EA33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74"/>
          <w:id w:val="2074"/>
          <w:text w:multiLine="1"/>
        </w:sdtPr>
        <w:sdtContent>
          <w:r>
            <w:t xml:space="preserve"> </w:t>
          </w:r>
        </w:sdtContent>
      </w:sdt>
    </w:p>
    <w:p w14:paraId="3AD88EBC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75"/>
          <w:id w:val="2075"/>
          <w:text w:multiLine="1"/>
        </w:sdtPr>
        <w:sdtContent>
          <w:r>
            <w:t xml:space="preserve"> </w:t>
          </w:r>
        </w:sdtContent>
      </w:sdt>
    </w:p>
    <w:p w14:paraId="20E891A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76"/>
          <w:id w:val="2076"/>
          <w:text w:multiLine="1"/>
        </w:sdtPr>
        <w:sdtContent>
          <w:r>
            <w:t xml:space="preserve"> </w:t>
          </w:r>
        </w:sdtContent>
      </w:sdt>
    </w:p>
    <w:p w14:paraId="15284E7F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77"/>
          <w:id w:val="2077"/>
          <w:text w:multiLine="1"/>
        </w:sdtPr>
        <w:sdtContent>
          <w:r>
            <w:t xml:space="preserve"> </w:t>
          </w:r>
        </w:sdtContent>
      </w:sdt>
    </w:p>
    <w:p w14:paraId="465812A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78"/>
          <w:id w:val="2078"/>
          <w:text w:multiLine="1"/>
        </w:sdtPr>
        <w:sdtContent>
          <w:r>
            <w:t xml:space="preserve"> </w:t>
          </w:r>
        </w:sdtContent>
      </w:sdt>
    </w:p>
    <w:p w14:paraId="3BD0C3E6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79"/>
          <w:id w:val="2079"/>
          <w:text w:multiLine="1"/>
        </w:sdtPr>
        <w:sdtContent>
          <w:r>
            <w:t xml:space="preserve"> </w:t>
          </w:r>
        </w:sdtContent>
      </w:sdt>
    </w:p>
    <w:p w14:paraId="52F8149D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0"/>
          <w:id w:val="2080"/>
          <w:text w:multiLine="1"/>
        </w:sdtPr>
        <w:sdtContent>
          <w:r>
            <w:t xml:space="preserve"> </w:t>
          </w:r>
        </w:sdtContent>
      </w:sdt>
    </w:p>
    <w:p w14:paraId="123B9E82" w14:textId="77777777" w:rsidR="0060008A" w:rsidRDefault="00000000">
      <w:pPr>
        <w:spacing w:before="155"/>
        <w:ind w:left="102" w:hanging="102"/>
      </w:pPr>
      <w:r>
        <w:t>• Ha partecipato ad operazioni di soccorso in occasione di incendi/calamità naturali, intervenendo su edifici contenenti manufatti in cemento amianto? Se sì, descrivere la circostanza.</w:t>
      </w:r>
    </w:p>
    <w:p w14:paraId="143CA20B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81"/>
          <w:id w:val="2081"/>
          <w:text w:multiLine="1"/>
        </w:sdtPr>
        <w:sdtContent>
          <w:r>
            <w:t xml:space="preserve"> </w:t>
          </w:r>
        </w:sdtContent>
      </w:sdt>
    </w:p>
    <w:p w14:paraId="7521380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2"/>
          <w:id w:val="2082"/>
          <w:text w:multiLine="1"/>
        </w:sdtPr>
        <w:sdtContent>
          <w:r>
            <w:t xml:space="preserve"> </w:t>
          </w:r>
        </w:sdtContent>
      </w:sdt>
    </w:p>
    <w:p w14:paraId="166FD2BE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3"/>
          <w:id w:val="2083"/>
          <w:text w:multiLine="1"/>
        </w:sdtPr>
        <w:sdtContent>
          <w:r>
            <w:t xml:space="preserve"> </w:t>
          </w:r>
        </w:sdtContent>
      </w:sdt>
    </w:p>
    <w:p w14:paraId="5AF48748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84"/>
          <w:id w:val="2084"/>
          <w:text w:multiLine="1"/>
        </w:sdtPr>
        <w:sdtContent>
          <w:r>
            <w:t xml:space="preserve"> </w:t>
          </w:r>
        </w:sdtContent>
      </w:sdt>
    </w:p>
    <w:p w14:paraId="71F6C133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5"/>
          <w:id w:val="2085"/>
          <w:text w:multiLine="1"/>
        </w:sdtPr>
        <w:sdtContent>
          <w:r>
            <w:t xml:space="preserve"> </w:t>
          </w:r>
        </w:sdtContent>
      </w:sdt>
    </w:p>
    <w:p w14:paraId="225EBEE2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6"/>
          <w:id w:val="2086"/>
          <w:text w:multiLine="1"/>
        </w:sdtPr>
        <w:sdtContent>
          <w:r>
            <w:t xml:space="preserve"> </w:t>
          </w:r>
        </w:sdtContent>
      </w:sdt>
    </w:p>
    <w:p w14:paraId="27CDB999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268" w:lineRule="exact"/>
      </w:pPr>
      <w:sdt>
        <w:sdtPr>
          <w:alias w:val="Campo di compilazione"/>
          <w:tag w:val="field_2087"/>
          <w:id w:val="2087"/>
          <w:text w:multiLine="1"/>
        </w:sdtPr>
        <w:sdtContent>
          <w:r>
            <w:t xml:space="preserve"> </w:t>
          </w:r>
        </w:sdtContent>
      </w:sdt>
    </w:p>
    <w:p w14:paraId="1A55DFBA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8"/>
          <w:id w:val="2088"/>
          <w:text w:multiLine="1"/>
        </w:sdtPr>
        <w:sdtContent>
          <w:r>
            <w:t xml:space="preserve"> </w:t>
          </w:r>
        </w:sdtContent>
      </w:sdt>
    </w:p>
    <w:p w14:paraId="6B749E70" w14:textId="77777777" w:rsidR="0060008A" w:rsidRDefault="00000000">
      <w:pPr>
        <w:pStyle w:val="FormLine"/>
        <w:pBdr>
          <w:bottom w:val="single" w:sz="4" w:space="0" w:color="9AB2BF"/>
          <w:between w:val="single" w:sz="4" w:space="0" w:color="9AB2BF"/>
        </w:pBdr>
        <w:spacing w:line="320" w:lineRule="exact"/>
      </w:pPr>
      <w:sdt>
        <w:sdtPr>
          <w:alias w:val="Campo di compilazione"/>
          <w:tag w:val="field_2089"/>
          <w:id w:val="2089"/>
          <w:text w:multiLine="1"/>
        </w:sdtPr>
        <w:sdtContent>
          <w:r>
            <w:t xml:space="preserve"> </w:t>
          </w:r>
        </w:sdtContent>
      </w:sdt>
    </w:p>
    <w:sectPr w:rsidR="0060008A" w:rsidSect="00034616">
      <w:headerReference w:type="default" r:id="rId8"/>
      <w:footerReference w:type="default" r:id="rId9"/>
      <w:pgSz w:w="11906" w:h="16838"/>
      <w:pgMar w:top="1020" w:right="1106" w:bottom="935" w:left="1106" w:header="397" w:footer="42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B2B7" w14:textId="77777777" w:rsidR="00553F7E" w:rsidRDefault="00553F7E">
      <w:pPr>
        <w:spacing w:line="240" w:lineRule="auto"/>
      </w:pPr>
      <w:r>
        <w:separator/>
      </w:r>
    </w:p>
  </w:endnote>
  <w:endnote w:type="continuationSeparator" w:id="0">
    <w:p w14:paraId="51CDFC9B" w14:textId="77777777" w:rsidR="00553F7E" w:rsidRDefault="00553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3030804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12CE" w14:textId="77777777" w:rsidR="0060008A" w:rsidRDefault="0060008A">
    <w:pPr>
      <w:pStyle w:val="Pidipagina"/>
      <w:spacing w:line="20" w:lineRule="exact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994"/>
      <w:gridCol w:w="1701"/>
    </w:tblGrid>
    <w:tr w:rsidR="0060008A" w14:paraId="2A1C8A25" w14:textId="77777777">
      <w:trPr>
        <w:jc w:val="center"/>
      </w:trPr>
      <w:tc>
        <w:tcPr>
          <w:tcW w:w="7994" w:type="dxa"/>
        </w:tcPr>
        <w:p w14:paraId="0EAF4C1F" w14:textId="77777777" w:rsidR="0060008A" w:rsidRDefault="00000000">
          <w:pPr>
            <w:spacing w:line="180" w:lineRule="exact"/>
          </w:pPr>
          <w:r>
            <w:rPr>
              <w:color w:val="536773"/>
              <w:sz w:val="15"/>
            </w:rPr>
            <w:t>Fonte: INAIL 2026 • Trasposizione editabile non ufficiale</w:t>
          </w:r>
        </w:p>
      </w:tc>
      <w:tc>
        <w:tcPr>
          <w:tcW w:w="1701" w:type="dxa"/>
        </w:tcPr>
        <w:p w14:paraId="7607F3AF" w14:textId="77777777" w:rsidR="0060008A" w:rsidRDefault="00000000">
          <w:pPr>
            <w:spacing w:line="180" w:lineRule="exact"/>
            <w:jc w:val="right"/>
          </w:pPr>
          <w:r>
            <w:rPr>
              <w:color w:val="536773"/>
              <w:sz w:val="16"/>
            </w:rP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65138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A559" w14:textId="77777777" w:rsidR="00553F7E" w:rsidRDefault="00553F7E">
      <w:pPr>
        <w:spacing w:line="240" w:lineRule="auto"/>
      </w:pPr>
      <w:r>
        <w:separator/>
      </w:r>
    </w:p>
  </w:footnote>
  <w:footnote w:type="continuationSeparator" w:id="0">
    <w:p w14:paraId="49B4C1B4" w14:textId="77777777" w:rsidR="00553F7E" w:rsidRDefault="00553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FC46" w14:textId="77777777" w:rsidR="0060008A" w:rsidRDefault="00000000">
    <w:pPr>
      <w:pStyle w:val="Intestazione"/>
      <w:pBdr>
        <w:bottom w:val="single" w:sz="4" w:space="0" w:color="007F87"/>
        <w:between w:val="single" w:sz="4" w:space="0" w:color="007F87"/>
      </w:pBdr>
      <w:spacing w:after="80" w:line="180" w:lineRule="exact"/>
    </w:pPr>
    <w:r>
      <w:rPr>
        <w:b/>
        <w:color w:val="007F87"/>
        <w:sz w:val="16"/>
      </w:rPr>
      <w:t>AMIANTO  |  QUESTIONARIO ANAMNESTICO E SCHEDE SETTORIALI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8739234">
    <w:abstractNumId w:val="8"/>
  </w:num>
  <w:num w:numId="2" w16cid:durableId="739209129">
    <w:abstractNumId w:val="6"/>
  </w:num>
  <w:num w:numId="3" w16cid:durableId="1327244366">
    <w:abstractNumId w:val="5"/>
  </w:num>
  <w:num w:numId="4" w16cid:durableId="365639139">
    <w:abstractNumId w:val="4"/>
  </w:num>
  <w:num w:numId="5" w16cid:durableId="1774209020">
    <w:abstractNumId w:val="7"/>
  </w:num>
  <w:num w:numId="6" w16cid:durableId="856773974">
    <w:abstractNumId w:val="3"/>
  </w:num>
  <w:num w:numId="7" w16cid:durableId="1697847772">
    <w:abstractNumId w:val="2"/>
  </w:num>
  <w:num w:numId="8" w16cid:durableId="223024839">
    <w:abstractNumId w:val="1"/>
  </w:num>
  <w:num w:numId="9" w16cid:durableId="1027217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138"/>
    <w:rsid w:val="0029639D"/>
    <w:rsid w:val="00326F90"/>
    <w:rsid w:val="00553F7E"/>
    <w:rsid w:val="0060008A"/>
    <w:rsid w:val="00AA1D8D"/>
    <w:rsid w:val="00B47730"/>
    <w:rsid w:val="00C159C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C2EB0"/>
  <w14:defaultImageDpi w14:val="330"/>
  <w15:docId w15:val="{4B6BEBB1-3437-4678-BB3A-A0A95A05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 w:line="262" w:lineRule="exact"/>
    </w:pPr>
    <w:rPr>
      <w:rFonts w:ascii="Calibri" w:hAnsi="Calibri"/>
      <w:color w:val="22323D"/>
      <w:sz w:val="21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100" w:line="252" w:lineRule="auto"/>
      <w:outlineLvl w:val="0"/>
    </w:pPr>
    <w:rPr>
      <w:rFonts w:asciiTheme="majorHAnsi" w:eastAsiaTheme="majorEastAsia" w:hAnsiTheme="majorHAnsi" w:cstheme="majorBidi"/>
      <w:b/>
      <w:bCs/>
      <w:color w:val="173B5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100" w:line="252" w:lineRule="auto"/>
      <w:outlineLvl w:val="1"/>
    </w:pPr>
    <w:rPr>
      <w:rFonts w:asciiTheme="majorHAnsi" w:eastAsiaTheme="majorEastAsia" w:hAnsiTheme="majorHAnsi" w:cstheme="majorBidi"/>
      <w:b/>
      <w:bCs/>
      <w:color w:val="007F87"/>
      <w:sz w:val="24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100" w:line="252" w:lineRule="auto"/>
      <w:outlineLvl w:val="2"/>
    </w:pPr>
    <w:rPr>
      <w:rFonts w:asciiTheme="majorHAnsi" w:eastAsiaTheme="majorEastAsia" w:hAnsiTheme="majorHAnsi" w:cstheme="majorBidi"/>
      <w:b/>
      <w:bCs/>
      <w:color w:val="173B50"/>
      <w:sz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52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6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pPr>
      <w:spacing w:after="0" w:line="212" w:lineRule="exact"/>
    </w:pPr>
    <w:rPr>
      <w:rFonts w:ascii="Calibri" w:hAnsi="Calibri"/>
      <w:color w:val="536773"/>
      <w:sz w:val="16"/>
    </w:rPr>
  </w:style>
  <w:style w:type="paragraph" w:customStyle="1" w:styleId="Small">
    <w:name w:val="Small"/>
    <w:pPr>
      <w:spacing w:after="0" w:line="212" w:lineRule="exact"/>
    </w:pPr>
    <w:rPr>
      <w:rFonts w:ascii="Calibri" w:hAnsi="Calibri"/>
      <w:color w:val="536773"/>
      <w:sz w:val="18"/>
    </w:rPr>
  </w:style>
  <w:style w:type="paragraph" w:customStyle="1" w:styleId="Question">
    <w:name w:val="Question"/>
    <w:pPr>
      <w:keepNext/>
      <w:spacing w:after="0" w:line="258" w:lineRule="exact"/>
    </w:pPr>
    <w:rPr>
      <w:rFonts w:ascii="Calibri" w:hAnsi="Calibri"/>
      <w:b/>
      <w:color w:val="173B50"/>
      <w:sz w:val="21"/>
    </w:rPr>
  </w:style>
  <w:style w:type="paragraph" w:customStyle="1" w:styleId="Option">
    <w:name w:val="Option"/>
    <w:pPr>
      <w:spacing w:after="0" w:line="258" w:lineRule="exact"/>
    </w:pPr>
    <w:rPr>
      <w:rFonts w:ascii="Calibri" w:hAnsi="Calibri"/>
      <w:color w:val="22323D"/>
      <w:sz w:val="21"/>
    </w:rPr>
  </w:style>
  <w:style w:type="paragraph" w:customStyle="1" w:styleId="FormLine">
    <w:name w:val="FormLine"/>
    <w:pPr>
      <w:spacing w:after="0" w:line="258" w:lineRule="exact"/>
    </w:pPr>
    <w:rPr>
      <w:rFonts w:ascii="Calibri" w:hAnsi="Calibri"/>
      <w:color w:val="22323D"/>
      <w:sz w:val="21"/>
    </w:rPr>
  </w:style>
  <w:style w:type="paragraph" w:customStyle="1" w:styleId="FormNote">
    <w:name w:val="FormNote"/>
    <w:pPr>
      <w:spacing w:after="0" w:line="212" w:lineRule="exact"/>
    </w:pPr>
    <w:rPr>
      <w:rFonts w:ascii="Calibri" w:hAnsi="Calibri"/>
      <w:i/>
      <w:color w:val="53677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5675</Words>
  <Characters>31899</Characters>
  <Application>Microsoft Office Word</Application>
  <DocSecurity>0</DocSecurity>
  <Lines>1678</Lines>
  <Paragraphs>834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Amianto – Questionario anamnestico e schede settoriali INAIL 2026</dc:title>
  <dc:subject>Trasposizione editabile degli allegati, pagine 147–178 del volume INAIL 2026</dc:subject>
  <dc:creator/>
  <cp:keywords>amianto, ReNaM, questionario anamnestico, INAIL 2026, industria, agricoltura, edilizia, servizio militare</cp:keywords>
  <dc:description>Testi dei moduli: INAIL 2026. Impaginazione redazionale autonoma. Non è un nuovo modulo ufficiale.</dc:description>
  <cp:lastModifiedBy>PAOLO BENNI</cp:lastModifiedBy>
  <cp:revision>2</cp:revision>
  <dcterms:created xsi:type="dcterms:W3CDTF">2013-12-23T23:15:00Z</dcterms:created>
  <dcterms:modified xsi:type="dcterms:W3CDTF">2026-10-13T11:11:00Z</dcterms:modified>
  <cp:category/>
</cp:coreProperties>
</file>